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A02" w:rsidRPr="00A41767" w:rsidRDefault="005A5A02" w:rsidP="005A5A02">
      <w:pPr>
        <w:jc w:val="right"/>
        <w:rPr>
          <w:rFonts w:ascii="Times New Roman" w:hAnsi="Times New Roman" w:cs="Times New Roman"/>
        </w:rPr>
      </w:pPr>
      <w:r>
        <w:rPr>
          <w:rFonts w:ascii="Times New Roman" w:hAnsi="Times New Roman" w:cs="Times New Roman"/>
        </w:rPr>
        <w:t>Приложение к ООП Н</w:t>
      </w:r>
      <w:r w:rsidRPr="00A41767">
        <w:rPr>
          <w:rFonts w:ascii="Times New Roman" w:hAnsi="Times New Roman" w:cs="Times New Roman"/>
        </w:rPr>
        <w:t>ОО МБОУ</w:t>
      </w:r>
      <w:r>
        <w:rPr>
          <w:rFonts w:ascii="Times New Roman" w:hAnsi="Times New Roman" w:cs="Times New Roman"/>
        </w:rPr>
        <w:t xml:space="preserve"> «</w:t>
      </w:r>
      <w:proofErr w:type="spellStart"/>
      <w:r>
        <w:rPr>
          <w:rFonts w:ascii="Times New Roman" w:hAnsi="Times New Roman" w:cs="Times New Roman"/>
        </w:rPr>
        <w:t>Кольцовская</w:t>
      </w:r>
      <w:proofErr w:type="spellEnd"/>
      <w:r>
        <w:rPr>
          <w:rFonts w:ascii="Times New Roman" w:hAnsi="Times New Roman" w:cs="Times New Roman"/>
        </w:rPr>
        <w:t xml:space="preserve"> СОШ»</w:t>
      </w:r>
      <w:r w:rsidRPr="00A41767">
        <w:rPr>
          <w:rFonts w:ascii="Times New Roman" w:hAnsi="Times New Roman" w:cs="Times New Roman"/>
        </w:rPr>
        <w:t xml:space="preserve">, </w:t>
      </w:r>
    </w:p>
    <w:p w:rsidR="005A5A02" w:rsidRPr="00A41767" w:rsidRDefault="005A5A02" w:rsidP="005A5A02">
      <w:pPr>
        <w:jc w:val="right"/>
        <w:rPr>
          <w:rFonts w:ascii="Times New Roman" w:hAnsi="Times New Roman" w:cs="Times New Roman"/>
          <w:b/>
          <w:color w:val="FF0000"/>
        </w:rPr>
      </w:pPr>
      <w:proofErr w:type="gramStart"/>
      <w:r w:rsidRPr="00A41767">
        <w:rPr>
          <w:rFonts w:ascii="Times New Roman" w:hAnsi="Times New Roman" w:cs="Times New Roman"/>
        </w:rPr>
        <w:t>утвержденной</w:t>
      </w:r>
      <w:proofErr w:type="gramEnd"/>
      <w:r w:rsidRPr="00A41767">
        <w:rPr>
          <w:rFonts w:ascii="Times New Roman" w:hAnsi="Times New Roman" w:cs="Times New Roman"/>
        </w:rPr>
        <w:t xml:space="preserve"> приказом директора</w:t>
      </w:r>
      <w:r w:rsidRPr="003529BB">
        <w:rPr>
          <w:rFonts w:ascii="Times New Roman" w:hAnsi="Times New Roman" w:cs="Times New Roman"/>
        </w:rPr>
        <w:t xml:space="preserve"> от 29.08.2025 г.</w:t>
      </w:r>
      <w:r>
        <w:rPr>
          <w:rFonts w:ascii="Times New Roman" w:hAnsi="Times New Roman" w:cs="Times New Roman"/>
        </w:rPr>
        <w:t xml:space="preserve"> </w:t>
      </w:r>
      <w:r w:rsidRPr="003529BB">
        <w:rPr>
          <w:rFonts w:ascii="Times New Roman" w:hAnsi="Times New Roman" w:cs="Times New Roman"/>
        </w:rPr>
        <w:t xml:space="preserve">№ 62-ОД </w:t>
      </w:r>
    </w:p>
    <w:p w:rsidR="005A5A02" w:rsidRDefault="005A5A02" w:rsidP="005A5A02">
      <w:pPr>
        <w:jc w:val="center"/>
        <w:rPr>
          <w:rFonts w:ascii="Times New Roman" w:hAnsi="Times New Roman" w:cs="Times New Roman"/>
          <w:b/>
          <w:sz w:val="24"/>
          <w:szCs w:val="24"/>
        </w:rPr>
      </w:pPr>
    </w:p>
    <w:p w:rsidR="005A5A02" w:rsidRDefault="005A5A02" w:rsidP="005A5A02">
      <w:pPr>
        <w:jc w:val="center"/>
        <w:rPr>
          <w:rFonts w:ascii="Times New Roman" w:hAnsi="Times New Roman" w:cs="Times New Roman"/>
          <w:b/>
          <w:sz w:val="24"/>
          <w:szCs w:val="24"/>
        </w:rPr>
      </w:pPr>
      <w:r w:rsidRPr="00F608F2">
        <w:rPr>
          <w:rFonts w:ascii="Times New Roman" w:hAnsi="Times New Roman" w:cs="Times New Roman"/>
          <w:b/>
          <w:sz w:val="24"/>
          <w:szCs w:val="24"/>
        </w:rPr>
        <w:t xml:space="preserve">Система оценки </w:t>
      </w:r>
    </w:p>
    <w:p w:rsidR="005A5A02" w:rsidRDefault="005A5A02" w:rsidP="005A5A02">
      <w:pPr>
        <w:jc w:val="center"/>
        <w:rPr>
          <w:rFonts w:ascii="Times New Roman" w:hAnsi="Times New Roman" w:cs="Times New Roman"/>
          <w:b/>
          <w:sz w:val="24"/>
          <w:szCs w:val="24"/>
        </w:rPr>
      </w:pPr>
      <w:r w:rsidRPr="00F608F2">
        <w:rPr>
          <w:rFonts w:ascii="Times New Roman" w:hAnsi="Times New Roman" w:cs="Times New Roman"/>
          <w:b/>
          <w:sz w:val="24"/>
          <w:szCs w:val="24"/>
        </w:rPr>
        <w:t>достижения пл</w:t>
      </w:r>
      <w:r>
        <w:rPr>
          <w:rFonts w:ascii="Times New Roman" w:hAnsi="Times New Roman" w:cs="Times New Roman"/>
          <w:b/>
          <w:sz w:val="24"/>
          <w:szCs w:val="24"/>
        </w:rPr>
        <w:t>анируемых результатов освоения ООП Н</w:t>
      </w:r>
      <w:r w:rsidRPr="00F608F2">
        <w:rPr>
          <w:rFonts w:ascii="Times New Roman" w:hAnsi="Times New Roman" w:cs="Times New Roman"/>
          <w:b/>
          <w:sz w:val="24"/>
          <w:szCs w:val="24"/>
        </w:rPr>
        <w:t xml:space="preserve">ОО </w:t>
      </w:r>
    </w:p>
    <w:p w:rsidR="005A5A02" w:rsidRPr="00F608F2" w:rsidRDefault="005A5A02" w:rsidP="005A5A02">
      <w:pPr>
        <w:jc w:val="center"/>
        <w:rPr>
          <w:rFonts w:ascii="Times New Roman" w:hAnsi="Times New Roman" w:cs="Times New Roman"/>
          <w:b/>
          <w:sz w:val="24"/>
          <w:szCs w:val="24"/>
        </w:rPr>
      </w:pPr>
      <w:r w:rsidRPr="00F608F2">
        <w:rPr>
          <w:rFonts w:ascii="Times New Roman" w:hAnsi="Times New Roman" w:cs="Times New Roman"/>
          <w:b/>
          <w:sz w:val="24"/>
          <w:szCs w:val="24"/>
        </w:rPr>
        <w:t>МБОУ «</w:t>
      </w:r>
      <w:proofErr w:type="spellStart"/>
      <w:r>
        <w:rPr>
          <w:rFonts w:ascii="Times New Roman" w:hAnsi="Times New Roman" w:cs="Times New Roman"/>
          <w:b/>
          <w:sz w:val="24"/>
          <w:szCs w:val="24"/>
        </w:rPr>
        <w:t>Кольцовская</w:t>
      </w:r>
      <w:proofErr w:type="spellEnd"/>
      <w:r>
        <w:rPr>
          <w:rFonts w:ascii="Times New Roman" w:hAnsi="Times New Roman" w:cs="Times New Roman"/>
          <w:b/>
          <w:sz w:val="24"/>
          <w:szCs w:val="24"/>
        </w:rPr>
        <w:t xml:space="preserve"> СОШ</w:t>
      </w:r>
      <w:r w:rsidRPr="00F608F2">
        <w:rPr>
          <w:rFonts w:ascii="Times New Roman" w:hAnsi="Times New Roman" w:cs="Times New Roman"/>
          <w:b/>
          <w:sz w:val="24"/>
          <w:szCs w:val="24"/>
        </w:rPr>
        <w:t>»</w:t>
      </w:r>
    </w:p>
    <w:p w:rsidR="00F57A3A" w:rsidRDefault="00F57A3A" w:rsidP="005A5A02">
      <w:pPr>
        <w:ind w:firstLine="426"/>
        <w:jc w:val="both"/>
        <w:rPr>
          <w:rFonts w:ascii="Times New Roman" w:hAnsi="Times New Roman" w:cs="Times New Roman"/>
          <w:sz w:val="24"/>
          <w:szCs w:val="24"/>
        </w:rPr>
      </w:pPr>
      <w:r w:rsidRPr="00F57A3A">
        <w:rPr>
          <w:rFonts w:ascii="Times New Roman" w:hAnsi="Times New Roman" w:cs="Times New Roman"/>
          <w:sz w:val="24"/>
          <w:szCs w:val="24"/>
        </w:rPr>
        <w:t xml:space="preserve">Основой объективной оценки </w:t>
      </w:r>
      <w:proofErr w:type="gramStart"/>
      <w:r w:rsidRPr="00F57A3A">
        <w:rPr>
          <w:rFonts w:ascii="Times New Roman" w:hAnsi="Times New Roman" w:cs="Times New Roman"/>
          <w:sz w:val="24"/>
          <w:szCs w:val="24"/>
        </w:rPr>
        <w:t>соответствия</w:t>
      </w:r>
      <w:proofErr w:type="gramEnd"/>
      <w:r w:rsidRPr="00F57A3A">
        <w:rPr>
          <w:rFonts w:ascii="Times New Roman" w:hAnsi="Times New Roman" w:cs="Times New Roman"/>
          <w:sz w:val="24"/>
          <w:szCs w:val="24"/>
        </w:rPr>
        <w:t xml:space="preserve"> установленным требованиям образовательной 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w:t>
      </w:r>
    </w:p>
    <w:p w:rsidR="00F57A3A" w:rsidRDefault="00F57A3A" w:rsidP="005A5A02">
      <w:pPr>
        <w:ind w:firstLine="426"/>
        <w:jc w:val="both"/>
        <w:rPr>
          <w:rFonts w:ascii="Times New Roman" w:hAnsi="Times New Roman" w:cs="Times New Roman"/>
          <w:sz w:val="24"/>
          <w:szCs w:val="24"/>
        </w:rPr>
      </w:pPr>
      <w:r w:rsidRPr="00F57A3A">
        <w:rPr>
          <w:rFonts w:ascii="Times New Roman" w:hAnsi="Times New Roman" w:cs="Times New Roman"/>
          <w:sz w:val="24"/>
          <w:szCs w:val="24"/>
        </w:rPr>
        <w:t xml:space="preserve"> 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соответствующего локального акта. </w:t>
      </w:r>
    </w:p>
    <w:p w:rsidR="005A5A02" w:rsidRPr="00F57A3A" w:rsidRDefault="00F57A3A" w:rsidP="005A5A02">
      <w:pPr>
        <w:ind w:firstLine="426"/>
        <w:jc w:val="both"/>
        <w:rPr>
          <w:rFonts w:ascii="Times New Roman" w:hAnsi="Times New Roman" w:cs="Times New Roman"/>
          <w:sz w:val="24"/>
          <w:szCs w:val="24"/>
        </w:rPr>
      </w:pPr>
      <w:r w:rsidRPr="00F57A3A">
        <w:rPr>
          <w:rFonts w:ascii="Times New Roman" w:hAnsi="Times New Roman" w:cs="Times New Roman"/>
          <w:sz w:val="24"/>
          <w:szCs w:val="24"/>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ФОП НОО и обеспечение эффективной обратной связи, позволяющей осуществлять управление образовательным процессом.</w:t>
      </w:r>
      <w:r w:rsidR="005A5A02" w:rsidRPr="00F57A3A">
        <w:rPr>
          <w:rFonts w:ascii="Times New Roman" w:hAnsi="Times New Roman" w:cs="Times New Roman"/>
          <w:sz w:val="24"/>
          <w:szCs w:val="24"/>
        </w:rPr>
        <w:t xml:space="preserve"> </w:t>
      </w:r>
    </w:p>
    <w:p w:rsidR="005A5A02" w:rsidRDefault="005A5A02" w:rsidP="005A5A02">
      <w:pPr>
        <w:ind w:firstLine="426"/>
        <w:jc w:val="both"/>
        <w:rPr>
          <w:rFonts w:ascii="Times New Roman" w:hAnsi="Times New Roman" w:cs="Times New Roman"/>
          <w:sz w:val="24"/>
          <w:szCs w:val="24"/>
        </w:rPr>
      </w:pPr>
      <w:r w:rsidRPr="00F608F2">
        <w:rPr>
          <w:rFonts w:ascii="Times New Roman" w:hAnsi="Times New Roman" w:cs="Times New Roman"/>
          <w:sz w:val="24"/>
          <w:szCs w:val="24"/>
        </w:rPr>
        <w:t>Основными направлениями и целями оценочной деятельности в МБОУ «</w:t>
      </w:r>
      <w:proofErr w:type="spellStart"/>
      <w:r>
        <w:rPr>
          <w:rFonts w:ascii="Times New Roman" w:hAnsi="Times New Roman" w:cs="Times New Roman"/>
          <w:sz w:val="24"/>
          <w:szCs w:val="24"/>
        </w:rPr>
        <w:t>Кольцовская</w:t>
      </w:r>
      <w:proofErr w:type="spellEnd"/>
      <w:r>
        <w:rPr>
          <w:rFonts w:ascii="Times New Roman" w:hAnsi="Times New Roman" w:cs="Times New Roman"/>
          <w:sz w:val="24"/>
          <w:szCs w:val="24"/>
        </w:rPr>
        <w:t xml:space="preserve"> СОШ</w:t>
      </w:r>
      <w:r w:rsidRPr="00F608F2">
        <w:rPr>
          <w:rFonts w:ascii="Times New Roman" w:hAnsi="Times New Roman" w:cs="Times New Roman"/>
          <w:sz w:val="24"/>
          <w:szCs w:val="24"/>
        </w:rPr>
        <w:t xml:space="preserve">» являются: </w:t>
      </w:r>
    </w:p>
    <w:p w:rsidR="005A5A02" w:rsidRDefault="005A5A02" w:rsidP="005A5A0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w:t>
      </w:r>
    </w:p>
    <w:p w:rsidR="005A5A02" w:rsidRDefault="005A5A02" w:rsidP="005A5A0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 xml:space="preserve">оценка результатов деятельности педагогических работников как основа аттестационных процедур; </w:t>
      </w:r>
    </w:p>
    <w:p w:rsidR="005A5A02" w:rsidRDefault="005A5A02" w:rsidP="005A5A0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 xml:space="preserve">оценка результатов деятельности образовательной организации как основа </w:t>
      </w:r>
      <w:proofErr w:type="spellStart"/>
      <w:r w:rsidRPr="00F608F2">
        <w:rPr>
          <w:rFonts w:ascii="Times New Roman" w:hAnsi="Times New Roman" w:cs="Times New Roman"/>
          <w:sz w:val="24"/>
          <w:szCs w:val="24"/>
        </w:rPr>
        <w:t>аккредитационных</w:t>
      </w:r>
      <w:proofErr w:type="spellEnd"/>
      <w:r w:rsidRPr="00F608F2">
        <w:rPr>
          <w:rFonts w:ascii="Times New Roman" w:hAnsi="Times New Roman" w:cs="Times New Roman"/>
          <w:sz w:val="24"/>
          <w:szCs w:val="24"/>
        </w:rPr>
        <w:t xml:space="preserve"> процедур. </w:t>
      </w:r>
    </w:p>
    <w:p w:rsidR="005A5A02" w:rsidRDefault="005A5A02" w:rsidP="005A5A0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Основным объектом системы оценки, еѐ содержательной и </w:t>
      </w:r>
      <w:proofErr w:type="spellStart"/>
      <w:r w:rsidRPr="00F608F2">
        <w:rPr>
          <w:rFonts w:ascii="Times New Roman" w:hAnsi="Times New Roman" w:cs="Times New Roman"/>
          <w:sz w:val="24"/>
          <w:szCs w:val="24"/>
        </w:rPr>
        <w:t>критериальной</w:t>
      </w:r>
      <w:proofErr w:type="spellEnd"/>
      <w:r w:rsidRPr="00F608F2">
        <w:rPr>
          <w:rFonts w:ascii="Times New Roman" w:hAnsi="Times New Roman" w:cs="Times New Roman"/>
          <w:sz w:val="24"/>
          <w:szCs w:val="24"/>
        </w:rPr>
        <w:t xml:space="preserve"> б</w:t>
      </w:r>
      <w:r>
        <w:rPr>
          <w:rFonts w:ascii="Times New Roman" w:hAnsi="Times New Roman" w:cs="Times New Roman"/>
          <w:sz w:val="24"/>
          <w:szCs w:val="24"/>
        </w:rPr>
        <w:t>азой выступают требования ФГОС Н</w:t>
      </w:r>
      <w:r w:rsidRPr="00F608F2">
        <w:rPr>
          <w:rFonts w:ascii="Times New Roman" w:hAnsi="Times New Roman" w:cs="Times New Roman"/>
          <w:sz w:val="24"/>
          <w:szCs w:val="24"/>
        </w:rPr>
        <w:t>ОО, которые конкретизируются в планируемых результ</w:t>
      </w:r>
      <w:r w:rsidR="00F57A3A">
        <w:rPr>
          <w:rFonts w:ascii="Times New Roman" w:hAnsi="Times New Roman" w:cs="Times New Roman"/>
          <w:sz w:val="24"/>
          <w:szCs w:val="24"/>
        </w:rPr>
        <w:t xml:space="preserve">атах освоения </w:t>
      </w:r>
      <w:proofErr w:type="gramStart"/>
      <w:r w:rsidR="00F57A3A">
        <w:rPr>
          <w:rFonts w:ascii="Times New Roman" w:hAnsi="Times New Roman" w:cs="Times New Roman"/>
          <w:sz w:val="24"/>
          <w:szCs w:val="24"/>
        </w:rPr>
        <w:t>обучающимися</w:t>
      </w:r>
      <w:proofErr w:type="gramEnd"/>
      <w:r w:rsidR="00F57A3A">
        <w:rPr>
          <w:rFonts w:ascii="Times New Roman" w:hAnsi="Times New Roman" w:cs="Times New Roman"/>
          <w:sz w:val="24"/>
          <w:szCs w:val="24"/>
        </w:rPr>
        <w:t xml:space="preserve"> О</w:t>
      </w:r>
      <w:r>
        <w:rPr>
          <w:rFonts w:ascii="Times New Roman" w:hAnsi="Times New Roman" w:cs="Times New Roman"/>
          <w:sz w:val="24"/>
          <w:szCs w:val="24"/>
        </w:rPr>
        <w:t>ОП Н</w:t>
      </w:r>
      <w:r w:rsidRPr="00F608F2">
        <w:rPr>
          <w:rFonts w:ascii="Times New Roman" w:hAnsi="Times New Roman" w:cs="Times New Roman"/>
          <w:sz w:val="24"/>
          <w:szCs w:val="24"/>
        </w:rPr>
        <w:t xml:space="preserve">ОО. </w:t>
      </w:r>
    </w:p>
    <w:p w:rsidR="005A5A02" w:rsidRDefault="005A5A02" w:rsidP="005A5A0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Система оценки включает процедуры внутренней и внешней оценки. </w:t>
      </w:r>
    </w:p>
    <w:p w:rsidR="005A5A02" w:rsidRDefault="005A5A02" w:rsidP="005A5A02">
      <w:pPr>
        <w:ind w:firstLine="426"/>
        <w:jc w:val="both"/>
        <w:rPr>
          <w:rFonts w:ascii="Times New Roman" w:hAnsi="Times New Roman" w:cs="Times New Roman"/>
          <w:sz w:val="24"/>
          <w:szCs w:val="24"/>
        </w:rPr>
      </w:pPr>
      <w:r w:rsidRPr="00F608F2">
        <w:rPr>
          <w:rFonts w:ascii="Times New Roman" w:hAnsi="Times New Roman" w:cs="Times New Roman"/>
          <w:b/>
          <w:sz w:val="24"/>
          <w:szCs w:val="24"/>
        </w:rPr>
        <w:t>Внутренняя оценка</w:t>
      </w:r>
      <w:r w:rsidRPr="00F608F2">
        <w:rPr>
          <w:rFonts w:ascii="Times New Roman" w:hAnsi="Times New Roman" w:cs="Times New Roman"/>
          <w:sz w:val="24"/>
          <w:szCs w:val="24"/>
        </w:rPr>
        <w:t xml:space="preserve"> включает: </w:t>
      </w:r>
    </w:p>
    <w:p w:rsidR="005A5A02" w:rsidRDefault="005A5A02" w:rsidP="005A5A0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 xml:space="preserve">стартовую диагностику; </w:t>
      </w:r>
    </w:p>
    <w:p w:rsidR="005A5A02" w:rsidRDefault="005A5A02" w:rsidP="005A5A0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 xml:space="preserve">текущую и тематическую оценку; </w:t>
      </w:r>
    </w:p>
    <w:p w:rsidR="005A5A02" w:rsidRDefault="005A5A02" w:rsidP="005A5A0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F57A3A">
        <w:rPr>
          <w:rFonts w:ascii="Times New Roman" w:hAnsi="Times New Roman" w:cs="Times New Roman"/>
          <w:sz w:val="24"/>
          <w:szCs w:val="24"/>
        </w:rPr>
        <w:t>портфолио</w:t>
      </w:r>
      <w:proofErr w:type="spellEnd"/>
      <w:r w:rsidR="00F57A3A">
        <w:rPr>
          <w:rFonts w:ascii="Times New Roman" w:hAnsi="Times New Roman" w:cs="Times New Roman"/>
          <w:sz w:val="24"/>
          <w:szCs w:val="24"/>
        </w:rPr>
        <w:t>;</w:t>
      </w:r>
    </w:p>
    <w:p w:rsidR="005A5A02" w:rsidRDefault="005A5A02" w:rsidP="005A5A0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 xml:space="preserve">психолого-педагогическое наблюдение; </w:t>
      </w:r>
    </w:p>
    <w:p w:rsidR="005A5A02" w:rsidRDefault="005A5A02" w:rsidP="005A5A0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внутренний мониторинг образовательных достижений обучающихся.</w:t>
      </w:r>
    </w:p>
    <w:p w:rsidR="005A5A02" w:rsidRDefault="005A5A02" w:rsidP="005A5A0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 </w:t>
      </w:r>
      <w:r w:rsidRPr="00F608F2">
        <w:rPr>
          <w:rFonts w:ascii="Times New Roman" w:hAnsi="Times New Roman" w:cs="Times New Roman"/>
          <w:b/>
          <w:sz w:val="24"/>
          <w:szCs w:val="24"/>
        </w:rPr>
        <w:t>Внешняя оценка включает:</w:t>
      </w:r>
      <w:r w:rsidRPr="00F608F2">
        <w:rPr>
          <w:rFonts w:ascii="Times New Roman" w:hAnsi="Times New Roman" w:cs="Times New Roman"/>
          <w:sz w:val="24"/>
          <w:szCs w:val="24"/>
        </w:rPr>
        <w:t xml:space="preserve"> </w:t>
      </w:r>
    </w:p>
    <w:p w:rsidR="005A5A02" w:rsidRDefault="005A5A02" w:rsidP="005A5A0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 xml:space="preserve">независимую оценку качества подготовки </w:t>
      </w:r>
      <w:proofErr w:type="gramStart"/>
      <w:r w:rsidRPr="00F608F2">
        <w:rPr>
          <w:rFonts w:ascii="Times New Roman" w:hAnsi="Times New Roman" w:cs="Times New Roman"/>
          <w:sz w:val="24"/>
          <w:szCs w:val="24"/>
        </w:rPr>
        <w:t>обучающихся</w:t>
      </w:r>
      <w:proofErr w:type="gramEnd"/>
      <w:r w:rsidRPr="00F608F2">
        <w:rPr>
          <w:rFonts w:ascii="Times New Roman" w:hAnsi="Times New Roman" w:cs="Times New Roman"/>
          <w:sz w:val="24"/>
          <w:szCs w:val="24"/>
        </w:rPr>
        <w:t xml:space="preserve">; </w:t>
      </w:r>
    </w:p>
    <w:p w:rsidR="005A5A02" w:rsidRDefault="00F57A3A" w:rsidP="005A5A02">
      <w:pPr>
        <w:ind w:firstLine="426"/>
        <w:jc w:val="both"/>
        <w:rPr>
          <w:rFonts w:ascii="Times New Roman" w:hAnsi="Times New Roman" w:cs="Times New Roman"/>
          <w:sz w:val="24"/>
          <w:szCs w:val="24"/>
        </w:rPr>
      </w:pPr>
      <w:proofErr w:type="gramStart"/>
      <w:r>
        <w:rPr>
          <w:rFonts w:ascii="Times New Roman" w:hAnsi="Times New Roman" w:cs="Times New Roman"/>
          <w:sz w:val="24"/>
          <w:szCs w:val="24"/>
        </w:rPr>
        <w:t xml:space="preserve">- </w:t>
      </w:r>
      <w:r w:rsidRPr="00F57A3A">
        <w:rPr>
          <w:rFonts w:ascii="Times New Roman" w:hAnsi="Times New Roman" w:cs="Times New Roman"/>
          <w:sz w:val="24"/>
          <w:szCs w:val="24"/>
        </w:rPr>
        <w:t>мониторинговые исследования муниципального, регионального и федерального уровней</w:t>
      </w:r>
      <w:r>
        <w:t>.</w:t>
      </w:r>
      <w:proofErr w:type="gramEnd"/>
    </w:p>
    <w:p w:rsidR="005A5A02" w:rsidRDefault="005A5A02" w:rsidP="005A5A02">
      <w:pPr>
        <w:ind w:firstLine="426"/>
        <w:jc w:val="both"/>
        <w:rPr>
          <w:rFonts w:ascii="Times New Roman" w:hAnsi="Times New Roman" w:cs="Times New Roman"/>
          <w:sz w:val="24"/>
          <w:szCs w:val="24"/>
        </w:rPr>
      </w:pPr>
      <w:r>
        <w:rPr>
          <w:rFonts w:ascii="Times New Roman" w:hAnsi="Times New Roman" w:cs="Times New Roman"/>
          <w:sz w:val="24"/>
          <w:szCs w:val="24"/>
        </w:rPr>
        <w:t>В соответствии с ФГОС Н</w:t>
      </w:r>
      <w:r w:rsidRPr="00F608F2">
        <w:rPr>
          <w:rFonts w:ascii="Times New Roman" w:hAnsi="Times New Roman" w:cs="Times New Roman"/>
          <w:sz w:val="24"/>
          <w:szCs w:val="24"/>
        </w:rPr>
        <w:t xml:space="preserve">ОО система оценки образовательной организации реализует </w:t>
      </w:r>
      <w:proofErr w:type="spellStart"/>
      <w:r w:rsidRPr="00F608F2">
        <w:rPr>
          <w:rFonts w:ascii="Times New Roman" w:hAnsi="Times New Roman" w:cs="Times New Roman"/>
          <w:sz w:val="24"/>
          <w:szCs w:val="24"/>
        </w:rPr>
        <w:t>системно-деятельностный</w:t>
      </w:r>
      <w:proofErr w:type="spellEnd"/>
      <w:r w:rsidRPr="00F608F2">
        <w:rPr>
          <w:rFonts w:ascii="Times New Roman" w:hAnsi="Times New Roman" w:cs="Times New Roman"/>
          <w:sz w:val="24"/>
          <w:szCs w:val="24"/>
        </w:rPr>
        <w:t xml:space="preserve">, уровневый и комплексный подходы к оценке образовательных достижений. </w:t>
      </w:r>
    </w:p>
    <w:p w:rsidR="00F27BE5" w:rsidRDefault="00F27BE5" w:rsidP="00F27BE5">
      <w:pPr>
        <w:ind w:firstLine="426"/>
        <w:jc w:val="both"/>
        <w:rPr>
          <w:rFonts w:ascii="Times New Roman" w:hAnsi="Times New Roman" w:cs="Times New Roman"/>
          <w:sz w:val="24"/>
          <w:szCs w:val="24"/>
        </w:rPr>
      </w:pPr>
      <w:proofErr w:type="spellStart"/>
      <w:r w:rsidRPr="00F608F2">
        <w:rPr>
          <w:rFonts w:ascii="Times New Roman" w:hAnsi="Times New Roman" w:cs="Times New Roman"/>
          <w:b/>
          <w:sz w:val="24"/>
          <w:szCs w:val="24"/>
        </w:rPr>
        <w:t>Системно-деятельностный</w:t>
      </w:r>
      <w:proofErr w:type="spellEnd"/>
      <w:r w:rsidRPr="00F608F2">
        <w:rPr>
          <w:rFonts w:ascii="Times New Roman" w:hAnsi="Times New Roman" w:cs="Times New Roman"/>
          <w:sz w:val="24"/>
          <w:szCs w:val="24"/>
        </w:rPr>
        <w:t xml:space="preserve"> подход к оценке образовательных достижений обучающихся проявляется в оценке способности обучающихся к решению </w:t>
      </w:r>
      <w:proofErr w:type="spellStart"/>
      <w:r w:rsidRPr="00F608F2">
        <w:rPr>
          <w:rFonts w:ascii="Times New Roman" w:hAnsi="Times New Roman" w:cs="Times New Roman"/>
          <w:sz w:val="24"/>
          <w:szCs w:val="24"/>
        </w:rPr>
        <w:t>учебнопознавательных</w:t>
      </w:r>
      <w:proofErr w:type="spellEnd"/>
      <w:r w:rsidRPr="00F608F2">
        <w:rPr>
          <w:rFonts w:ascii="Times New Roman" w:hAnsi="Times New Roman" w:cs="Times New Roman"/>
          <w:sz w:val="24"/>
          <w:szCs w:val="24"/>
        </w:rPr>
        <w:t xml:space="preserve">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w:t>
      </w:r>
      <w:proofErr w:type="spellStart"/>
      <w:r w:rsidRPr="00F608F2">
        <w:rPr>
          <w:rFonts w:ascii="Times New Roman" w:hAnsi="Times New Roman" w:cs="Times New Roman"/>
          <w:sz w:val="24"/>
          <w:szCs w:val="24"/>
        </w:rPr>
        <w:t>деятельностной</w:t>
      </w:r>
      <w:proofErr w:type="spellEnd"/>
      <w:r w:rsidRPr="00F608F2">
        <w:rPr>
          <w:rFonts w:ascii="Times New Roman" w:hAnsi="Times New Roman" w:cs="Times New Roman"/>
          <w:sz w:val="24"/>
          <w:szCs w:val="24"/>
        </w:rPr>
        <w:t xml:space="preserve"> форме. </w:t>
      </w:r>
    </w:p>
    <w:p w:rsidR="00F27BE5" w:rsidRDefault="00F27BE5" w:rsidP="00F27BE5">
      <w:pPr>
        <w:ind w:firstLine="426"/>
        <w:jc w:val="both"/>
        <w:rPr>
          <w:rFonts w:ascii="Times New Roman" w:hAnsi="Times New Roman" w:cs="Times New Roman"/>
          <w:sz w:val="24"/>
          <w:szCs w:val="24"/>
        </w:rPr>
      </w:pPr>
      <w:r w:rsidRPr="00F608F2">
        <w:rPr>
          <w:rFonts w:ascii="Times New Roman" w:hAnsi="Times New Roman" w:cs="Times New Roman"/>
          <w:b/>
          <w:sz w:val="24"/>
          <w:szCs w:val="24"/>
        </w:rPr>
        <w:lastRenderedPageBreak/>
        <w:t>Уровневый подход</w:t>
      </w:r>
      <w:r w:rsidRPr="00F608F2">
        <w:rPr>
          <w:rFonts w:ascii="Times New Roman" w:hAnsi="Times New Roman" w:cs="Times New Roman"/>
          <w:sz w:val="24"/>
          <w:szCs w:val="24"/>
        </w:rPr>
        <w:t xml:space="preserve"> служит основой для организации индивидуальной работы с </w:t>
      </w:r>
      <w:proofErr w:type="gramStart"/>
      <w:r w:rsidRPr="00F608F2">
        <w:rPr>
          <w:rFonts w:ascii="Times New Roman" w:hAnsi="Times New Roman" w:cs="Times New Roman"/>
          <w:sz w:val="24"/>
          <w:szCs w:val="24"/>
        </w:rPr>
        <w:t>обучающимися</w:t>
      </w:r>
      <w:proofErr w:type="gramEnd"/>
      <w:r w:rsidRPr="00F608F2">
        <w:rPr>
          <w:rFonts w:ascii="Times New Roman" w:hAnsi="Times New Roman" w:cs="Times New Roman"/>
          <w:sz w:val="24"/>
          <w:szCs w:val="24"/>
        </w:rPr>
        <w:t xml:space="preserve">. Он реализуется как по отношению к содержанию оценки, так и к представлению и интерпретации результатов измерений. </w:t>
      </w:r>
    </w:p>
    <w:p w:rsidR="00F27BE5" w:rsidRDefault="00F27BE5" w:rsidP="00F27BE5">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Уровневый подход реализуется за счѐт фиксации различных уровней достижения </w:t>
      </w:r>
      <w:proofErr w:type="gramStart"/>
      <w:r w:rsidRPr="00F608F2">
        <w:rPr>
          <w:rFonts w:ascii="Times New Roman" w:hAnsi="Times New Roman" w:cs="Times New Roman"/>
          <w:sz w:val="24"/>
          <w:szCs w:val="24"/>
        </w:rPr>
        <w:t>обучающимися</w:t>
      </w:r>
      <w:proofErr w:type="gramEnd"/>
      <w:r w:rsidRPr="00F608F2">
        <w:rPr>
          <w:rFonts w:ascii="Times New Roman" w:hAnsi="Times New Roman" w:cs="Times New Roman"/>
          <w:sz w:val="24"/>
          <w:szCs w:val="24"/>
        </w:rPr>
        <w:t xml:space="preserve"> планируемых результатов. Достижение базового уровня свидетельствует о способности </w:t>
      </w:r>
      <w:proofErr w:type="gramStart"/>
      <w:r w:rsidRPr="00F608F2">
        <w:rPr>
          <w:rFonts w:ascii="Times New Roman" w:hAnsi="Times New Roman" w:cs="Times New Roman"/>
          <w:sz w:val="24"/>
          <w:szCs w:val="24"/>
        </w:rPr>
        <w:t>обучающихся</w:t>
      </w:r>
      <w:proofErr w:type="gramEnd"/>
      <w:r w:rsidRPr="00F608F2">
        <w:rPr>
          <w:rFonts w:ascii="Times New Roman" w:hAnsi="Times New Roman" w:cs="Times New Roman"/>
          <w:sz w:val="24"/>
          <w:szCs w:val="24"/>
        </w:rPr>
        <w:t xml:space="preserve">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 </w:t>
      </w:r>
    </w:p>
    <w:p w:rsidR="00F27BE5" w:rsidRDefault="00F27BE5" w:rsidP="00F27BE5">
      <w:pPr>
        <w:ind w:firstLine="426"/>
        <w:jc w:val="both"/>
        <w:rPr>
          <w:rFonts w:ascii="Times New Roman" w:hAnsi="Times New Roman" w:cs="Times New Roman"/>
          <w:sz w:val="24"/>
          <w:szCs w:val="24"/>
        </w:rPr>
      </w:pPr>
      <w:r w:rsidRPr="00F608F2">
        <w:rPr>
          <w:rFonts w:ascii="Times New Roman" w:hAnsi="Times New Roman" w:cs="Times New Roman"/>
          <w:b/>
          <w:sz w:val="24"/>
          <w:szCs w:val="24"/>
        </w:rPr>
        <w:t>Комплексный подход</w:t>
      </w:r>
      <w:r w:rsidRPr="00F608F2">
        <w:rPr>
          <w:rFonts w:ascii="Times New Roman" w:hAnsi="Times New Roman" w:cs="Times New Roman"/>
          <w:sz w:val="24"/>
          <w:szCs w:val="24"/>
        </w:rPr>
        <w:t xml:space="preserve"> к оценке образовательных достижений реализуется </w:t>
      </w:r>
      <w:proofErr w:type="gramStart"/>
      <w:r w:rsidRPr="00F608F2">
        <w:rPr>
          <w:rFonts w:ascii="Times New Roman" w:hAnsi="Times New Roman" w:cs="Times New Roman"/>
          <w:sz w:val="24"/>
          <w:szCs w:val="24"/>
        </w:rPr>
        <w:t>через</w:t>
      </w:r>
      <w:proofErr w:type="gramEnd"/>
      <w:r w:rsidRPr="00F608F2">
        <w:rPr>
          <w:rFonts w:ascii="Times New Roman" w:hAnsi="Times New Roman" w:cs="Times New Roman"/>
          <w:sz w:val="24"/>
          <w:szCs w:val="24"/>
        </w:rPr>
        <w:t xml:space="preserve">: </w:t>
      </w:r>
    </w:p>
    <w:p w:rsidR="00F27BE5" w:rsidRDefault="00F27BE5" w:rsidP="00F27BE5">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 xml:space="preserve">оценку предметных и </w:t>
      </w:r>
      <w:proofErr w:type="spellStart"/>
      <w:r w:rsidRPr="00F608F2">
        <w:rPr>
          <w:rFonts w:ascii="Times New Roman" w:hAnsi="Times New Roman" w:cs="Times New Roman"/>
          <w:sz w:val="24"/>
          <w:szCs w:val="24"/>
        </w:rPr>
        <w:t>метапредметных</w:t>
      </w:r>
      <w:proofErr w:type="spellEnd"/>
      <w:r w:rsidRPr="00F608F2">
        <w:rPr>
          <w:rFonts w:ascii="Times New Roman" w:hAnsi="Times New Roman" w:cs="Times New Roman"/>
          <w:sz w:val="24"/>
          <w:szCs w:val="24"/>
        </w:rPr>
        <w:t xml:space="preserve"> результатов; </w:t>
      </w:r>
    </w:p>
    <w:p w:rsidR="00F27BE5" w:rsidRDefault="00F27BE5" w:rsidP="00F27BE5">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 xml:space="preserve">использование комплекса оценочных процедур для выявления динамики индивидуальных образовательных достижений обучающихся и для итоговой оценки; </w:t>
      </w:r>
    </w:p>
    <w:p w:rsidR="00F27BE5" w:rsidRDefault="00F27BE5" w:rsidP="00F27BE5">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 xml:space="preserve">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 </w:t>
      </w:r>
    </w:p>
    <w:p w:rsidR="00F27BE5" w:rsidRDefault="00F27BE5" w:rsidP="00F27BE5">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 xml:space="preserve">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 использование форм работы, обеспечивающих возможность включения обучающихся в самостоятельную оценочную деятельность (самоанализ, самооценка, </w:t>
      </w:r>
      <w:proofErr w:type="spellStart"/>
      <w:r w:rsidRPr="00F608F2">
        <w:rPr>
          <w:rFonts w:ascii="Times New Roman" w:hAnsi="Times New Roman" w:cs="Times New Roman"/>
          <w:sz w:val="24"/>
          <w:szCs w:val="24"/>
        </w:rPr>
        <w:t>взаимооценка</w:t>
      </w:r>
      <w:proofErr w:type="spellEnd"/>
      <w:r w:rsidRPr="00F608F2">
        <w:rPr>
          <w:rFonts w:ascii="Times New Roman" w:hAnsi="Times New Roman" w:cs="Times New Roman"/>
          <w:sz w:val="24"/>
          <w:szCs w:val="24"/>
        </w:rPr>
        <w:t xml:space="preserve">); </w:t>
      </w:r>
    </w:p>
    <w:p w:rsidR="00F27BE5" w:rsidRDefault="00F27BE5" w:rsidP="00F27BE5">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 xml:space="preserve">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 </w:t>
      </w:r>
    </w:p>
    <w:p w:rsidR="00F27BE5" w:rsidRDefault="00F27BE5" w:rsidP="00F27BE5">
      <w:pPr>
        <w:ind w:firstLine="426"/>
        <w:jc w:val="both"/>
        <w:rPr>
          <w:rFonts w:ascii="Times New Roman" w:hAnsi="Times New Roman" w:cs="Times New Roman"/>
          <w:sz w:val="24"/>
          <w:szCs w:val="24"/>
        </w:rPr>
      </w:pPr>
      <w:r w:rsidRPr="00F608F2">
        <w:rPr>
          <w:rFonts w:ascii="Times New Roman" w:hAnsi="Times New Roman" w:cs="Times New Roman"/>
          <w:b/>
          <w:sz w:val="24"/>
          <w:szCs w:val="24"/>
        </w:rPr>
        <w:t>Оценка личностных результатов</w:t>
      </w:r>
      <w:r w:rsidRPr="00F608F2">
        <w:rPr>
          <w:rFonts w:ascii="Times New Roman" w:hAnsi="Times New Roman" w:cs="Times New Roman"/>
          <w:sz w:val="24"/>
          <w:szCs w:val="24"/>
        </w:rPr>
        <w:t xml:space="preserve"> обучающихся осуществляется через оценку достижения планируемых результатов освоения основной образовательной программы, которые уст</w:t>
      </w:r>
      <w:r w:rsidR="00063CD9">
        <w:rPr>
          <w:rFonts w:ascii="Times New Roman" w:hAnsi="Times New Roman" w:cs="Times New Roman"/>
          <w:sz w:val="24"/>
          <w:szCs w:val="24"/>
        </w:rPr>
        <w:t>анавливаются требованиями ФГОС Н</w:t>
      </w:r>
      <w:r w:rsidRPr="00F608F2">
        <w:rPr>
          <w:rFonts w:ascii="Times New Roman" w:hAnsi="Times New Roman" w:cs="Times New Roman"/>
          <w:sz w:val="24"/>
          <w:szCs w:val="24"/>
        </w:rPr>
        <w:t xml:space="preserve">ОО. </w:t>
      </w:r>
    </w:p>
    <w:p w:rsidR="00D53D9F" w:rsidRDefault="00D53D9F" w:rsidP="00F27BE5">
      <w:pPr>
        <w:ind w:firstLine="426"/>
        <w:jc w:val="both"/>
        <w:rPr>
          <w:rFonts w:ascii="Times New Roman" w:hAnsi="Times New Roman" w:cs="Times New Roman"/>
          <w:sz w:val="24"/>
          <w:szCs w:val="24"/>
        </w:rPr>
      </w:pPr>
      <w:r w:rsidRPr="00D53D9F">
        <w:rPr>
          <w:rFonts w:ascii="Times New Roman" w:hAnsi="Times New Roman" w:cs="Times New Roman"/>
          <w:sz w:val="24"/>
          <w:szCs w:val="24"/>
        </w:rPr>
        <w:t xml:space="preserve">Оценка личностных достижений обучающихся не является видом обязательного контроля, но полностью исключить необходимость оценивания развития личности нецелесообразно. </w:t>
      </w:r>
    </w:p>
    <w:p w:rsidR="00D53D9F" w:rsidRPr="00D53D9F" w:rsidRDefault="00D53D9F" w:rsidP="00F27BE5">
      <w:pPr>
        <w:ind w:firstLine="426"/>
        <w:jc w:val="both"/>
        <w:rPr>
          <w:rFonts w:ascii="Times New Roman" w:hAnsi="Times New Roman" w:cs="Times New Roman"/>
          <w:b/>
          <w:sz w:val="24"/>
          <w:szCs w:val="24"/>
        </w:rPr>
      </w:pPr>
      <w:proofErr w:type="gramStart"/>
      <w:r w:rsidRPr="00D53D9F">
        <w:rPr>
          <w:rFonts w:ascii="Times New Roman" w:hAnsi="Times New Roman" w:cs="Times New Roman"/>
          <w:sz w:val="24"/>
          <w:szCs w:val="24"/>
        </w:rPr>
        <w:t>Оценивание личностных результатов образовательной деятельности в ходе внешних и внутренних мониторингов осуществляется при помощи инструментов, разработанных централизованно на федеральном или региональном уровнях</w:t>
      </w:r>
      <w:r w:rsidR="00DE6699">
        <w:rPr>
          <w:rFonts w:ascii="Times New Roman" w:hAnsi="Times New Roman" w:cs="Times New Roman"/>
          <w:sz w:val="24"/>
          <w:szCs w:val="24"/>
        </w:rPr>
        <w:t>.</w:t>
      </w:r>
      <w:r w:rsidRPr="00D53D9F">
        <w:rPr>
          <w:rFonts w:ascii="Times New Roman" w:hAnsi="Times New Roman" w:cs="Times New Roman"/>
          <w:b/>
          <w:sz w:val="24"/>
          <w:szCs w:val="24"/>
        </w:rPr>
        <w:t xml:space="preserve"> </w:t>
      </w:r>
      <w:proofErr w:type="gramEnd"/>
    </w:p>
    <w:p w:rsidR="00DE6699" w:rsidRDefault="00F27BE5" w:rsidP="00F27BE5">
      <w:pPr>
        <w:ind w:firstLine="426"/>
        <w:jc w:val="both"/>
        <w:rPr>
          <w:rFonts w:ascii="Times New Roman" w:hAnsi="Times New Roman" w:cs="Times New Roman"/>
          <w:sz w:val="24"/>
          <w:szCs w:val="24"/>
        </w:rPr>
      </w:pPr>
      <w:r w:rsidRPr="00F608F2">
        <w:rPr>
          <w:rFonts w:ascii="Times New Roman" w:hAnsi="Times New Roman" w:cs="Times New Roman"/>
          <w:b/>
          <w:sz w:val="24"/>
          <w:szCs w:val="24"/>
        </w:rPr>
        <w:t xml:space="preserve">При оценке </w:t>
      </w:r>
      <w:proofErr w:type="spellStart"/>
      <w:r w:rsidRPr="00F608F2">
        <w:rPr>
          <w:rFonts w:ascii="Times New Roman" w:hAnsi="Times New Roman" w:cs="Times New Roman"/>
          <w:b/>
          <w:sz w:val="24"/>
          <w:szCs w:val="24"/>
        </w:rPr>
        <w:t>метапредметных</w:t>
      </w:r>
      <w:proofErr w:type="spellEnd"/>
      <w:r w:rsidRPr="00F608F2">
        <w:rPr>
          <w:rFonts w:ascii="Times New Roman" w:hAnsi="Times New Roman" w:cs="Times New Roman"/>
          <w:b/>
          <w:sz w:val="24"/>
          <w:szCs w:val="24"/>
        </w:rPr>
        <w:t xml:space="preserve"> результатов</w:t>
      </w:r>
      <w:r w:rsidRPr="00F608F2">
        <w:rPr>
          <w:rFonts w:ascii="Times New Roman" w:hAnsi="Times New Roman" w:cs="Times New Roman"/>
          <w:sz w:val="24"/>
          <w:szCs w:val="24"/>
        </w:rPr>
        <w:t xml:space="preserve"> оцениваются достижения планир</w:t>
      </w:r>
      <w:r w:rsidR="00063CD9">
        <w:rPr>
          <w:rFonts w:ascii="Times New Roman" w:hAnsi="Times New Roman" w:cs="Times New Roman"/>
          <w:sz w:val="24"/>
          <w:szCs w:val="24"/>
        </w:rPr>
        <w:t>уемых результатов освоения ФОП Н</w:t>
      </w:r>
      <w:r w:rsidRPr="00F608F2">
        <w:rPr>
          <w:rFonts w:ascii="Times New Roman" w:hAnsi="Times New Roman" w:cs="Times New Roman"/>
          <w:sz w:val="24"/>
          <w:szCs w:val="24"/>
        </w:rPr>
        <w:t xml:space="preserve">ОО, которые отражают совокупность познавательных, коммуникативных и регулятивных универсальных учебных действий. </w:t>
      </w:r>
    </w:p>
    <w:p w:rsidR="00DE6699" w:rsidRDefault="00DE6699" w:rsidP="00F27BE5">
      <w:pPr>
        <w:ind w:firstLine="426"/>
        <w:jc w:val="both"/>
        <w:rPr>
          <w:rFonts w:ascii="Times New Roman" w:hAnsi="Times New Roman" w:cs="Times New Roman"/>
          <w:sz w:val="24"/>
          <w:szCs w:val="24"/>
        </w:rPr>
      </w:pPr>
      <w:r w:rsidRPr="00DE6699">
        <w:rPr>
          <w:rFonts w:ascii="Times New Roman" w:hAnsi="Times New Roman" w:cs="Times New Roman"/>
          <w:sz w:val="24"/>
          <w:szCs w:val="24"/>
        </w:rPr>
        <w:t xml:space="preserve">Формирование </w:t>
      </w:r>
      <w:proofErr w:type="spellStart"/>
      <w:r w:rsidRPr="00DE6699">
        <w:rPr>
          <w:rFonts w:ascii="Times New Roman" w:hAnsi="Times New Roman" w:cs="Times New Roman"/>
          <w:sz w:val="24"/>
          <w:szCs w:val="24"/>
        </w:rPr>
        <w:t>метапредметных</w:t>
      </w:r>
      <w:proofErr w:type="spellEnd"/>
      <w:r w:rsidRPr="00DE6699">
        <w:rPr>
          <w:rFonts w:ascii="Times New Roman" w:hAnsi="Times New Roman" w:cs="Times New Roman"/>
          <w:sz w:val="24"/>
          <w:szCs w:val="24"/>
        </w:rPr>
        <w:t xml:space="preserve"> результатов обеспечивается за счёт всех учебных предметов и внеурочной деятельности. </w:t>
      </w:r>
    </w:p>
    <w:p w:rsidR="00DE6699" w:rsidRDefault="00DE6699" w:rsidP="00F27BE5">
      <w:pPr>
        <w:ind w:firstLine="426"/>
        <w:jc w:val="both"/>
        <w:rPr>
          <w:rFonts w:ascii="Times New Roman" w:hAnsi="Times New Roman" w:cs="Times New Roman"/>
          <w:sz w:val="24"/>
          <w:szCs w:val="24"/>
        </w:rPr>
      </w:pPr>
      <w:r w:rsidRPr="00DE6699">
        <w:rPr>
          <w:rFonts w:ascii="Times New Roman" w:hAnsi="Times New Roman" w:cs="Times New Roman"/>
          <w:b/>
          <w:sz w:val="24"/>
          <w:szCs w:val="24"/>
        </w:rPr>
        <w:t xml:space="preserve">Оценка </w:t>
      </w:r>
      <w:proofErr w:type="spellStart"/>
      <w:r w:rsidRPr="00DE6699">
        <w:rPr>
          <w:rFonts w:ascii="Times New Roman" w:hAnsi="Times New Roman" w:cs="Times New Roman"/>
          <w:b/>
          <w:sz w:val="24"/>
          <w:szCs w:val="24"/>
        </w:rPr>
        <w:t>метапредметных</w:t>
      </w:r>
      <w:proofErr w:type="spellEnd"/>
      <w:r w:rsidRPr="00DE6699">
        <w:rPr>
          <w:rFonts w:ascii="Times New Roman" w:hAnsi="Times New Roman" w:cs="Times New Roman"/>
          <w:b/>
          <w:sz w:val="24"/>
          <w:szCs w:val="24"/>
        </w:rPr>
        <w:t xml:space="preserve"> результатов</w:t>
      </w:r>
      <w:r w:rsidRPr="00DE6699">
        <w:rPr>
          <w:rFonts w:ascii="Times New Roman" w:hAnsi="Times New Roman" w:cs="Times New Roman"/>
          <w:sz w:val="24"/>
          <w:szCs w:val="24"/>
        </w:rPr>
        <w:t xml:space="preserve"> проводится с целью определения </w:t>
      </w:r>
      <w:proofErr w:type="spellStart"/>
      <w:r w:rsidRPr="00DE6699">
        <w:rPr>
          <w:rFonts w:ascii="Times New Roman" w:hAnsi="Times New Roman" w:cs="Times New Roman"/>
          <w:sz w:val="24"/>
          <w:szCs w:val="24"/>
        </w:rPr>
        <w:t>сформированности</w:t>
      </w:r>
      <w:proofErr w:type="spellEnd"/>
      <w:r w:rsidRPr="00DE6699">
        <w:rPr>
          <w:rFonts w:ascii="Times New Roman" w:hAnsi="Times New Roman" w:cs="Times New Roman"/>
          <w:sz w:val="24"/>
          <w:szCs w:val="24"/>
        </w:rPr>
        <w:t xml:space="preserve">: </w:t>
      </w:r>
    </w:p>
    <w:p w:rsidR="00DE6699" w:rsidRDefault="00DE6699" w:rsidP="00F27BE5">
      <w:pPr>
        <w:ind w:firstLine="426"/>
        <w:jc w:val="both"/>
        <w:rPr>
          <w:rFonts w:ascii="Times New Roman" w:hAnsi="Times New Roman" w:cs="Times New Roman"/>
          <w:sz w:val="24"/>
          <w:szCs w:val="24"/>
        </w:rPr>
      </w:pPr>
      <w:r w:rsidRPr="00DE6699">
        <w:rPr>
          <w:rFonts w:ascii="Times New Roman" w:hAnsi="Times New Roman" w:cs="Times New Roman"/>
          <w:sz w:val="24"/>
          <w:szCs w:val="24"/>
        </w:rPr>
        <w:t xml:space="preserve">- универсальных учебных познавательных действий; </w:t>
      </w:r>
    </w:p>
    <w:p w:rsidR="00DE6699" w:rsidRDefault="00DE6699" w:rsidP="00F27BE5">
      <w:pPr>
        <w:ind w:firstLine="426"/>
        <w:jc w:val="both"/>
        <w:rPr>
          <w:rFonts w:ascii="Times New Roman" w:hAnsi="Times New Roman" w:cs="Times New Roman"/>
          <w:sz w:val="24"/>
          <w:szCs w:val="24"/>
        </w:rPr>
      </w:pPr>
      <w:r w:rsidRPr="00DE6699">
        <w:rPr>
          <w:rFonts w:ascii="Times New Roman" w:hAnsi="Times New Roman" w:cs="Times New Roman"/>
          <w:sz w:val="24"/>
          <w:szCs w:val="24"/>
        </w:rPr>
        <w:t xml:space="preserve">-универсальных учебных коммуникативных действий; </w:t>
      </w:r>
    </w:p>
    <w:p w:rsidR="00DE6699" w:rsidRPr="00DE6699" w:rsidRDefault="00DE6699" w:rsidP="00F27BE5">
      <w:pPr>
        <w:ind w:firstLine="426"/>
        <w:jc w:val="both"/>
        <w:rPr>
          <w:rFonts w:ascii="Times New Roman" w:hAnsi="Times New Roman" w:cs="Times New Roman"/>
          <w:sz w:val="24"/>
          <w:szCs w:val="24"/>
        </w:rPr>
      </w:pPr>
      <w:r w:rsidRPr="00DE6699">
        <w:rPr>
          <w:rFonts w:ascii="Times New Roman" w:hAnsi="Times New Roman" w:cs="Times New Roman"/>
          <w:sz w:val="24"/>
          <w:szCs w:val="24"/>
        </w:rPr>
        <w:t>- универсальных учебных регулятивных действий</w:t>
      </w:r>
    </w:p>
    <w:p w:rsidR="00F27BE5" w:rsidRPr="00DE6699" w:rsidRDefault="00F27BE5" w:rsidP="00F27BE5">
      <w:pPr>
        <w:ind w:firstLine="426"/>
        <w:jc w:val="both"/>
        <w:rPr>
          <w:rFonts w:ascii="Times New Roman" w:hAnsi="Times New Roman" w:cs="Times New Roman"/>
          <w:sz w:val="24"/>
          <w:szCs w:val="24"/>
        </w:rPr>
      </w:pPr>
      <w:r w:rsidRPr="00F608F2">
        <w:rPr>
          <w:rFonts w:ascii="Times New Roman" w:hAnsi="Times New Roman" w:cs="Times New Roman"/>
          <w:b/>
          <w:sz w:val="24"/>
          <w:szCs w:val="24"/>
        </w:rPr>
        <w:t>Предмет</w:t>
      </w:r>
      <w:r w:rsidR="00063CD9">
        <w:rPr>
          <w:rFonts w:ascii="Times New Roman" w:hAnsi="Times New Roman" w:cs="Times New Roman"/>
          <w:b/>
          <w:sz w:val="24"/>
          <w:szCs w:val="24"/>
        </w:rPr>
        <w:t>ные результаты освоения ФОП Н</w:t>
      </w:r>
      <w:r w:rsidRPr="00F608F2">
        <w:rPr>
          <w:rFonts w:ascii="Times New Roman" w:hAnsi="Times New Roman" w:cs="Times New Roman"/>
          <w:b/>
          <w:sz w:val="24"/>
          <w:szCs w:val="24"/>
        </w:rPr>
        <w:t>ОО</w:t>
      </w:r>
      <w:r w:rsidRPr="00F608F2">
        <w:rPr>
          <w:rFonts w:ascii="Times New Roman" w:hAnsi="Times New Roman" w:cs="Times New Roman"/>
          <w:sz w:val="24"/>
          <w:szCs w:val="24"/>
        </w:rPr>
        <w:t xml:space="preserve"> с учѐтом специфики содержания предметных областей, включающих конкретные учебные предметы, ориентированы на применение </w:t>
      </w:r>
      <w:proofErr w:type="gramStart"/>
      <w:r w:rsidRPr="00F608F2">
        <w:rPr>
          <w:rFonts w:ascii="Times New Roman" w:hAnsi="Times New Roman" w:cs="Times New Roman"/>
          <w:sz w:val="24"/>
          <w:szCs w:val="24"/>
        </w:rPr>
        <w:t>обучающимися</w:t>
      </w:r>
      <w:proofErr w:type="gramEnd"/>
      <w:r w:rsidRPr="00F608F2">
        <w:rPr>
          <w:rFonts w:ascii="Times New Roman" w:hAnsi="Times New Roman" w:cs="Times New Roman"/>
          <w:sz w:val="24"/>
          <w:szCs w:val="24"/>
        </w:rPr>
        <w:t xml:space="preserve"> знаний, умений и навыков в учебных ситуациях и реальных </w:t>
      </w:r>
      <w:r w:rsidRPr="00DE6699">
        <w:rPr>
          <w:rFonts w:ascii="Times New Roman" w:hAnsi="Times New Roman" w:cs="Times New Roman"/>
          <w:sz w:val="24"/>
          <w:szCs w:val="24"/>
        </w:rPr>
        <w:t xml:space="preserve">жизненных условиях, а также на успешное обучение. </w:t>
      </w:r>
    </w:p>
    <w:p w:rsidR="00DE6699" w:rsidRDefault="00DE6699" w:rsidP="00F27BE5">
      <w:pPr>
        <w:ind w:firstLine="426"/>
        <w:jc w:val="both"/>
        <w:rPr>
          <w:rFonts w:ascii="Times New Roman" w:hAnsi="Times New Roman" w:cs="Times New Roman"/>
          <w:sz w:val="24"/>
          <w:szCs w:val="24"/>
        </w:rPr>
      </w:pPr>
      <w:r w:rsidRPr="00DE6699">
        <w:rPr>
          <w:rFonts w:ascii="Times New Roman" w:hAnsi="Times New Roman" w:cs="Times New Roman"/>
          <w:b/>
          <w:sz w:val="24"/>
          <w:szCs w:val="24"/>
        </w:rPr>
        <w:t>Оценка предметных результатов</w:t>
      </w:r>
      <w:r w:rsidRPr="00DE6699">
        <w:rPr>
          <w:rFonts w:ascii="Times New Roman" w:hAnsi="Times New Roman" w:cs="Times New Roman"/>
          <w:sz w:val="24"/>
          <w:szCs w:val="24"/>
        </w:rPr>
        <w:t xml:space="preserve"> ведётся каждым педагогическим работником в ходе процедур текущей, тематической, промежуточной и итоговой оценки, а также администрацией образовательной организации в ходе </w:t>
      </w:r>
      <w:proofErr w:type="spellStart"/>
      <w:r w:rsidRPr="00DE6699">
        <w:rPr>
          <w:rFonts w:ascii="Times New Roman" w:hAnsi="Times New Roman" w:cs="Times New Roman"/>
          <w:sz w:val="24"/>
          <w:szCs w:val="24"/>
        </w:rPr>
        <w:t>внутришкольного</w:t>
      </w:r>
      <w:proofErr w:type="spellEnd"/>
      <w:r w:rsidRPr="00DE6699">
        <w:rPr>
          <w:rFonts w:ascii="Times New Roman" w:hAnsi="Times New Roman" w:cs="Times New Roman"/>
          <w:sz w:val="24"/>
          <w:szCs w:val="24"/>
        </w:rPr>
        <w:t xml:space="preserve"> мониторинга. </w:t>
      </w:r>
    </w:p>
    <w:p w:rsidR="00DE6699" w:rsidRDefault="00DE6699" w:rsidP="00F27BE5">
      <w:pPr>
        <w:ind w:firstLine="426"/>
        <w:jc w:val="both"/>
        <w:rPr>
          <w:rFonts w:ascii="Times New Roman" w:hAnsi="Times New Roman" w:cs="Times New Roman"/>
          <w:sz w:val="24"/>
          <w:szCs w:val="24"/>
        </w:rPr>
      </w:pPr>
      <w:r w:rsidRPr="00DE6699">
        <w:rPr>
          <w:rFonts w:ascii="Times New Roman" w:hAnsi="Times New Roman" w:cs="Times New Roman"/>
          <w:sz w:val="24"/>
          <w:szCs w:val="24"/>
        </w:rPr>
        <w:t xml:space="preserve">Особенности оценки по отдельному предмету включает: </w:t>
      </w:r>
    </w:p>
    <w:p w:rsidR="00DE6699" w:rsidRDefault="00DE6699" w:rsidP="00F27BE5">
      <w:pPr>
        <w:ind w:firstLine="426"/>
        <w:jc w:val="both"/>
        <w:rPr>
          <w:rFonts w:ascii="Times New Roman" w:hAnsi="Times New Roman" w:cs="Times New Roman"/>
          <w:sz w:val="24"/>
          <w:szCs w:val="24"/>
        </w:rPr>
      </w:pPr>
      <w:r w:rsidRPr="00DE6699">
        <w:rPr>
          <w:rFonts w:ascii="Times New Roman" w:hAnsi="Times New Roman" w:cs="Times New Roman"/>
          <w:sz w:val="24"/>
          <w:szCs w:val="24"/>
        </w:rPr>
        <w:t>- 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roofErr w:type="gramStart"/>
      <w:r w:rsidRPr="00DE6699">
        <w:rPr>
          <w:rFonts w:ascii="Times New Roman" w:hAnsi="Times New Roman" w:cs="Times New Roman"/>
          <w:sz w:val="24"/>
          <w:szCs w:val="24"/>
        </w:rPr>
        <w:t>;(</w:t>
      </w:r>
      <w:proofErr w:type="gramEnd"/>
      <w:r w:rsidRPr="00DE6699">
        <w:rPr>
          <w:rFonts w:ascii="Times New Roman" w:hAnsi="Times New Roman" w:cs="Times New Roman"/>
          <w:sz w:val="24"/>
          <w:szCs w:val="24"/>
        </w:rPr>
        <w:t xml:space="preserve">нормы оценивания) </w:t>
      </w:r>
    </w:p>
    <w:p w:rsidR="00DE6699" w:rsidRDefault="00DE6699" w:rsidP="00F27BE5">
      <w:pPr>
        <w:ind w:firstLine="426"/>
        <w:jc w:val="both"/>
        <w:rPr>
          <w:rFonts w:ascii="Times New Roman" w:hAnsi="Times New Roman" w:cs="Times New Roman"/>
          <w:sz w:val="24"/>
          <w:szCs w:val="24"/>
        </w:rPr>
      </w:pPr>
      <w:r w:rsidRPr="00DE6699">
        <w:rPr>
          <w:rFonts w:ascii="Times New Roman" w:hAnsi="Times New Roman" w:cs="Times New Roman"/>
          <w:sz w:val="24"/>
          <w:szCs w:val="24"/>
        </w:rPr>
        <w:lastRenderedPageBreak/>
        <w:t xml:space="preserve">- требования к выставлению отметок за промежуточную аттестацию (при необходимости — с учётом степени значимости отметок за отдельные оценочные процедуры); </w:t>
      </w:r>
    </w:p>
    <w:p w:rsidR="00DE6699" w:rsidRPr="00DE6699" w:rsidRDefault="00DE6699" w:rsidP="00F27BE5">
      <w:pPr>
        <w:ind w:firstLine="426"/>
        <w:jc w:val="both"/>
        <w:rPr>
          <w:rFonts w:ascii="Times New Roman" w:hAnsi="Times New Roman" w:cs="Times New Roman"/>
          <w:sz w:val="24"/>
          <w:szCs w:val="24"/>
        </w:rPr>
      </w:pPr>
      <w:r w:rsidRPr="00DE6699">
        <w:rPr>
          <w:rFonts w:ascii="Times New Roman" w:hAnsi="Times New Roman" w:cs="Times New Roman"/>
          <w:sz w:val="24"/>
          <w:szCs w:val="24"/>
        </w:rPr>
        <w:t>- график контрольных мероприятий</w:t>
      </w:r>
      <w:r>
        <w:t>.</w:t>
      </w:r>
    </w:p>
    <w:p w:rsidR="00F27BE5" w:rsidRDefault="00F27BE5" w:rsidP="00F27BE5">
      <w:pPr>
        <w:ind w:firstLine="426"/>
        <w:jc w:val="both"/>
        <w:rPr>
          <w:rFonts w:ascii="Times New Roman" w:hAnsi="Times New Roman" w:cs="Times New Roman"/>
          <w:sz w:val="24"/>
          <w:szCs w:val="24"/>
        </w:rPr>
      </w:pPr>
      <w:r w:rsidRPr="000D5574">
        <w:rPr>
          <w:rFonts w:ascii="Times New Roman" w:hAnsi="Times New Roman" w:cs="Times New Roman"/>
          <w:b/>
          <w:sz w:val="24"/>
          <w:szCs w:val="24"/>
        </w:rPr>
        <w:t>Стартовая диагностика</w:t>
      </w:r>
      <w:r w:rsidRPr="00F608F2">
        <w:rPr>
          <w:rFonts w:ascii="Times New Roman" w:hAnsi="Times New Roman" w:cs="Times New Roman"/>
          <w:sz w:val="24"/>
          <w:szCs w:val="24"/>
        </w:rPr>
        <w:t xml:space="preserve"> проводится администрацией МБОУ «</w:t>
      </w:r>
      <w:proofErr w:type="spellStart"/>
      <w:r>
        <w:rPr>
          <w:rFonts w:ascii="Times New Roman" w:hAnsi="Times New Roman" w:cs="Times New Roman"/>
          <w:sz w:val="24"/>
          <w:szCs w:val="24"/>
        </w:rPr>
        <w:t>Кольцовская</w:t>
      </w:r>
      <w:proofErr w:type="spellEnd"/>
      <w:r>
        <w:rPr>
          <w:rFonts w:ascii="Times New Roman" w:hAnsi="Times New Roman" w:cs="Times New Roman"/>
          <w:sz w:val="24"/>
          <w:szCs w:val="24"/>
        </w:rPr>
        <w:t xml:space="preserve"> СОШ</w:t>
      </w:r>
      <w:r w:rsidRPr="00F608F2">
        <w:rPr>
          <w:rFonts w:ascii="Times New Roman" w:hAnsi="Times New Roman" w:cs="Times New Roman"/>
          <w:sz w:val="24"/>
          <w:szCs w:val="24"/>
        </w:rPr>
        <w:t xml:space="preserve">» с целью оценки готовности к обучению на уровне </w:t>
      </w:r>
      <w:r w:rsidR="00772F29">
        <w:rPr>
          <w:rFonts w:ascii="Times New Roman" w:hAnsi="Times New Roman" w:cs="Times New Roman"/>
          <w:sz w:val="24"/>
          <w:szCs w:val="24"/>
        </w:rPr>
        <w:t>начального</w:t>
      </w:r>
      <w:r w:rsidRPr="00F608F2">
        <w:rPr>
          <w:rFonts w:ascii="Times New Roman" w:hAnsi="Times New Roman" w:cs="Times New Roman"/>
          <w:sz w:val="24"/>
          <w:szCs w:val="24"/>
        </w:rPr>
        <w:t xml:space="preserve"> общего образования. </w:t>
      </w:r>
    </w:p>
    <w:p w:rsidR="00D53D9F" w:rsidRDefault="00D53D9F" w:rsidP="00F27BE5">
      <w:pPr>
        <w:ind w:firstLine="426"/>
        <w:jc w:val="both"/>
        <w:rPr>
          <w:rFonts w:ascii="Times New Roman" w:hAnsi="Times New Roman" w:cs="Times New Roman"/>
          <w:sz w:val="24"/>
          <w:szCs w:val="24"/>
        </w:rPr>
      </w:pPr>
      <w:r w:rsidRPr="00D53D9F">
        <w:rPr>
          <w:rFonts w:ascii="Times New Roman" w:hAnsi="Times New Roman" w:cs="Times New Roman"/>
          <w:sz w:val="24"/>
          <w:szCs w:val="24"/>
        </w:rPr>
        <w:t xml:space="preserve">Стартовая диагностика по отдельным предметам 2-4 классов может проводиться педагогическими работниками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 </w:t>
      </w:r>
    </w:p>
    <w:p w:rsidR="00D53D9F" w:rsidRDefault="00D53D9F" w:rsidP="00F27BE5">
      <w:pPr>
        <w:ind w:firstLine="426"/>
        <w:jc w:val="both"/>
        <w:rPr>
          <w:rFonts w:ascii="Times New Roman" w:hAnsi="Times New Roman" w:cs="Times New Roman"/>
          <w:b/>
          <w:sz w:val="24"/>
          <w:szCs w:val="24"/>
        </w:rPr>
      </w:pPr>
      <w:r w:rsidRPr="00D53D9F">
        <w:rPr>
          <w:rFonts w:ascii="Times New Roman" w:hAnsi="Times New Roman" w:cs="Times New Roman"/>
          <w:sz w:val="24"/>
          <w:szCs w:val="24"/>
        </w:rPr>
        <w:t>Данный вид диагностики является инициативой педагогов, вносится в тематическое планирование, проводится учителем самостоятельно, вносится в единый график оценочных процедур при выполнении условий к проведению оценочных работ (работы выполняются всеми обучающимися в классе одновременно и длительность которых составляет не менее тридцати минут)</w:t>
      </w:r>
      <w:r w:rsidRPr="00D53D9F">
        <w:rPr>
          <w:rFonts w:ascii="Times New Roman" w:hAnsi="Times New Roman" w:cs="Times New Roman"/>
          <w:b/>
          <w:sz w:val="24"/>
          <w:szCs w:val="24"/>
        </w:rPr>
        <w:t xml:space="preserve"> </w:t>
      </w:r>
    </w:p>
    <w:p w:rsidR="00D53D9F" w:rsidRDefault="00D53D9F" w:rsidP="00F27BE5">
      <w:pPr>
        <w:ind w:firstLine="426"/>
        <w:jc w:val="both"/>
        <w:rPr>
          <w:rFonts w:ascii="Times New Roman" w:hAnsi="Times New Roman" w:cs="Times New Roman"/>
          <w:sz w:val="24"/>
          <w:szCs w:val="24"/>
        </w:rPr>
      </w:pPr>
      <w:r w:rsidRPr="00D53D9F">
        <w:rPr>
          <w:rFonts w:ascii="Times New Roman" w:hAnsi="Times New Roman" w:cs="Times New Roman"/>
          <w:b/>
          <w:sz w:val="24"/>
          <w:szCs w:val="24"/>
        </w:rPr>
        <w:t>Текущая оценка</w:t>
      </w:r>
      <w:r w:rsidRPr="00D53D9F">
        <w:rPr>
          <w:rFonts w:ascii="Times New Roman" w:hAnsi="Times New Roman" w:cs="Times New Roman"/>
          <w:sz w:val="24"/>
          <w:szCs w:val="24"/>
        </w:rPr>
        <w:t xml:space="preserve"> представляет собой процедуру оценки индивидуального продвижения в освоении программы учебного предмета. Текущая оценка может быть формирующей, т. е.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 </w:t>
      </w:r>
    </w:p>
    <w:p w:rsidR="00F27BE5" w:rsidRPr="00D53D9F" w:rsidRDefault="00D53D9F" w:rsidP="00F27BE5">
      <w:pPr>
        <w:ind w:firstLine="426"/>
        <w:jc w:val="both"/>
        <w:rPr>
          <w:rFonts w:ascii="Times New Roman" w:hAnsi="Times New Roman" w:cs="Times New Roman"/>
          <w:sz w:val="24"/>
          <w:szCs w:val="24"/>
        </w:rPr>
      </w:pPr>
      <w:r w:rsidRPr="00D53D9F">
        <w:rPr>
          <w:rFonts w:ascii="Times New Roman" w:hAnsi="Times New Roman" w:cs="Times New Roman"/>
          <w:sz w:val="24"/>
          <w:szCs w:val="24"/>
        </w:rPr>
        <w:t xml:space="preserve">Объектом текущей оценки являются тематические планируемые результаты, </w:t>
      </w:r>
      <w:proofErr w:type="gramStart"/>
      <w:r w:rsidRPr="00D53D9F">
        <w:rPr>
          <w:rFonts w:ascii="Times New Roman" w:hAnsi="Times New Roman" w:cs="Times New Roman"/>
          <w:sz w:val="24"/>
          <w:szCs w:val="24"/>
        </w:rPr>
        <w:t>этапы</w:t>
      </w:r>
      <w:proofErr w:type="gramEnd"/>
      <w:r w:rsidRPr="00D53D9F">
        <w:rPr>
          <w:rFonts w:ascii="Times New Roman" w:hAnsi="Times New Roman" w:cs="Times New Roman"/>
          <w:sz w:val="24"/>
          <w:szCs w:val="24"/>
        </w:rPr>
        <w:t xml:space="preserve">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w:t>
      </w:r>
      <w:proofErr w:type="gramStart"/>
      <w:r w:rsidRPr="00D53D9F">
        <w:rPr>
          <w:rFonts w:ascii="Times New Roman" w:hAnsi="Times New Roman" w:cs="Times New Roman"/>
          <w:sz w:val="24"/>
          <w:szCs w:val="24"/>
        </w:rPr>
        <w:t>о-</w:t>
      </w:r>
      <w:proofErr w:type="gramEnd"/>
      <w:r w:rsidRPr="00D53D9F">
        <w:rPr>
          <w:rFonts w:ascii="Times New Roman" w:hAnsi="Times New Roman" w:cs="Times New Roman"/>
          <w:sz w:val="24"/>
          <w:szCs w:val="24"/>
        </w:rPr>
        <w:t xml:space="preserve"> и </w:t>
      </w:r>
      <w:proofErr w:type="spellStart"/>
      <w:r w:rsidRPr="00D53D9F">
        <w:rPr>
          <w:rFonts w:ascii="Times New Roman" w:hAnsi="Times New Roman" w:cs="Times New Roman"/>
          <w:sz w:val="24"/>
          <w:szCs w:val="24"/>
        </w:rPr>
        <w:t>взаимооценка</w:t>
      </w:r>
      <w:proofErr w:type="spellEnd"/>
      <w:r w:rsidRPr="00D53D9F">
        <w:rPr>
          <w:rFonts w:ascii="Times New Roman" w:hAnsi="Times New Roman" w:cs="Times New Roman"/>
          <w:sz w:val="24"/>
          <w:szCs w:val="24"/>
        </w:rPr>
        <w:t>, рефлексия, листы продвижения и др.) с учётом особенностей учебного предмета и особенностей контрольно-оценочной деятельности педагогического работника</w:t>
      </w:r>
      <w:r w:rsidR="00F27BE5" w:rsidRPr="00D53D9F">
        <w:rPr>
          <w:rFonts w:ascii="Times New Roman" w:hAnsi="Times New Roman" w:cs="Times New Roman"/>
          <w:sz w:val="24"/>
          <w:szCs w:val="24"/>
        </w:rPr>
        <w:t xml:space="preserve">. </w:t>
      </w:r>
    </w:p>
    <w:p w:rsidR="00F27BE5" w:rsidRPr="00F27BE5" w:rsidRDefault="00F27BE5" w:rsidP="00F27BE5">
      <w:pPr>
        <w:ind w:firstLine="426"/>
        <w:jc w:val="both"/>
        <w:rPr>
          <w:rFonts w:ascii="Times New Roman" w:hAnsi="Times New Roman" w:cs="Times New Roman"/>
          <w:sz w:val="24"/>
          <w:szCs w:val="24"/>
        </w:rPr>
      </w:pPr>
      <w:r w:rsidRPr="00F27BE5">
        <w:rPr>
          <w:rFonts w:ascii="Times New Roman" w:hAnsi="Times New Roman" w:cs="Times New Roman"/>
          <w:sz w:val="24"/>
          <w:szCs w:val="24"/>
        </w:rPr>
        <w:t xml:space="preserve">Текущая оценка </w:t>
      </w:r>
      <w:proofErr w:type="gramStart"/>
      <w:r w:rsidRPr="00F27BE5">
        <w:rPr>
          <w:rFonts w:ascii="Times New Roman" w:hAnsi="Times New Roman" w:cs="Times New Roman"/>
          <w:b/>
          <w:sz w:val="24"/>
          <w:szCs w:val="24"/>
        </w:rPr>
        <w:t>обучающихся</w:t>
      </w:r>
      <w:proofErr w:type="gramEnd"/>
      <w:r w:rsidRPr="00F27BE5">
        <w:rPr>
          <w:rFonts w:ascii="Times New Roman" w:hAnsi="Times New Roman" w:cs="Times New Roman"/>
          <w:b/>
          <w:sz w:val="24"/>
          <w:szCs w:val="24"/>
        </w:rPr>
        <w:t xml:space="preserve"> 1-го класса</w:t>
      </w:r>
      <w:r w:rsidRPr="00F27BE5">
        <w:rPr>
          <w:rFonts w:ascii="Times New Roman" w:hAnsi="Times New Roman" w:cs="Times New Roman"/>
          <w:sz w:val="24"/>
          <w:szCs w:val="24"/>
        </w:rPr>
        <w:t xml:space="preserve"> осуществляется без балльного 15 оценивания занятий обучающихся и домашних заданий </w:t>
      </w:r>
      <w:proofErr w:type="gramStart"/>
      <w:r w:rsidRPr="00F27BE5">
        <w:rPr>
          <w:rFonts w:ascii="Times New Roman" w:hAnsi="Times New Roman" w:cs="Times New Roman"/>
          <w:sz w:val="24"/>
          <w:szCs w:val="24"/>
        </w:rPr>
        <w:t>в форме мониторинга образовательных достижений обучающихся на выявление индивидуальной динамики от начала учебного года к его концу с учетом</w:t>
      </w:r>
      <w:proofErr w:type="gramEnd"/>
      <w:r w:rsidRPr="00F27BE5">
        <w:rPr>
          <w:rFonts w:ascii="Times New Roman" w:hAnsi="Times New Roman" w:cs="Times New Roman"/>
          <w:sz w:val="24"/>
          <w:szCs w:val="24"/>
        </w:rPr>
        <w:t xml:space="preserve"> личностных особенностей и индивидуальных достижений обучающегося за текущий и предыдущие периоды. Результаты и динамика образовательных достижений каждого обучающегося фиксируются педагогическим работником в листе индивидуальных достижений по учебному предмету.</w:t>
      </w:r>
    </w:p>
    <w:p w:rsidR="00F27BE5" w:rsidRDefault="00F27BE5" w:rsidP="00F27BE5">
      <w:pPr>
        <w:ind w:firstLine="426"/>
        <w:jc w:val="both"/>
        <w:rPr>
          <w:rFonts w:ascii="Times New Roman" w:hAnsi="Times New Roman" w:cs="Times New Roman"/>
          <w:sz w:val="24"/>
          <w:szCs w:val="24"/>
        </w:rPr>
      </w:pPr>
      <w:r w:rsidRPr="00F27BE5">
        <w:rPr>
          <w:rFonts w:ascii="Times New Roman" w:hAnsi="Times New Roman" w:cs="Times New Roman"/>
          <w:sz w:val="24"/>
          <w:szCs w:val="24"/>
        </w:rPr>
        <w:t xml:space="preserve">Текущая </w:t>
      </w:r>
      <w:r w:rsidRPr="00F27BE5">
        <w:rPr>
          <w:rFonts w:ascii="Times New Roman" w:hAnsi="Times New Roman" w:cs="Times New Roman"/>
          <w:b/>
          <w:sz w:val="24"/>
          <w:szCs w:val="24"/>
        </w:rPr>
        <w:t>оценка успеваемости в 2-ом и последующих классах</w:t>
      </w:r>
      <w:r w:rsidRPr="00F27BE5">
        <w:rPr>
          <w:rFonts w:ascii="Times New Roman" w:hAnsi="Times New Roman" w:cs="Times New Roman"/>
          <w:sz w:val="24"/>
          <w:szCs w:val="24"/>
        </w:rPr>
        <w:t xml:space="preserve"> осуществляется по </w:t>
      </w:r>
      <w:r w:rsidRPr="00F27BE5">
        <w:rPr>
          <w:rFonts w:ascii="Times New Roman" w:hAnsi="Times New Roman" w:cs="Times New Roman"/>
          <w:b/>
          <w:i/>
          <w:sz w:val="24"/>
          <w:szCs w:val="24"/>
        </w:rPr>
        <w:t>пятибалльной системе оценивания</w:t>
      </w:r>
      <w:r w:rsidRPr="00F27BE5">
        <w:rPr>
          <w:rFonts w:ascii="Times New Roman" w:hAnsi="Times New Roman" w:cs="Times New Roman"/>
          <w:sz w:val="24"/>
          <w:szCs w:val="24"/>
        </w:rPr>
        <w:t xml:space="preserve">. </w:t>
      </w:r>
    </w:p>
    <w:p w:rsidR="00D53D9F" w:rsidRDefault="00F27BE5" w:rsidP="00D53D9F">
      <w:pPr>
        <w:ind w:firstLine="426"/>
        <w:jc w:val="both"/>
        <w:rPr>
          <w:rFonts w:ascii="Times New Roman" w:hAnsi="Times New Roman" w:cs="Times New Roman"/>
          <w:sz w:val="24"/>
          <w:szCs w:val="24"/>
        </w:rPr>
      </w:pPr>
      <w:r w:rsidRPr="000D5574">
        <w:rPr>
          <w:rFonts w:ascii="Times New Roman" w:hAnsi="Times New Roman" w:cs="Times New Roman"/>
          <w:b/>
          <w:sz w:val="24"/>
          <w:szCs w:val="24"/>
        </w:rPr>
        <w:t>При тематической оценке</w:t>
      </w:r>
      <w:r w:rsidRPr="00F608F2">
        <w:rPr>
          <w:rFonts w:ascii="Times New Roman" w:hAnsi="Times New Roman" w:cs="Times New Roman"/>
          <w:sz w:val="24"/>
          <w:szCs w:val="24"/>
        </w:rPr>
        <w:t xml:space="preserve"> оценивается уровень достижения тематических планируемых ре</w:t>
      </w:r>
      <w:r w:rsidR="00D53D9F">
        <w:rPr>
          <w:rFonts w:ascii="Times New Roman" w:hAnsi="Times New Roman" w:cs="Times New Roman"/>
          <w:sz w:val="24"/>
          <w:szCs w:val="24"/>
        </w:rPr>
        <w:t xml:space="preserve">зультатов по учебному предмету, </w:t>
      </w:r>
      <w:r w:rsidR="00D53D9F" w:rsidRPr="00D53D9F">
        <w:rPr>
          <w:rFonts w:ascii="Times New Roman" w:hAnsi="Times New Roman" w:cs="Times New Roman"/>
          <w:sz w:val="24"/>
          <w:szCs w:val="24"/>
        </w:rPr>
        <w:t>которые представлены в тематическом планировании в рабочих программах.</w:t>
      </w:r>
    </w:p>
    <w:p w:rsidR="00F27BE5" w:rsidRDefault="00F27BE5" w:rsidP="00F27BE5">
      <w:pPr>
        <w:ind w:firstLine="426"/>
        <w:jc w:val="both"/>
        <w:rPr>
          <w:rFonts w:ascii="Times New Roman" w:hAnsi="Times New Roman" w:cs="Times New Roman"/>
          <w:sz w:val="24"/>
          <w:szCs w:val="24"/>
        </w:rPr>
      </w:pPr>
      <w:r w:rsidRPr="000D5574">
        <w:rPr>
          <w:rFonts w:ascii="Times New Roman" w:hAnsi="Times New Roman" w:cs="Times New Roman"/>
          <w:b/>
          <w:sz w:val="24"/>
          <w:szCs w:val="24"/>
        </w:rPr>
        <w:t>Промежуточная аттестация</w:t>
      </w:r>
      <w:r w:rsidRPr="00F608F2">
        <w:rPr>
          <w:rFonts w:ascii="Times New Roman" w:hAnsi="Times New Roman" w:cs="Times New Roman"/>
          <w:sz w:val="24"/>
          <w:szCs w:val="24"/>
        </w:rPr>
        <w:t xml:space="preserve"> </w:t>
      </w:r>
      <w:proofErr w:type="gramStart"/>
      <w:r w:rsidRPr="00F608F2">
        <w:rPr>
          <w:rFonts w:ascii="Times New Roman" w:hAnsi="Times New Roman" w:cs="Times New Roman"/>
          <w:sz w:val="24"/>
          <w:szCs w:val="24"/>
        </w:rPr>
        <w:t>обу</w:t>
      </w:r>
      <w:r w:rsidR="00D53D9F">
        <w:rPr>
          <w:rFonts w:ascii="Times New Roman" w:hAnsi="Times New Roman" w:cs="Times New Roman"/>
          <w:sz w:val="24"/>
          <w:szCs w:val="24"/>
        </w:rPr>
        <w:t>чающихся</w:t>
      </w:r>
      <w:proofErr w:type="gramEnd"/>
      <w:r w:rsidR="00D53D9F">
        <w:rPr>
          <w:rFonts w:ascii="Times New Roman" w:hAnsi="Times New Roman" w:cs="Times New Roman"/>
          <w:sz w:val="24"/>
          <w:szCs w:val="24"/>
        </w:rPr>
        <w:t xml:space="preserve"> проводится, начиная со 2</w:t>
      </w:r>
      <w:r w:rsidRPr="00F608F2">
        <w:rPr>
          <w:rFonts w:ascii="Times New Roman" w:hAnsi="Times New Roman" w:cs="Times New Roman"/>
          <w:sz w:val="24"/>
          <w:szCs w:val="24"/>
        </w:rPr>
        <w:t xml:space="preserve"> класса, в конце каждого учебного периода по каждому изучаемому учебному предмету. </w:t>
      </w:r>
    </w:p>
    <w:p w:rsidR="00D53D9F" w:rsidRPr="00D53D9F" w:rsidRDefault="00D53D9F" w:rsidP="00D53D9F">
      <w:pPr>
        <w:tabs>
          <w:tab w:val="left" w:pos="709"/>
        </w:tabs>
        <w:ind w:firstLine="426"/>
        <w:jc w:val="both"/>
        <w:rPr>
          <w:rFonts w:ascii="Times New Roman" w:hAnsi="Times New Roman" w:cs="Times New Roman"/>
          <w:sz w:val="24"/>
          <w:szCs w:val="24"/>
        </w:rPr>
      </w:pPr>
      <w:r w:rsidRPr="00D53D9F">
        <w:rPr>
          <w:rFonts w:ascii="Times New Roman" w:hAnsi="Times New Roman" w:cs="Times New Roman"/>
          <w:sz w:val="24"/>
          <w:szCs w:val="24"/>
        </w:rPr>
        <w:t xml:space="preserve">Промежуточная аттестация обучающихся проводится на основе результатов накопительной оценки и результатов выполнения тематических проверочных работ </w:t>
      </w:r>
    </w:p>
    <w:p w:rsidR="00F27BE5" w:rsidRDefault="00F27BE5" w:rsidP="00F27BE5">
      <w:pPr>
        <w:ind w:firstLine="426"/>
        <w:jc w:val="both"/>
        <w:rPr>
          <w:rFonts w:ascii="Times New Roman" w:hAnsi="Times New Roman" w:cs="Times New Roman"/>
          <w:sz w:val="24"/>
          <w:szCs w:val="24"/>
        </w:rPr>
      </w:pPr>
      <w:r w:rsidRPr="00F608F2">
        <w:rPr>
          <w:rFonts w:ascii="Times New Roman" w:hAnsi="Times New Roman" w:cs="Times New Roman"/>
          <w:sz w:val="24"/>
          <w:szCs w:val="24"/>
        </w:rPr>
        <w:t>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rsidR="00F27BE5" w:rsidRDefault="00F27BE5" w:rsidP="00F27BE5">
      <w:pPr>
        <w:ind w:firstLine="426"/>
        <w:jc w:val="both"/>
        <w:rPr>
          <w:rFonts w:ascii="Times New Roman" w:hAnsi="Times New Roman" w:cs="Times New Roman"/>
          <w:sz w:val="24"/>
          <w:szCs w:val="24"/>
        </w:rPr>
      </w:pPr>
      <w:r w:rsidRPr="000D5574">
        <w:rPr>
          <w:rFonts w:ascii="Times New Roman" w:hAnsi="Times New Roman" w:cs="Times New Roman"/>
          <w:b/>
          <w:sz w:val="24"/>
          <w:szCs w:val="24"/>
        </w:rPr>
        <w:t>Внутренний мониторинг</w:t>
      </w:r>
      <w:r w:rsidRPr="00F608F2">
        <w:rPr>
          <w:rFonts w:ascii="Times New Roman" w:hAnsi="Times New Roman" w:cs="Times New Roman"/>
          <w:sz w:val="24"/>
          <w:szCs w:val="24"/>
        </w:rPr>
        <w:t xml:space="preserve"> включает следующие процедуры: </w:t>
      </w:r>
    </w:p>
    <w:p w:rsidR="00F27BE5" w:rsidRDefault="00F27BE5" w:rsidP="00F27BE5">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стартовая диагностика; </w:t>
      </w:r>
    </w:p>
    <w:p w:rsidR="00F27BE5" w:rsidRDefault="00F27BE5" w:rsidP="00F27BE5">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оценка уровня достижения предметных и </w:t>
      </w:r>
      <w:proofErr w:type="spellStart"/>
      <w:r w:rsidRPr="00F608F2">
        <w:rPr>
          <w:rFonts w:ascii="Times New Roman" w:hAnsi="Times New Roman" w:cs="Times New Roman"/>
          <w:sz w:val="24"/>
          <w:szCs w:val="24"/>
        </w:rPr>
        <w:t>метапредметных</w:t>
      </w:r>
      <w:proofErr w:type="spellEnd"/>
      <w:r w:rsidRPr="00F608F2">
        <w:rPr>
          <w:rFonts w:ascii="Times New Roman" w:hAnsi="Times New Roman" w:cs="Times New Roman"/>
          <w:sz w:val="24"/>
          <w:szCs w:val="24"/>
        </w:rPr>
        <w:t xml:space="preserve"> результатов; </w:t>
      </w:r>
    </w:p>
    <w:p w:rsidR="00F27BE5" w:rsidRDefault="00F27BE5" w:rsidP="00F27BE5">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оценка уровня функциональной грамотности; </w:t>
      </w:r>
    </w:p>
    <w:p w:rsidR="00F27BE5" w:rsidRDefault="00F27BE5" w:rsidP="00F27BE5">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оценка уровня профессионального мастерства педагогического работника, осуществляемого на основе выполнения </w:t>
      </w:r>
      <w:proofErr w:type="gramStart"/>
      <w:r w:rsidRPr="00F608F2">
        <w:rPr>
          <w:rFonts w:ascii="Times New Roman" w:hAnsi="Times New Roman" w:cs="Times New Roman"/>
          <w:sz w:val="24"/>
          <w:szCs w:val="24"/>
        </w:rPr>
        <w:t>обучающимися</w:t>
      </w:r>
      <w:proofErr w:type="gramEnd"/>
      <w:r w:rsidRPr="00F608F2">
        <w:rPr>
          <w:rFonts w:ascii="Times New Roman" w:hAnsi="Times New Roman" w:cs="Times New Roman"/>
          <w:sz w:val="24"/>
          <w:szCs w:val="24"/>
        </w:rPr>
        <w:t xml:space="preserve"> проверочных работ, анализа </w:t>
      </w:r>
      <w:r w:rsidRPr="00F608F2">
        <w:rPr>
          <w:rFonts w:ascii="Times New Roman" w:hAnsi="Times New Roman" w:cs="Times New Roman"/>
          <w:sz w:val="24"/>
          <w:szCs w:val="24"/>
        </w:rPr>
        <w:lastRenderedPageBreak/>
        <w:t xml:space="preserve">посещѐнных уроков, анализа качества учебных заданий, предлагаемых педагогическим работником обучающимся. </w:t>
      </w:r>
    </w:p>
    <w:p w:rsidR="00F27BE5" w:rsidRDefault="00F27BE5" w:rsidP="00F27BE5">
      <w:pPr>
        <w:ind w:firstLine="426"/>
        <w:jc w:val="both"/>
        <w:rPr>
          <w:rFonts w:ascii="Times New Roman" w:hAnsi="Times New Roman" w:cs="Times New Roman"/>
          <w:sz w:val="24"/>
          <w:szCs w:val="24"/>
        </w:rPr>
      </w:pPr>
      <w:r w:rsidRPr="00F608F2">
        <w:rPr>
          <w:rFonts w:ascii="Times New Roman" w:hAnsi="Times New Roman" w:cs="Times New Roman"/>
          <w:sz w:val="24"/>
          <w:szCs w:val="24"/>
        </w:rPr>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w:t>
      </w:r>
      <w:r w:rsidRPr="00F27BE5">
        <w:rPr>
          <w:rFonts w:ascii="Times New Roman" w:hAnsi="Times New Roman" w:cs="Times New Roman"/>
          <w:sz w:val="24"/>
          <w:szCs w:val="24"/>
        </w:rPr>
        <w:t xml:space="preserve"> </w:t>
      </w:r>
      <w:r w:rsidRPr="00F608F2">
        <w:rPr>
          <w:rFonts w:ascii="Times New Roman" w:hAnsi="Times New Roman" w:cs="Times New Roman"/>
          <w:sz w:val="24"/>
          <w:szCs w:val="24"/>
        </w:rPr>
        <w:t xml:space="preserve">коррекции учебного процесса и его индивидуализации и (или) для повышения квалификации педагогического работника. </w:t>
      </w:r>
    </w:p>
    <w:p w:rsidR="00063CD9" w:rsidRDefault="00063CD9" w:rsidP="00DE6699">
      <w:pPr>
        <w:pStyle w:val="a6"/>
        <w:spacing w:after="0" w:line="240" w:lineRule="auto"/>
        <w:ind w:right="-1"/>
        <w:rPr>
          <w:rFonts w:ascii="Times New Roman" w:eastAsia="Times New Roman" w:hAnsi="Times New Roman" w:cs="Times New Roman"/>
          <w:b/>
          <w:color w:val="000000"/>
          <w:sz w:val="24"/>
          <w:szCs w:val="24"/>
          <w:lang w:val="ru-RU"/>
        </w:rPr>
      </w:pPr>
    </w:p>
    <w:p w:rsidR="00063CD9" w:rsidRDefault="00063CD9" w:rsidP="00063CD9">
      <w:pPr>
        <w:pStyle w:val="a6"/>
        <w:spacing w:after="0" w:line="240" w:lineRule="auto"/>
        <w:ind w:right="-1" w:firstLine="567"/>
        <w:rPr>
          <w:rFonts w:ascii="Times New Roman" w:hAnsi="Times New Roman" w:cs="Times New Roman"/>
          <w:sz w:val="24"/>
          <w:szCs w:val="24"/>
          <w:lang w:val="ru-RU"/>
        </w:rPr>
      </w:pPr>
      <w:r w:rsidRPr="0091600F">
        <w:rPr>
          <w:rFonts w:ascii="Times New Roman" w:eastAsia="Times New Roman" w:hAnsi="Times New Roman" w:cs="Times New Roman"/>
          <w:b/>
          <w:color w:val="000000"/>
          <w:sz w:val="24"/>
          <w:szCs w:val="24"/>
          <w:lang w:val="ru-RU"/>
        </w:rPr>
        <w:t xml:space="preserve">Оценочные шкалы </w:t>
      </w:r>
    </w:p>
    <w:p w:rsidR="00063CD9" w:rsidRPr="0091600F" w:rsidRDefault="00063CD9" w:rsidP="00063CD9">
      <w:pPr>
        <w:pStyle w:val="a6"/>
        <w:spacing w:after="0" w:line="240" w:lineRule="auto"/>
        <w:ind w:right="-1" w:firstLine="567"/>
        <w:rPr>
          <w:rFonts w:ascii="Times New Roman" w:hAnsi="Times New Roman" w:cs="Times New Roman"/>
          <w:sz w:val="24"/>
          <w:szCs w:val="24"/>
          <w:lang w:val="ru-RU"/>
        </w:rPr>
      </w:pPr>
      <w:r w:rsidRPr="0091600F">
        <w:rPr>
          <w:rFonts w:ascii="Times New Roman" w:hAnsi="Times New Roman" w:cs="Times New Roman"/>
          <w:sz w:val="24"/>
          <w:szCs w:val="24"/>
          <w:lang w:val="ru-RU"/>
        </w:rPr>
        <w:t>Успешность</w:t>
      </w:r>
      <w:r w:rsidRPr="0091600F">
        <w:rPr>
          <w:rFonts w:ascii="Times New Roman" w:hAnsi="Times New Roman" w:cs="Times New Roman"/>
          <w:spacing w:val="10"/>
          <w:sz w:val="24"/>
          <w:szCs w:val="24"/>
          <w:lang w:val="ru-RU"/>
        </w:rPr>
        <w:t xml:space="preserve"> </w:t>
      </w:r>
      <w:r w:rsidRPr="0091600F">
        <w:rPr>
          <w:rFonts w:ascii="Times New Roman" w:hAnsi="Times New Roman" w:cs="Times New Roman"/>
          <w:sz w:val="24"/>
          <w:szCs w:val="24"/>
          <w:lang w:val="ru-RU"/>
        </w:rPr>
        <w:t>освоения</w:t>
      </w:r>
      <w:r w:rsidRPr="0091600F">
        <w:rPr>
          <w:rFonts w:ascii="Times New Roman" w:hAnsi="Times New Roman" w:cs="Times New Roman"/>
          <w:spacing w:val="13"/>
          <w:sz w:val="24"/>
          <w:szCs w:val="24"/>
          <w:lang w:val="ru-RU"/>
        </w:rPr>
        <w:t xml:space="preserve"> </w:t>
      </w:r>
      <w:r w:rsidRPr="0091600F">
        <w:rPr>
          <w:rFonts w:ascii="Times New Roman" w:hAnsi="Times New Roman" w:cs="Times New Roman"/>
          <w:sz w:val="24"/>
          <w:szCs w:val="24"/>
          <w:lang w:val="ru-RU"/>
        </w:rPr>
        <w:t>учебных</w:t>
      </w:r>
      <w:r w:rsidRPr="0091600F">
        <w:rPr>
          <w:rFonts w:ascii="Times New Roman" w:hAnsi="Times New Roman" w:cs="Times New Roman"/>
          <w:spacing w:val="13"/>
          <w:sz w:val="24"/>
          <w:szCs w:val="24"/>
          <w:lang w:val="ru-RU"/>
        </w:rPr>
        <w:t xml:space="preserve"> </w:t>
      </w:r>
      <w:r w:rsidRPr="0091600F">
        <w:rPr>
          <w:rFonts w:ascii="Times New Roman" w:hAnsi="Times New Roman" w:cs="Times New Roman"/>
          <w:sz w:val="24"/>
          <w:szCs w:val="24"/>
          <w:lang w:val="ru-RU"/>
        </w:rPr>
        <w:t>программ,</w:t>
      </w:r>
      <w:r w:rsidRPr="0091600F">
        <w:rPr>
          <w:rFonts w:ascii="Times New Roman" w:hAnsi="Times New Roman" w:cs="Times New Roman"/>
          <w:spacing w:val="15"/>
          <w:sz w:val="24"/>
          <w:szCs w:val="24"/>
          <w:lang w:val="ru-RU"/>
        </w:rPr>
        <w:t xml:space="preserve"> </w:t>
      </w:r>
      <w:r w:rsidRPr="0091600F">
        <w:rPr>
          <w:rFonts w:ascii="Times New Roman" w:hAnsi="Times New Roman" w:cs="Times New Roman"/>
          <w:sz w:val="24"/>
          <w:szCs w:val="24"/>
          <w:lang w:val="ru-RU"/>
        </w:rPr>
        <w:t>обучающихся</w:t>
      </w:r>
      <w:r w:rsidRPr="0091600F">
        <w:rPr>
          <w:rFonts w:ascii="Times New Roman" w:hAnsi="Times New Roman" w:cs="Times New Roman"/>
          <w:spacing w:val="18"/>
          <w:sz w:val="24"/>
          <w:szCs w:val="24"/>
          <w:lang w:val="ru-RU"/>
        </w:rPr>
        <w:t xml:space="preserve"> </w:t>
      </w:r>
      <w:r w:rsidRPr="0091600F">
        <w:rPr>
          <w:rFonts w:ascii="Times New Roman" w:hAnsi="Times New Roman" w:cs="Times New Roman"/>
          <w:sz w:val="24"/>
          <w:szCs w:val="24"/>
          <w:lang w:val="ru-RU"/>
        </w:rPr>
        <w:t>2</w:t>
      </w:r>
      <w:r w:rsidRPr="0091600F">
        <w:rPr>
          <w:rFonts w:ascii="Times New Roman" w:hAnsi="Times New Roman" w:cs="Times New Roman"/>
          <w:spacing w:val="26"/>
          <w:sz w:val="24"/>
          <w:szCs w:val="24"/>
          <w:lang w:val="ru-RU"/>
        </w:rPr>
        <w:t xml:space="preserve"> </w:t>
      </w:r>
      <w:r w:rsidRPr="0091600F">
        <w:rPr>
          <w:rFonts w:ascii="Times New Roman" w:hAnsi="Times New Roman" w:cs="Times New Roman"/>
          <w:sz w:val="24"/>
          <w:szCs w:val="24"/>
          <w:lang w:val="ru-RU"/>
        </w:rPr>
        <w:t>–</w:t>
      </w:r>
      <w:r w:rsidRPr="0091600F">
        <w:rPr>
          <w:rFonts w:ascii="Times New Roman" w:hAnsi="Times New Roman" w:cs="Times New Roman"/>
          <w:spacing w:val="13"/>
          <w:sz w:val="24"/>
          <w:szCs w:val="24"/>
          <w:lang w:val="ru-RU"/>
        </w:rPr>
        <w:t xml:space="preserve"> </w:t>
      </w:r>
      <w:r w:rsidRPr="0091600F">
        <w:rPr>
          <w:rFonts w:ascii="Times New Roman" w:hAnsi="Times New Roman" w:cs="Times New Roman"/>
          <w:sz w:val="24"/>
          <w:szCs w:val="24"/>
          <w:lang w:val="ru-RU"/>
        </w:rPr>
        <w:t>4</w:t>
      </w:r>
      <w:r w:rsidRPr="0091600F">
        <w:rPr>
          <w:rFonts w:ascii="Times New Roman" w:hAnsi="Times New Roman" w:cs="Times New Roman"/>
          <w:spacing w:val="13"/>
          <w:sz w:val="24"/>
          <w:szCs w:val="24"/>
          <w:lang w:val="ru-RU"/>
        </w:rPr>
        <w:t xml:space="preserve"> </w:t>
      </w:r>
      <w:r w:rsidRPr="0091600F">
        <w:rPr>
          <w:rFonts w:ascii="Times New Roman" w:hAnsi="Times New Roman" w:cs="Times New Roman"/>
          <w:sz w:val="24"/>
          <w:szCs w:val="24"/>
          <w:lang w:val="ru-RU"/>
        </w:rPr>
        <w:t>классов</w:t>
      </w:r>
      <w:r w:rsidRPr="0091600F">
        <w:rPr>
          <w:rFonts w:ascii="Times New Roman" w:hAnsi="Times New Roman" w:cs="Times New Roman"/>
          <w:spacing w:val="11"/>
          <w:sz w:val="24"/>
          <w:szCs w:val="24"/>
          <w:lang w:val="ru-RU"/>
        </w:rPr>
        <w:t xml:space="preserve"> </w:t>
      </w:r>
      <w:r w:rsidRPr="0091600F">
        <w:rPr>
          <w:rFonts w:ascii="Times New Roman" w:hAnsi="Times New Roman" w:cs="Times New Roman"/>
          <w:sz w:val="24"/>
          <w:szCs w:val="24"/>
          <w:lang w:val="ru-RU"/>
        </w:rPr>
        <w:t>оценивается</w:t>
      </w:r>
      <w:r w:rsidRPr="0091600F">
        <w:rPr>
          <w:rFonts w:ascii="Times New Roman" w:hAnsi="Times New Roman" w:cs="Times New Roman"/>
          <w:spacing w:val="-3"/>
          <w:sz w:val="24"/>
          <w:szCs w:val="24"/>
          <w:lang w:val="ru-RU"/>
        </w:rPr>
        <w:t xml:space="preserve"> </w:t>
      </w:r>
      <w:r w:rsidRPr="0091600F">
        <w:rPr>
          <w:rFonts w:ascii="Times New Roman" w:hAnsi="Times New Roman" w:cs="Times New Roman"/>
          <w:sz w:val="24"/>
          <w:szCs w:val="24"/>
          <w:lang w:val="ru-RU"/>
        </w:rPr>
        <w:t>по</w:t>
      </w:r>
      <w:r w:rsidRPr="0091600F">
        <w:rPr>
          <w:rFonts w:ascii="Times New Roman" w:hAnsi="Times New Roman" w:cs="Times New Roman"/>
          <w:spacing w:val="6"/>
          <w:sz w:val="24"/>
          <w:szCs w:val="24"/>
          <w:lang w:val="ru-RU"/>
        </w:rPr>
        <w:t xml:space="preserve"> </w:t>
      </w:r>
      <w:r w:rsidRPr="0091600F">
        <w:rPr>
          <w:rFonts w:ascii="Times New Roman" w:hAnsi="Times New Roman" w:cs="Times New Roman"/>
          <w:sz w:val="24"/>
          <w:szCs w:val="24"/>
          <w:lang w:val="ru-RU"/>
        </w:rPr>
        <w:t>пятибалльной</w:t>
      </w:r>
      <w:r w:rsidRPr="0091600F">
        <w:rPr>
          <w:rFonts w:ascii="Times New Roman" w:hAnsi="Times New Roman" w:cs="Times New Roman"/>
          <w:spacing w:val="-3"/>
          <w:sz w:val="24"/>
          <w:szCs w:val="24"/>
          <w:lang w:val="ru-RU"/>
        </w:rPr>
        <w:t xml:space="preserve"> </w:t>
      </w:r>
      <w:r w:rsidRPr="0091600F">
        <w:rPr>
          <w:rFonts w:ascii="Times New Roman" w:hAnsi="Times New Roman" w:cs="Times New Roman"/>
          <w:sz w:val="24"/>
          <w:szCs w:val="24"/>
          <w:lang w:val="ru-RU"/>
        </w:rPr>
        <w:t>шкале. Перевод</w:t>
      </w:r>
      <w:r w:rsidRPr="0091600F">
        <w:rPr>
          <w:rFonts w:ascii="Times New Roman" w:hAnsi="Times New Roman" w:cs="Times New Roman"/>
          <w:spacing w:val="-8"/>
          <w:sz w:val="24"/>
          <w:szCs w:val="24"/>
          <w:lang w:val="ru-RU"/>
        </w:rPr>
        <w:t xml:space="preserve"> </w:t>
      </w:r>
      <w:r w:rsidRPr="0091600F">
        <w:rPr>
          <w:rFonts w:ascii="Times New Roman" w:hAnsi="Times New Roman" w:cs="Times New Roman"/>
          <w:sz w:val="24"/>
          <w:szCs w:val="24"/>
          <w:lang w:val="ru-RU"/>
        </w:rPr>
        <w:t>отметки</w:t>
      </w:r>
      <w:r w:rsidRPr="0091600F">
        <w:rPr>
          <w:rFonts w:ascii="Times New Roman" w:hAnsi="Times New Roman" w:cs="Times New Roman"/>
          <w:spacing w:val="-1"/>
          <w:sz w:val="24"/>
          <w:szCs w:val="24"/>
          <w:lang w:val="ru-RU"/>
        </w:rPr>
        <w:t xml:space="preserve"> </w:t>
      </w:r>
      <w:r w:rsidRPr="0091600F">
        <w:rPr>
          <w:rFonts w:ascii="Times New Roman" w:hAnsi="Times New Roman" w:cs="Times New Roman"/>
          <w:sz w:val="24"/>
          <w:szCs w:val="24"/>
          <w:lang w:val="ru-RU"/>
        </w:rPr>
        <w:t>в</w:t>
      </w:r>
      <w:r w:rsidRPr="0091600F">
        <w:rPr>
          <w:rFonts w:ascii="Times New Roman" w:hAnsi="Times New Roman" w:cs="Times New Roman"/>
          <w:spacing w:val="-4"/>
          <w:sz w:val="24"/>
          <w:szCs w:val="24"/>
          <w:lang w:val="ru-RU"/>
        </w:rPr>
        <w:t xml:space="preserve"> </w:t>
      </w:r>
      <w:r w:rsidRPr="0091600F">
        <w:rPr>
          <w:rFonts w:ascii="Times New Roman" w:hAnsi="Times New Roman" w:cs="Times New Roman"/>
          <w:sz w:val="24"/>
          <w:szCs w:val="24"/>
          <w:lang w:val="ru-RU"/>
        </w:rPr>
        <w:t>пятибалльную</w:t>
      </w:r>
      <w:r w:rsidRPr="0091600F">
        <w:rPr>
          <w:rFonts w:ascii="Times New Roman" w:hAnsi="Times New Roman" w:cs="Times New Roman"/>
          <w:spacing w:val="-3"/>
          <w:sz w:val="24"/>
          <w:szCs w:val="24"/>
          <w:lang w:val="ru-RU"/>
        </w:rPr>
        <w:t xml:space="preserve"> </w:t>
      </w:r>
      <w:r w:rsidRPr="0091600F">
        <w:rPr>
          <w:rFonts w:ascii="Times New Roman" w:hAnsi="Times New Roman" w:cs="Times New Roman"/>
          <w:sz w:val="24"/>
          <w:szCs w:val="24"/>
          <w:lang w:val="ru-RU"/>
        </w:rPr>
        <w:t>шкалу</w:t>
      </w:r>
      <w:r w:rsidRPr="0091600F">
        <w:rPr>
          <w:rFonts w:ascii="Times New Roman" w:hAnsi="Times New Roman" w:cs="Times New Roman"/>
          <w:spacing w:val="-11"/>
          <w:sz w:val="24"/>
          <w:szCs w:val="24"/>
          <w:lang w:val="ru-RU"/>
        </w:rPr>
        <w:t xml:space="preserve"> </w:t>
      </w:r>
      <w:r w:rsidRPr="0091600F">
        <w:rPr>
          <w:rFonts w:ascii="Times New Roman" w:hAnsi="Times New Roman" w:cs="Times New Roman"/>
          <w:sz w:val="24"/>
          <w:szCs w:val="24"/>
          <w:lang w:val="ru-RU"/>
        </w:rPr>
        <w:t>осуществляется</w:t>
      </w:r>
      <w:r w:rsidRPr="0091600F">
        <w:rPr>
          <w:rFonts w:ascii="Times New Roman" w:hAnsi="Times New Roman" w:cs="Times New Roman"/>
          <w:spacing w:val="-2"/>
          <w:sz w:val="24"/>
          <w:szCs w:val="24"/>
          <w:lang w:val="ru-RU"/>
        </w:rPr>
        <w:t xml:space="preserve"> </w:t>
      </w:r>
      <w:r w:rsidRPr="0091600F">
        <w:rPr>
          <w:rFonts w:ascii="Times New Roman" w:hAnsi="Times New Roman" w:cs="Times New Roman"/>
          <w:sz w:val="24"/>
          <w:szCs w:val="24"/>
          <w:lang w:val="ru-RU"/>
        </w:rPr>
        <w:t>по</w:t>
      </w:r>
      <w:r w:rsidRPr="0091600F">
        <w:rPr>
          <w:rFonts w:ascii="Times New Roman" w:hAnsi="Times New Roman" w:cs="Times New Roman"/>
          <w:spacing w:val="2"/>
          <w:sz w:val="24"/>
          <w:szCs w:val="24"/>
          <w:lang w:val="ru-RU"/>
        </w:rPr>
        <w:t xml:space="preserve"> </w:t>
      </w:r>
      <w:r w:rsidRPr="0091600F">
        <w:rPr>
          <w:rFonts w:ascii="Times New Roman" w:hAnsi="Times New Roman" w:cs="Times New Roman"/>
          <w:sz w:val="24"/>
          <w:szCs w:val="24"/>
          <w:lang w:val="ru-RU"/>
        </w:rPr>
        <w:t>следующей схеме:</w:t>
      </w:r>
    </w:p>
    <w:tbl>
      <w:tblPr>
        <w:tblStyle w:val="40"/>
        <w:tblW w:w="95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129"/>
        <w:gridCol w:w="2905"/>
      </w:tblGrid>
      <w:tr w:rsidR="00063CD9" w:rsidRPr="0091600F" w:rsidTr="00063CD9">
        <w:trPr>
          <w:trHeight w:val="70"/>
        </w:trPr>
        <w:tc>
          <w:tcPr>
            <w:tcW w:w="3544" w:type="dxa"/>
          </w:tcPr>
          <w:p w:rsidR="00063CD9" w:rsidRDefault="00063CD9" w:rsidP="00063CD9">
            <w:pPr>
              <w:pStyle w:val="TableParagraph"/>
              <w:tabs>
                <w:tab w:val="left" w:pos="1979"/>
              </w:tabs>
              <w:ind w:left="50"/>
              <w:jc w:val="center"/>
              <w:rPr>
                <w:b/>
                <w:sz w:val="24"/>
                <w:szCs w:val="24"/>
              </w:rPr>
            </w:pPr>
            <w:proofErr w:type="spellStart"/>
            <w:r w:rsidRPr="0091600F">
              <w:rPr>
                <w:b/>
                <w:sz w:val="24"/>
                <w:szCs w:val="24"/>
              </w:rPr>
              <w:t>Качество</w:t>
            </w:r>
            <w:proofErr w:type="spellEnd"/>
            <w:r w:rsidRPr="0091600F">
              <w:rPr>
                <w:b/>
                <w:sz w:val="24"/>
                <w:szCs w:val="24"/>
              </w:rPr>
              <w:t xml:space="preserve"> </w:t>
            </w:r>
            <w:proofErr w:type="spellStart"/>
            <w:r w:rsidRPr="0091600F">
              <w:rPr>
                <w:b/>
                <w:sz w:val="24"/>
                <w:szCs w:val="24"/>
              </w:rPr>
              <w:t>освоения</w:t>
            </w:r>
            <w:proofErr w:type="spellEnd"/>
          </w:p>
          <w:p w:rsidR="00063CD9" w:rsidRPr="0091600F" w:rsidRDefault="00063CD9" w:rsidP="00063CD9">
            <w:pPr>
              <w:pStyle w:val="TableParagraph"/>
              <w:tabs>
                <w:tab w:val="left" w:pos="1979"/>
              </w:tabs>
              <w:ind w:left="50"/>
              <w:jc w:val="center"/>
              <w:rPr>
                <w:b/>
                <w:sz w:val="24"/>
                <w:szCs w:val="24"/>
              </w:rPr>
            </w:pPr>
            <w:r w:rsidRPr="0091600F">
              <w:rPr>
                <w:b/>
                <w:sz w:val="24"/>
                <w:szCs w:val="24"/>
              </w:rPr>
              <w:t xml:space="preserve"> </w:t>
            </w:r>
            <w:proofErr w:type="spellStart"/>
            <w:r>
              <w:rPr>
                <w:b/>
                <w:sz w:val="24"/>
                <w:szCs w:val="24"/>
              </w:rPr>
              <w:t>п</w:t>
            </w:r>
            <w:r w:rsidRPr="0091600F">
              <w:rPr>
                <w:b/>
                <w:sz w:val="24"/>
                <w:szCs w:val="24"/>
              </w:rPr>
              <w:t>рограммы</w:t>
            </w:r>
            <w:proofErr w:type="spellEnd"/>
          </w:p>
        </w:tc>
        <w:tc>
          <w:tcPr>
            <w:tcW w:w="3129" w:type="dxa"/>
          </w:tcPr>
          <w:p w:rsidR="00063CD9" w:rsidRPr="0091600F" w:rsidRDefault="00063CD9" w:rsidP="00063CD9">
            <w:pPr>
              <w:pStyle w:val="TableParagraph"/>
              <w:ind w:left="51" w:right="566"/>
              <w:jc w:val="center"/>
              <w:rPr>
                <w:b/>
                <w:sz w:val="24"/>
                <w:szCs w:val="24"/>
              </w:rPr>
            </w:pPr>
            <w:proofErr w:type="spellStart"/>
            <w:r w:rsidRPr="0091600F">
              <w:rPr>
                <w:b/>
                <w:sz w:val="24"/>
                <w:szCs w:val="24"/>
              </w:rPr>
              <w:t>Уровень</w:t>
            </w:r>
            <w:proofErr w:type="spellEnd"/>
            <w:r w:rsidRPr="0091600F">
              <w:rPr>
                <w:b/>
                <w:sz w:val="24"/>
                <w:szCs w:val="24"/>
              </w:rPr>
              <w:t xml:space="preserve"> </w:t>
            </w:r>
            <w:proofErr w:type="spellStart"/>
            <w:r w:rsidRPr="0091600F">
              <w:rPr>
                <w:b/>
                <w:sz w:val="24"/>
                <w:szCs w:val="24"/>
              </w:rPr>
              <w:t>достижений</w:t>
            </w:r>
            <w:proofErr w:type="spellEnd"/>
          </w:p>
        </w:tc>
        <w:tc>
          <w:tcPr>
            <w:tcW w:w="2905" w:type="dxa"/>
          </w:tcPr>
          <w:p w:rsidR="00063CD9" w:rsidRDefault="00063CD9" w:rsidP="00063CD9">
            <w:pPr>
              <w:pStyle w:val="TableParagraph"/>
              <w:tabs>
                <w:tab w:val="left" w:pos="1136"/>
                <w:tab w:val="left" w:pos="1467"/>
                <w:tab w:val="left" w:pos="1803"/>
              </w:tabs>
              <w:ind w:left="52"/>
              <w:jc w:val="center"/>
              <w:rPr>
                <w:b/>
                <w:sz w:val="24"/>
                <w:szCs w:val="24"/>
              </w:rPr>
            </w:pPr>
            <w:proofErr w:type="spellStart"/>
            <w:r>
              <w:rPr>
                <w:b/>
                <w:sz w:val="24"/>
                <w:szCs w:val="24"/>
              </w:rPr>
              <w:t>Отметка</w:t>
            </w:r>
            <w:proofErr w:type="spellEnd"/>
            <w:r>
              <w:rPr>
                <w:b/>
                <w:sz w:val="24"/>
                <w:szCs w:val="24"/>
              </w:rPr>
              <w:t xml:space="preserve">  </w:t>
            </w:r>
          </w:p>
          <w:p w:rsidR="00063CD9" w:rsidRPr="0091600F" w:rsidRDefault="00063CD9" w:rsidP="00063CD9">
            <w:pPr>
              <w:pStyle w:val="TableParagraph"/>
              <w:tabs>
                <w:tab w:val="left" w:pos="1136"/>
                <w:tab w:val="left" w:pos="1467"/>
                <w:tab w:val="left" w:pos="1803"/>
              </w:tabs>
              <w:ind w:left="52"/>
              <w:jc w:val="center"/>
              <w:rPr>
                <w:b/>
                <w:sz w:val="24"/>
                <w:szCs w:val="24"/>
              </w:rPr>
            </w:pPr>
            <w:proofErr w:type="spellStart"/>
            <w:r>
              <w:rPr>
                <w:b/>
                <w:sz w:val="24"/>
                <w:szCs w:val="24"/>
              </w:rPr>
              <w:t>п</w:t>
            </w:r>
            <w:proofErr w:type="spellEnd"/>
            <w:r>
              <w:rPr>
                <w:b/>
                <w:sz w:val="24"/>
                <w:szCs w:val="24"/>
              </w:rPr>
              <w:t xml:space="preserve">о </w:t>
            </w:r>
            <w:r w:rsidRPr="0091600F">
              <w:rPr>
                <w:b/>
                <w:sz w:val="24"/>
                <w:szCs w:val="24"/>
              </w:rPr>
              <w:t xml:space="preserve">5-балльной </w:t>
            </w:r>
            <w:proofErr w:type="spellStart"/>
            <w:r w:rsidRPr="0091600F">
              <w:rPr>
                <w:b/>
                <w:sz w:val="24"/>
                <w:szCs w:val="24"/>
              </w:rPr>
              <w:t>шкале</w:t>
            </w:r>
            <w:proofErr w:type="spellEnd"/>
          </w:p>
        </w:tc>
      </w:tr>
      <w:tr w:rsidR="00063CD9" w:rsidRPr="0091600F" w:rsidTr="00063CD9">
        <w:trPr>
          <w:trHeight w:val="70"/>
        </w:trPr>
        <w:tc>
          <w:tcPr>
            <w:tcW w:w="3544" w:type="dxa"/>
          </w:tcPr>
          <w:p w:rsidR="00063CD9" w:rsidRPr="0091600F" w:rsidRDefault="00063CD9" w:rsidP="00063CD9">
            <w:pPr>
              <w:pStyle w:val="TableParagraph"/>
              <w:ind w:left="50" w:right="566"/>
              <w:jc w:val="center"/>
              <w:rPr>
                <w:sz w:val="24"/>
                <w:szCs w:val="24"/>
              </w:rPr>
            </w:pPr>
            <w:r w:rsidRPr="0091600F">
              <w:rPr>
                <w:sz w:val="24"/>
                <w:szCs w:val="24"/>
              </w:rPr>
              <w:t>85 - 100%</w:t>
            </w:r>
          </w:p>
        </w:tc>
        <w:tc>
          <w:tcPr>
            <w:tcW w:w="3129" w:type="dxa"/>
          </w:tcPr>
          <w:p w:rsidR="00063CD9" w:rsidRPr="0091600F" w:rsidRDefault="00063CD9" w:rsidP="00063CD9">
            <w:pPr>
              <w:pStyle w:val="TableParagraph"/>
              <w:ind w:left="51" w:right="566"/>
              <w:jc w:val="center"/>
              <w:rPr>
                <w:sz w:val="24"/>
                <w:szCs w:val="24"/>
              </w:rPr>
            </w:pPr>
            <w:proofErr w:type="spellStart"/>
            <w:r w:rsidRPr="0091600F">
              <w:rPr>
                <w:sz w:val="24"/>
                <w:szCs w:val="24"/>
              </w:rPr>
              <w:t>высокий</w:t>
            </w:r>
            <w:proofErr w:type="spellEnd"/>
          </w:p>
        </w:tc>
        <w:tc>
          <w:tcPr>
            <w:tcW w:w="2905" w:type="dxa"/>
          </w:tcPr>
          <w:p w:rsidR="00063CD9" w:rsidRPr="0091600F" w:rsidRDefault="00063CD9" w:rsidP="00063CD9">
            <w:pPr>
              <w:pStyle w:val="TableParagraph"/>
              <w:ind w:left="52" w:right="566"/>
              <w:jc w:val="center"/>
              <w:rPr>
                <w:sz w:val="24"/>
                <w:szCs w:val="24"/>
              </w:rPr>
            </w:pPr>
            <w:r w:rsidRPr="0091600F">
              <w:rPr>
                <w:sz w:val="24"/>
                <w:szCs w:val="24"/>
              </w:rPr>
              <w:t>«5»</w:t>
            </w:r>
          </w:p>
        </w:tc>
      </w:tr>
      <w:tr w:rsidR="00063CD9" w:rsidRPr="0091600F" w:rsidTr="00063CD9">
        <w:trPr>
          <w:trHeight w:val="70"/>
        </w:trPr>
        <w:tc>
          <w:tcPr>
            <w:tcW w:w="3544" w:type="dxa"/>
          </w:tcPr>
          <w:p w:rsidR="00063CD9" w:rsidRPr="0091600F" w:rsidRDefault="00063CD9" w:rsidP="00063CD9">
            <w:pPr>
              <w:pStyle w:val="TableParagraph"/>
              <w:ind w:left="50" w:right="566"/>
              <w:jc w:val="center"/>
              <w:rPr>
                <w:sz w:val="24"/>
                <w:szCs w:val="24"/>
              </w:rPr>
            </w:pPr>
            <w:r w:rsidRPr="0091600F">
              <w:rPr>
                <w:sz w:val="24"/>
                <w:szCs w:val="24"/>
              </w:rPr>
              <w:t>65</w:t>
            </w:r>
            <w:r w:rsidRPr="0091600F">
              <w:rPr>
                <w:spacing w:val="2"/>
                <w:sz w:val="24"/>
                <w:szCs w:val="24"/>
              </w:rPr>
              <w:t xml:space="preserve"> </w:t>
            </w:r>
            <w:r w:rsidRPr="0091600F">
              <w:rPr>
                <w:sz w:val="24"/>
                <w:szCs w:val="24"/>
              </w:rPr>
              <w:t>- 84%</w:t>
            </w:r>
          </w:p>
        </w:tc>
        <w:tc>
          <w:tcPr>
            <w:tcW w:w="3129" w:type="dxa"/>
          </w:tcPr>
          <w:p w:rsidR="00063CD9" w:rsidRPr="0091600F" w:rsidRDefault="00063CD9" w:rsidP="00063CD9">
            <w:pPr>
              <w:pStyle w:val="TableParagraph"/>
              <w:ind w:left="51" w:right="566"/>
              <w:jc w:val="center"/>
              <w:rPr>
                <w:sz w:val="24"/>
                <w:szCs w:val="24"/>
              </w:rPr>
            </w:pPr>
            <w:proofErr w:type="spellStart"/>
            <w:r w:rsidRPr="0091600F">
              <w:rPr>
                <w:sz w:val="24"/>
                <w:szCs w:val="24"/>
              </w:rPr>
              <w:t>повышенный</w:t>
            </w:r>
            <w:proofErr w:type="spellEnd"/>
          </w:p>
        </w:tc>
        <w:tc>
          <w:tcPr>
            <w:tcW w:w="2905" w:type="dxa"/>
          </w:tcPr>
          <w:p w:rsidR="00063CD9" w:rsidRPr="0091600F" w:rsidRDefault="00063CD9" w:rsidP="00063CD9">
            <w:pPr>
              <w:pStyle w:val="TableParagraph"/>
              <w:tabs>
                <w:tab w:val="left" w:pos="2633"/>
              </w:tabs>
              <w:ind w:left="52" w:right="566"/>
              <w:jc w:val="center"/>
              <w:rPr>
                <w:sz w:val="24"/>
                <w:szCs w:val="24"/>
              </w:rPr>
            </w:pPr>
            <w:r w:rsidRPr="0091600F">
              <w:rPr>
                <w:sz w:val="24"/>
                <w:szCs w:val="24"/>
              </w:rPr>
              <w:t>«4»</w:t>
            </w:r>
          </w:p>
        </w:tc>
      </w:tr>
      <w:tr w:rsidR="00063CD9" w:rsidRPr="0091600F" w:rsidTr="00063CD9">
        <w:trPr>
          <w:trHeight w:val="70"/>
        </w:trPr>
        <w:tc>
          <w:tcPr>
            <w:tcW w:w="3544" w:type="dxa"/>
          </w:tcPr>
          <w:p w:rsidR="00063CD9" w:rsidRPr="0091600F" w:rsidRDefault="00063CD9" w:rsidP="00063CD9">
            <w:pPr>
              <w:pStyle w:val="TableParagraph"/>
              <w:ind w:left="50" w:right="566"/>
              <w:jc w:val="center"/>
              <w:rPr>
                <w:sz w:val="24"/>
                <w:szCs w:val="24"/>
              </w:rPr>
            </w:pPr>
            <w:r w:rsidRPr="0091600F">
              <w:rPr>
                <w:spacing w:val="2"/>
                <w:sz w:val="24"/>
                <w:szCs w:val="24"/>
              </w:rPr>
              <w:t xml:space="preserve">45 </w:t>
            </w:r>
            <w:r w:rsidRPr="0091600F">
              <w:rPr>
                <w:sz w:val="24"/>
                <w:szCs w:val="24"/>
              </w:rPr>
              <w:t>- 64%</w:t>
            </w:r>
          </w:p>
        </w:tc>
        <w:tc>
          <w:tcPr>
            <w:tcW w:w="3129" w:type="dxa"/>
          </w:tcPr>
          <w:p w:rsidR="00063CD9" w:rsidRPr="0091600F" w:rsidRDefault="00063CD9" w:rsidP="00063CD9">
            <w:pPr>
              <w:pStyle w:val="TableParagraph"/>
              <w:ind w:left="51" w:right="566"/>
              <w:jc w:val="center"/>
              <w:rPr>
                <w:sz w:val="24"/>
                <w:szCs w:val="24"/>
              </w:rPr>
            </w:pPr>
            <w:proofErr w:type="spellStart"/>
            <w:r w:rsidRPr="0091600F">
              <w:rPr>
                <w:sz w:val="24"/>
                <w:szCs w:val="24"/>
              </w:rPr>
              <w:t>базовый</w:t>
            </w:r>
            <w:proofErr w:type="spellEnd"/>
          </w:p>
        </w:tc>
        <w:tc>
          <w:tcPr>
            <w:tcW w:w="2905" w:type="dxa"/>
          </w:tcPr>
          <w:p w:rsidR="00063CD9" w:rsidRPr="0091600F" w:rsidRDefault="00063CD9" w:rsidP="00063CD9">
            <w:pPr>
              <w:pStyle w:val="TableParagraph"/>
              <w:ind w:left="52" w:right="566"/>
              <w:jc w:val="center"/>
              <w:rPr>
                <w:sz w:val="24"/>
                <w:szCs w:val="24"/>
              </w:rPr>
            </w:pPr>
            <w:r w:rsidRPr="0091600F">
              <w:rPr>
                <w:sz w:val="24"/>
                <w:szCs w:val="24"/>
              </w:rPr>
              <w:t>«3»</w:t>
            </w:r>
          </w:p>
        </w:tc>
      </w:tr>
      <w:tr w:rsidR="00063CD9" w:rsidRPr="0091600F" w:rsidTr="00063CD9">
        <w:trPr>
          <w:trHeight w:val="70"/>
        </w:trPr>
        <w:tc>
          <w:tcPr>
            <w:tcW w:w="3544" w:type="dxa"/>
          </w:tcPr>
          <w:p w:rsidR="00063CD9" w:rsidRPr="0091600F" w:rsidRDefault="00063CD9" w:rsidP="00063CD9">
            <w:pPr>
              <w:pStyle w:val="TableParagraph"/>
              <w:ind w:left="50" w:right="566"/>
              <w:jc w:val="center"/>
              <w:rPr>
                <w:sz w:val="24"/>
                <w:szCs w:val="24"/>
              </w:rPr>
            </w:pPr>
            <w:r w:rsidRPr="0091600F">
              <w:rPr>
                <w:sz w:val="24"/>
                <w:szCs w:val="24"/>
              </w:rPr>
              <w:t>0 - 44%</w:t>
            </w:r>
          </w:p>
        </w:tc>
        <w:tc>
          <w:tcPr>
            <w:tcW w:w="3129" w:type="dxa"/>
          </w:tcPr>
          <w:p w:rsidR="00063CD9" w:rsidRPr="0091600F" w:rsidRDefault="00063CD9" w:rsidP="00063CD9">
            <w:pPr>
              <w:pStyle w:val="TableParagraph"/>
              <w:ind w:left="51" w:right="566"/>
              <w:jc w:val="center"/>
              <w:rPr>
                <w:sz w:val="24"/>
                <w:szCs w:val="24"/>
              </w:rPr>
            </w:pPr>
            <w:proofErr w:type="spellStart"/>
            <w:r w:rsidRPr="0091600F">
              <w:rPr>
                <w:sz w:val="24"/>
                <w:szCs w:val="24"/>
              </w:rPr>
              <w:t>ниже</w:t>
            </w:r>
            <w:proofErr w:type="spellEnd"/>
            <w:r w:rsidRPr="0091600F">
              <w:rPr>
                <w:spacing w:val="-3"/>
                <w:sz w:val="24"/>
                <w:szCs w:val="24"/>
              </w:rPr>
              <w:t xml:space="preserve"> </w:t>
            </w:r>
            <w:proofErr w:type="spellStart"/>
            <w:r w:rsidRPr="0091600F">
              <w:rPr>
                <w:sz w:val="24"/>
                <w:szCs w:val="24"/>
              </w:rPr>
              <w:t>базового</w:t>
            </w:r>
            <w:proofErr w:type="spellEnd"/>
          </w:p>
        </w:tc>
        <w:tc>
          <w:tcPr>
            <w:tcW w:w="2905" w:type="dxa"/>
          </w:tcPr>
          <w:p w:rsidR="00063CD9" w:rsidRPr="0091600F" w:rsidRDefault="00063CD9" w:rsidP="00063CD9">
            <w:pPr>
              <w:pStyle w:val="TableParagraph"/>
              <w:ind w:left="52" w:right="566"/>
              <w:jc w:val="center"/>
              <w:rPr>
                <w:sz w:val="24"/>
                <w:szCs w:val="24"/>
              </w:rPr>
            </w:pPr>
            <w:r w:rsidRPr="0091600F">
              <w:rPr>
                <w:sz w:val="24"/>
                <w:szCs w:val="24"/>
              </w:rPr>
              <w:t>«2»</w:t>
            </w:r>
          </w:p>
        </w:tc>
      </w:tr>
    </w:tbl>
    <w:p w:rsidR="00063CD9" w:rsidRDefault="00063CD9" w:rsidP="00063CD9">
      <w:pPr>
        <w:pStyle w:val="a6"/>
        <w:spacing w:after="0" w:line="240" w:lineRule="auto"/>
        <w:ind w:right="566" w:firstLine="567"/>
        <w:rPr>
          <w:rFonts w:ascii="Times New Roman" w:hAnsi="Times New Roman" w:cs="Times New Roman"/>
          <w:sz w:val="24"/>
          <w:szCs w:val="24"/>
          <w:lang w:val="ru-RU"/>
        </w:rPr>
      </w:pPr>
    </w:p>
    <w:p w:rsidR="00063CD9" w:rsidRPr="0091600F" w:rsidRDefault="00063CD9" w:rsidP="00063CD9">
      <w:pPr>
        <w:pStyle w:val="a6"/>
        <w:spacing w:after="0" w:line="240" w:lineRule="auto"/>
        <w:ind w:right="566" w:firstLine="567"/>
        <w:rPr>
          <w:rFonts w:ascii="Times New Roman" w:hAnsi="Times New Roman" w:cs="Times New Roman"/>
          <w:sz w:val="24"/>
          <w:szCs w:val="24"/>
          <w:lang w:val="ru-RU"/>
        </w:rPr>
      </w:pPr>
      <w:r w:rsidRPr="0091600F">
        <w:rPr>
          <w:rFonts w:ascii="Times New Roman" w:hAnsi="Times New Roman" w:cs="Times New Roman"/>
          <w:sz w:val="24"/>
          <w:szCs w:val="24"/>
          <w:lang w:val="ru-RU"/>
        </w:rPr>
        <w:t xml:space="preserve">Успешность освоения </w:t>
      </w:r>
      <w:proofErr w:type="gramStart"/>
      <w:r w:rsidRPr="0091600F">
        <w:rPr>
          <w:rFonts w:ascii="Times New Roman" w:hAnsi="Times New Roman" w:cs="Times New Roman"/>
          <w:sz w:val="24"/>
          <w:szCs w:val="24"/>
          <w:lang w:val="ru-RU"/>
        </w:rPr>
        <w:t xml:space="preserve">учебных программ, обучающихся </w:t>
      </w:r>
      <w:r w:rsidRPr="0091600F">
        <w:rPr>
          <w:rFonts w:ascii="Times New Roman" w:hAnsi="Times New Roman" w:cs="Times New Roman"/>
          <w:b/>
          <w:bCs/>
          <w:sz w:val="24"/>
          <w:szCs w:val="24"/>
          <w:lang w:val="ru-RU"/>
        </w:rPr>
        <w:t>1 классов</w:t>
      </w:r>
      <w:r w:rsidRPr="0091600F">
        <w:rPr>
          <w:rFonts w:ascii="Times New Roman" w:hAnsi="Times New Roman" w:cs="Times New Roman"/>
          <w:sz w:val="24"/>
          <w:szCs w:val="24"/>
          <w:lang w:val="ru-RU"/>
        </w:rPr>
        <w:t xml:space="preserve"> оценивается</w:t>
      </w:r>
      <w:proofErr w:type="gramEnd"/>
      <w:r w:rsidRPr="0091600F">
        <w:rPr>
          <w:rFonts w:ascii="Times New Roman" w:hAnsi="Times New Roman" w:cs="Times New Roman"/>
          <w:spacing w:val="1"/>
          <w:sz w:val="24"/>
          <w:szCs w:val="24"/>
          <w:lang w:val="ru-RU"/>
        </w:rPr>
        <w:t xml:space="preserve"> </w:t>
      </w:r>
      <w:r w:rsidRPr="0091600F">
        <w:rPr>
          <w:rFonts w:ascii="Times New Roman" w:hAnsi="Times New Roman" w:cs="Times New Roman"/>
          <w:sz w:val="24"/>
          <w:szCs w:val="24"/>
          <w:lang w:val="ru-RU"/>
        </w:rPr>
        <w:t>следующими</w:t>
      </w:r>
      <w:r w:rsidRPr="0091600F">
        <w:rPr>
          <w:rFonts w:ascii="Times New Roman" w:hAnsi="Times New Roman" w:cs="Times New Roman"/>
          <w:spacing w:val="3"/>
          <w:sz w:val="24"/>
          <w:szCs w:val="24"/>
          <w:lang w:val="ru-RU"/>
        </w:rPr>
        <w:t xml:space="preserve"> </w:t>
      </w:r>
      <w:r w:rsidRPr="0091600F">
        <w:rPr>
          <w:rFonts w:ascii="Times New Roman" w:hAnsi="Times New Roman" w:cs="Times New Roman"/>
          <w:sz w:val="24"/>
          <w:szCs w:val="24"/>
          <w:lang w:val="ru-RU"/>
        </w:rPr>
        <w:t>уровнями без перевода в 5-бальную шкалу:</w:t>
      </w:r>
    </w:p>
    <w:tbl>
      <w:tblPr>
        <w:tblStyle w:val="40"/>
        <w:tblW w:w="95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03"/>
        <w:gridCol w:w="4405"/>
      </w:tblGrid>
      <w:tr w:rsidR="00063CD9" w:rsidRPr="0091600F" w:rsidTr="00063CD9">
        <w:trPr>
          <w:trHeight w:val="70"/>
        </w:trPr>
        <w:tc>
          <w:tcPr>
            <w:tcW w:w="5103" w:type="dxa"/>
          </w:tcPr>
          <w:p w:rsidR="00063CD9" w:rsidRPr="0091600F" w:rsidRDefault="00063CD9" w:rsidP="00063CD9">
            <w:pPr>
              <w:pStyle w:val="TableParagraph"/>
              <w:ind w:left="50"/>
              <w:jc w:val="center"/>
              <w:rPr>
                <w:b/>
                <w:sz w:val="24"/>
                <w:szCs w:val="24"/>
              </w:rPr>
            </w:pPr>
            <w:proofErr w:type="spellStart"/>
            <w:r w:rsidRPr="0091600F">
              <w:rPr>
                <w:b/>
                <w:sz w:val="24"/>
                <w:szCs w:val="24"/>
              </w:rPr>
              <w:t>Качество</w:t>
            </w:r>
            <w:proofErr w:type="spellEnd"/>
            <w:r w:rsidRPr="0091600F">
              <w:rPr>
                <w:b/>
                <w:spacing w:val="-2"/>
                <w:sz w:val="24"/>
                <w:szCs w:val="24"/>
              </w:rPr>
              <w:t xml:space="preserve"> </w:t>
            </w:r>
            <w:proofErr w:type="spellStart"/>
            <w:r w:rsidRPr="0091600F">
              <w:rPr>
                <w:b/>
                <w:sz w:val="24"/>
                <w:szCs w:val="24"/>
              </w:rPr>
              <w:t>освоения</w:t>
            </w:r>
            <w:proofErr w:type="spellEnd"/>
            <w:r w:rsidRPr="0091600F">
              <w:rPr>
                <w:b/>
                <w:spacing w:val="-2"/>
                <w:sz w:val="24"/>
                <w:szCs w:val="24"/>
              </w:rPr>
              <w:t xml:space="preserve"> </w:t>
            </w:r>
            <w:proofErr w:type="spellStart"/>
            <w:r w:rsidRPr="0091600F">
              <w:rPr>
                <w:b/>
                <w:sz w:val="24"/>
                <w:szCs w:val="24"/>
              </w:rPr>
              <w:t>программы</w:t>
            </w:r>
            <w:proofErr w:type="spellEnd"/>
          </w:p>
        </w:tc>
        <w:tc>
          <w:tcPr>
            <w:tcW w:w="4405" w:type="dxa"/>
          </w:tcPr>
          <w:p w:rsidR="00063CD9" w:rsidRPr="0091600F" w:rsidRDefault="00063CD9" w:rsidP="00063CD9">
            <w:pPr>
              <w:pStyle w:val="TableParagraph"/>
              <w:ind w:left="52"/>
              <w:jc w:val="center"/>
              <w:rPr>
                <w:b/>
                <w:sz w:val="24"/>
                <w:szCs w:val="24"/>
              </w:rPr>
            </w:pPr>
            <w:proofErr w:type="spellStart"/>
            <w:r w:rsidRPr="0091600F">
              <w:rPr>
                <w:b/>
                <w:sz w:val="24"/>
                <w:szCs w:val="24"/>
              </w:rPr>
              <w:t>Уровень</w:t>
            </w:r>
            <w:proofErr w:type="spellEnd"/>
            <w:r w:rsidRPr="0091600F">
              <w:rPr>
                <w:b/>
                <w:spacing w:val="-5"/>
                <w:sz w:val="24"/>
                <w:szCs w:val="24"/>
              </w:rPr>
              <w:t xml:space="preserve"> </w:t>
            </w:r>
            <w:proofErr w:type="spellStart"/>
            <w:r w:rsidRPr="0091600F">
              <w:rPr>
                <w:b/>
                <w:sz w:val="24"/>
                <w:szCs w:val="24"/>
              </w:rPr>
              <w:t>достижений</w:t>
            </w:r>
            <w:proofErr w:type="spellEnd"/>
          </w:p>
        </w:tc>
      </w:tr>
      <w:tr w:rsidR="00063CD9" w:rsidRPr="0091600F" w:rsidTr="00063CD9">
        <w:trPr>
          <w:trHeight w:val="70"/>
        </w:trPr>
        <w:tc>
          <w:tcPr>
            <w:tcW w:w="5103" w:type="dxa"/>
          </w:tcPr>
          <w:p w:rsidR="00063CD9" w:rsidRPr="0091600F" w:rsidRDefault="00063CD9" w:rsidP="00063CD9">
            <w:pPr>
              <w:pStyle w:val="TableParagraph"/>
              <w:ind w:left="50"/>
              <w:jc w:val="center"/>
              <w:rPr>
                <w:sz w:val="24"/>
                <w:szCs w:val="24"/>
              </w:rPr>
            </w:pPr>
            <w:r w:rsidRPr="0091600F">
              <w:rPr>
                <w:sz w:val="24"/>
                <w:szCs w:val="24"/>
              </w:rPr>
              <w:t>85 - 100%</w:t>
            </w:r>
          </w:p>
        </w:tc>
        <w:tc>
          <w:tcPr>
            <w:tcW w:w="4405" w:type="dxa"/>
          </w:tcPr>
          <w:p w:rsidR="00063CD9" w:rsidRPr="0091600F" w:rsidRDefault="00063CD9" w:rsidP="00063CD9">
            <w:pPr>
              <w:pStyle w:val="TableParagraph"/>
              <w:ind w:left="52"/>
              <w:jc w:val="center"/>
              <w:rPr>
                <w:sz w:val="24"/>
                <w:szCs w:val="24"/>
              </w:rPr>
            </w:pPr>
            <w:proofErr w:type="spellStart"/>
            <w:r w:rsidRPr="0091600F">
              <w:rPr>
                <w:sz w:val="24"/>
                <w:szCs w:val="24"/>
              </w:rPr>
              <w:t>высокий</w:t>
            </w:r>
            <w:proofErr w:type="spellEnd"/>
          </w:p>
        </w:tc>
      </w:tr>
      <w:tr w:rsidR="00063CD9" w:rsidRPr="0091600F" w:rsidTr="00063CD9">
        <w:trPr>
          <w:trHeight w:val="70"/>
        </w:trPr>
        <w:tc>
          <w:tcPr>
            <w:tcW w:w="5103" w:type="dxa"/>
          </w:tcPr>
          <w:p w:rsidR="00063CD9" w:rsidRPr="0091600F" w:rsidRDefault="00063CD9" w:rsidP="00063CD9">
            <w:pPr>
              <w:pStyle w:val="TableParagraph"/>
              <w:ind w:left="50"/>
              <w:jc w:val="center"/>
              <w:rPr>
                <w:sz w:val="24"/>
                <w:szCs w:val="24"/>
              </w:rPr>
            </w:pPr>
            <w:r w:rsidRPr="0091600F">
              <w:rPr>
                <w:sz w:val="24"/>
                <w:szCs w:val="24"/>
              </w:rPr>
              <w:t>65</w:t>
            </w:r>
            <w:r w:rsidRPr="0091600F">
              <w:rPr>
                <w:spacing w:val="2"/>
                <w:sz w:val="24"/>
                <w:szCs w:val="24"/>
              </w:rPr>
              <w:t xml:space="preserve"> </w:t>
            </w:r>
            <w:r w:rsidRPr="0091600F">
              <w:rPr>
                <w:sz w:val="24"/>
                <w:szCs w:val="24"/>
              </w:rPr>
              <w:t>- 84%</w:t>
            </w:r>
          </w:p>
        </w:tc>
        <w:tc>
          <w:tcPr>
            <w:tcW w:w="4405" w:type="dxa"/>
          </w:tcPr>
          <w:p w:rsidR="00063CD9" w:rsidRPr="0091600F" w:rsidRDefault="00063CD9" w:rsidP="00063CD9">
            <w:pPr>
              <w:pStyle w:val="TableParagraph"/>
              <w:ind w:left="52"/>
              <w:jc w:val="center"/>
              <w:rPr>
                <w:sz w:val="24"/>
                <w:szCs w:val="24"/>
              </w:rPr>
            </w:pPr>
            <w:proofErr w:type="spellStart"/>
            <w:r w:rsidRPr="0091600F">
              <w:rPr>
                <w:sz w:val="24"/>
                <w:szCs w:val="24"/>
              </w:rPr>
              <w:t>повышенный</w:t>
            </w:r>
            <w:proofErr w:type="spellEnd"/>
          </w:p>
        </w:tc>
      </w:tr>
      <w:tr w:rsidR="00063CD9" w:rsidRPr="0091600F" w:rsidTr="00063CD9">
        <w:trPr>
          <w:trHeight w:val="70"/>
        </w:trPr>
        <w:tc>
          <w:tcPr>
            <w:tcW w:w="5103" w:type="dxa"/>
          </w:tcPr>
          <w:p w:rsidR="00063CD9" w:rsidRPr="0091600F" w:rsidRDefault="00063CD9" w:rsidP="00063CD9">
            <w:pPr>
              <w:pStyle w:val="TableParagraph"/>
              <w:ind w:left="50"/>
              <w:jc w:val="center"/>
              <w:rPr>
                <w:sz w:val="24"/>
                <w:szCs w:val="24"/>
              </w:rPr>
            </w:pPr>
            <w:r w:rsidRPr="0091600F">
              <w:rPr>
                <w:spacing w:val="2"/>
                <w:sz w:val="24"/>
                <w:szCs w:val="24"/>
              </w:rPr>
              <w:t xml:space="preserve">45 </w:t>
            </w:r>
            <w:r w:rsidRPr="0091600F">
              <w:rPr>
                <w:sz w:val="24"/>
                <w:szCs w:val="24"/>
              </w:rPr>
              <w:t>- 64%</w:t>
            </w:r>
          </w:p>
        </w:tc>
        <w:tc>
          <w:tcPr>
            <w:tcW w:w="4405" w:type="dxa"/>
          </w:tcPr>
          <w:p w:rsidR="00063CD9" w:rsidRPr="0091600F" w:rsidRDefault="00063CD9" w:rsidP="00063CD9">
            <w:pPr>
              <w:pStyle w:val="TableParagraph"/>
              <w:ind w:left="52"/>
              <w:jc w:val="center"/>
              <w:rPr>
                <w:sz w:val="24"/>
                <w:szCs w:val="24"/>
              </w:rPr>
            </w:pPr>
            <w:proofErr w:type="spellStart"/>
            <w:r w:rsidRPr="0091600F">
              <w:rPr>
                <w:sz w:val="24"/>
                <w:szCs w:val="24"/>
              </w:rPr>
              <w:t>базовый</w:t>
            </w:r>
            <w:proofErr w:type="spellEnd"/>
          </w:p>
        </w:tc>
      </w:tr>
      <w:tr w:rsidR="00063CD9" w:rsidRPr="0091600F" w:rsidTr="00063CD9">
        <w:trPr>
          <w:trHeight w:val="70"/>
        </w:trPr>
        <w:tc>
          <w:tcPr>
            <w:tcW w:w="5103" w:type="dxa"/>
          </w:tcPr>
          <w:p w:rsidR="00063CD9" w:rsidRPr="0091600F" w:rsidRDefault="00063CD9" w:rsidP="00063CD9">
            <w:pPr>
              <w:pStyle w:val="TableParagraph"/>
              <w:ind w:left="50"/>
              <w:jc w:val="center"/>
              <w:rPr>
                <w:sz w:val="24"/>
                <w:szCs w:val="24"/>
              </w:rPr>
            </w:pPr>
            <w:r w:rsidRPr="0091600F">
              <w:rPr>
                <w:sz w:val="24"/>
                <w:szCs w:val="24"/>
              </w:rPr>
              <w:t>0 - 44%</w:t>
            </w:r>
          </w:p>
        </w:tc>
        <w:tc>
          <w:tcPr>
            <w:tcW w:w="4405" w:type="dxa"/>
          </w:tcPr>
          <w:p w:rsidR="00063CD9" w:rsidRPr="0091600F" w:rsidRDefault="00063CD9" w:rsidP="00063CD9">
            <w:pPr>
              <w:pStyle w:val="TableParagraph"/>
              <w:ind w:left="52"/>
              <w:jc w:val="center"/>
              <w:rPr>
                <w:sz w:val="24"/>
                <w:szCs w:val="24"/>
              </w:rPr>
            </w:pPr>
            <w:proofErr w:type="spellStart"/>
            <w:r w:rsidRPr="0091600F">
              <w:rPr>
                <w:sz w:val="24"/>
                <w:szCs w:val="24"/>
              </w:rPr>
              <w:t>ниже</w:t>
            </w:r>
            <w:proofErr w:type="spellEnd"/>
            <w:r w:rsidRPr="0091600F">
              <w:rPr>
                <w:spacing w:val="-3"/>
                <w:sz w:val="24"/>
                <w:szCs w:val="24"/>
              </w:rPr>
              <w:t xml:space="preserve"> </w:t>
            </w:r>
            <w:proofErr w:type="spellStart"/>
            <w:r w:rsidRPr="0091600F">
              <w:rPr>
                <w:sz w:val="24"/>
                <w:szCs w:val="24"/>
              </w:rPr>
              <w:t>базового</w:t>
            </w:r>
            <w:proofErr w:type="spellEnd"/>
          </w:p>
        </w:tc>
      </w:tr>
    </w:tbl>
    <w:p w:rsidR="00063CD9" w:rsidRDefault="00063CD9" w:rsidP="00F27BE5">
      <w:pPr>
        <w:ind w:firstLine="426"/>
        <w:jc w:val="both"/>
        <w:rPr>
          <w:rFonts w:ascii="Times New Roman" w:hAnsi="Times New Roman" w:cs="Times New Roman"/>
          <w:sz w:val="24"/>
          <w:szCs w:val="24"/>
        </w:rPr>
      </w:pPr>
    </w:p>
    <w:p w:rsidR="00D124D4" w:rsidRDefault="00D124D4" w:rsidP="00F27BE5"/>
    <w:p w:rsidR="00F27BE5" w:rsidRPr="00445C6D" w:rsidRDefault="00F27BE5" w:rsidP="00F27BE5">
      <w:pPr>
        <w:tabs>
          <w:tab w:val="left" w:pos="851"/>
        </w:tabs>
        <w:jc w:val="center"/>
        <w:rPr>
          <w:rFonts w:ascii="Times New Roman" w:hAnsi="Times New Roman" w:cs="Times New Roman"/>
          <w:b/>
          <w:sz w:val="24"/>
          <w:szCs w:val="24"/>
        </w:rPr>
      </w:pPr>
      <w:r w:rsidRPr="00445C6D">
        <w:rPr>
          <w:rFonts w:ascii="Times New Roman" w:hAnsi="Times New Roman" w:cs="Times New Roman"/>
          <w:b/>
          <w:sz w:val="24"/>
          <w:szCs w:val="24"/>
        </w:rPr>
        <w:t>Описание оценки по каждому предмету, включая список итоговых планируемых результатов с указанием этапов их формирования и способов оценки, с учетом проверяемых требований к результатам освоения основной образовательной программы по предметам</w:t>
      </w:r>
    </w:p>
    <w:p w:rsidR="00F27BE5" w:rsidRDefault="00F27BE5" w:rsidP="00F27BE5">
      <w:pPr>
        <w:ind w:firstLine="426"/>
        <w:rPr>
          <w:rFonts w:ascii="Times New Roman" w:hAnsi="Times New Roman" w:cs="Times New Roman"/>
          <w:b/>
          <w:smallCaps/>
          <w:sz w:val="24"/>
          <w:szCs w:val="24"/>
        </w:rPr>
      </w:pPr>
    </w:p>
    <w:p w:rsidR="00F27BE5" w:rsidRPr="002607DC" w:rsidRDefault="00F27BE5" w:rsidP="00F27BE5">
      <w:pPr>
        <w:ind w:firstLine="426"/>
        <w:jc w:val="center"/>
        <w:rPr>
          <w:rFonts w:ascii="Times New Roman" w:hAnsi="Times New Roman" w:cs="Times New Roman"/>
          <w:b/>
          <w:smallCaps/>
          <w:sz w:val="24"/>
          <w:szCs w:val="24"/>
        </w:rPr>
      </w:pPr>
      <w:r>
        <w:rPr>
          <w:rFonts w:ascii="Times New Roman" w:hAnsi="Times New Roman" w:cs="Times New Roman"/>
          <w:b/>
          <w:smallCaps/>
          <w:sz w:val="24"/>
          <w:szCs w:val="24"/>
        </w:rPr>
        <w:t>РУССКИЙ ЯЗЫК</w:t>
      </w:r>
    </w:p>
    <w:p w:rsidR="00063CD9" w:rsidRPr="0091600F" w:rsidRDefault="00063CD9" w:rsidP="00063CD9">
      <w:pPr>
        <w:widowControl w:val="0"/>
        <w:tabs>
          <w:tab w:val="left" w:pos="9356"/>
        </w:tabs>
        <w:autoSpaceDE w:val="0"/>
        <w:autoSpaceDN w:val="0"/>
        <w:ind w:right="-1" w:firstLine="567"/>
        <w:jc w:val="both"/>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При выявлении ур</w:t>
      </w:r>
      <w:r>
        <w:rPr>
          <w:rFonts w:ascii="Times New Roman" w:eastAsia="Times New Roman" w:hAnsi="Times New Roman" w:cs="Times New Roman"/>
          <w:color w:val="000000"/>
          <w:sz w:val="24"/>
          <w:szCs w:val="24"/>
        </w:rPr>
        <w:t xml:space="preserve">овня развития умений и навыков по русскому языку </w:t>
      </w:r>
      <w:r w:rsidRPr="0091600F">
        <w:rPr>
          <w:rFonts w:ascii="Times New Roman" w:eastAsia="Times New Roman" w:hAnsi="Times New Roman" w:cs="Times New Roman"/>
          <w:color w:val="000000"/>
          <w:sz w:val="24"/>
          <w:szCs w:val="24"/>
        </w:rPr>
        <w:t xml:space="preserve">необходимо учитывать развитие каллиграфического навыка, знаний, умений и навыков по орфографии, уровень </w:t>
      </w:r>
      <w:proofErr w:type="spellStart"/>
      <w:r w:rsidRPr="0091600F">
        <w:rPr>
          <w:rFonts w:ascii="Times New Roman" w:eastAsia="Times New Roman" w:hAnsi="Times New Roman" w:cs="Times New Roman"/>
          <w:color w:val="000000"/>
          <w:sz w:val="24"/>
          <w:szCs w:val="24"/>
        </w:rPr>
        <w:t>сформированности</w:t>
      </w:r>
      <w:proofErr w:type="spellEnd"/>
      <w:r w:rsidRPr="0091600F">
        <w:rPr>
          <w:rFonts w:ascii="Times New Roman" w:eastAsia="Times New Roman" w:hAnsi="Times New Roman" w:cs="Times New Roman"/>
          <w:color w:val="000000"/>
          <w:sz w:val="24"/>
          <w:szCs w:val="24"/>
        </w:rPr>
        <w:t xml:space="preserve"> устной речи.</w:t>
      </w:r>
    </w:p>
    <w:p w:rsidR="00063CD9" w:rsidRPr="0091600F" w:rsidRDefault="00063CD9" w:rsidP="00063CD9">
      <w:pPr>
        <w:widowControl w:val="0"/>
        <w:tabs>
          <w:tab w:val="left" w:pos="1222"/>
          <w:tab w:val="left" w:pos="9356"/>
        </w:tabs>
        <w:autoSpaceDE w:val="0"/>
        <w:autoSpaceDN w:val="0"/>
        <w:ind w:right="-1" w:firstLine="567"/>
        <w:jc w:val="both"/>
        <w:rPr>
          <w:rFonts w:ascii="Times New Roman" w:hAnsi="Times New Roman" w:cs="Times New Roman"/>
          <w:sz w:val="24"/>
          <w:szCs w:val="24"/>
        </w:rPr>
      </w:pPr>
      <w:r>
        <w:rPr>
          <w:rFonts w:ascii="Times New Roman" w:eastAsia="Times New Roman" w:hAnsi="Times New Roman" w:cs="Times New Roman"/>
          <w:i/>
          <w:color w:val="000000"/>
          <w:sz w:val="24"/>
          <w:szCs w:val="24"/>
        </w:rPr>
        <w:t xml:space="preserve">Высокому уровню </w:t>
      </w:r>
      <w:r>
        <w:rPr>
          <w:rFonts w:ascii="Times New Roman" w:eastAsia="Times New Roman" w:hAnsi="Times New Roman" w:cs="Times New Roman"/>
          <w:color w:val="000000"/>
          <w:sz w:val="24"/>
          <w:szCs w:val="24"/>
        </w:rPr>
        <w:t xml:space="preserve">развития </w:t>
      </w:r>
      <w:r>
        <w:rPr>
          <w:rFonts w:ascii="Times New Roman" w:eastAsia="Times New Roman" w:hAnsi="Times New Roman" w:cs="Times New Roman"/>
          <w:b/>
          <w:i/>
          <w:color w:val="000000"/>
          <w:sz w:val="24"/>
          <w:szCs w:val="24"/>
        </w:rPr>
        <w:t xml:space="preserve">каллиграфического навыка </w:t>
      </w:r>
      <w:r>
        <w:rPr>
          <w:rFonts w:ascii="Times New Roman" w:eastAsia="Times New Roman" w:hAnsi="Times New Roman" w:cs="Times New Roman"/>
          <w:color w:val="000000"/>
          <w:sz w:val="24"/>
          <w:szCs w:val="24"/>
        </w:rPr>
        <w:t xml:space="preserve">письма соответствует письмо </w:t>
      </w:r>
      <w:r w:rsidRPr="0091600F">
        <w:rPr>
          <w:rFonts w:ascii="Times New Roman" w:eastAsia="Times New Roman" w:hAnsi="Times New Roman" w:cs="Times New Roman"/>
          <w:color w:val="000000"/>
          <w:sz w:val="24"/>
          <w:szCs w:val="24"/>
        </w:rPr>
        <w:t>с правильной каллиграфией. Допускается 1 негрубый недочёт.</w:t>
      </w:r>
    </w:p>
    <w:p w:rsidR="00063CD9" w:rsidRPr="0091600F" w:rsidRDefault="00063CD9" w:rsidP="00063CD9">
      <w:pPr>
        <w:widowControl w:val="0"/>
        <w:tabs>
          <w:tab w:val="left" w:pos="9356"/>
        </w:tabs>
        <w:autoSpaceDE w:val="0"/>
        <w:autoSpaceDN w:val="0"/>
        <w:ind w:right="-1" w:firstLine="567"/>
        <w:jc w:val="both"/>
        <w:rPr>
          <w:rFonts w:ascii="Times New Roman" w:hAnsi="Times New Roman" w:cs="Times New Roman"/>
          <w:sz w:val="24"/>
          <w:szCs w:val="24"/>
        </w:rPr>
      </w:pPr>
      <w:r>
        <w:rPr>
          <w:rFonts w:ascii="Times New Roman" w:eastAsia="Times New Roman" w:hAnsi="Times New Roman" w:cs="Times New Roman"/>
          <w:i/>
          <w:color w:val="000000"/>
          <w:sz w:val="24"/>
          <w:szCs w:val="24"/>
        </w:rPr>
        <w:t xml:space="preserve">Повышенному уровню </w:t>
      </w:r>
      <w:r>
        <w:rPr>
          <w:rFonts w:ascii="Times New Roman" w:eastAsia="Times New Roman" w:hAnsi="Times New Roman" w:cs="Times New Roman"/>
          <w:color w:val="000000"/>
          <w:sz w:val="24"/>
          <w:szCs w:val="24"/>
        </w:rPr>
        <w:t xml:space="preserve">развития </w:t>
      </w:r>
      <w:r w:rsidRPr="0091600F">
        <w:rPr>
          <w:rFonts w:ascii="Times New Roman" w:eastAsia="Times New Roman" w:hAnsi="Times New Roman" w:cs="Times New Roman"/>
          <w:color w:val="000000"/>
          <w:sz w:val="24"/>
          <w:szCs w:val="24"/>
        </w:rPr>
        <w:t>каллиграфическо</w:t>
      </w:r>
      <w:r>
        <w:rPr>
          <w:rFonts w:ascii="Times New Roman" w:eastAsia="Times New Roman" w:hAnsi="Times New Roman" w:cs="Times New Roman"/>
          <w:color w:val="000000"/>
          <w:sz w:val="24"/>
          <w:szCs w:val="24"/>
        </w:rPr>
        <w:t xml:space="preserve">го навыка соответствует письмо, </w:t>
      </w:r>
      <w:r w:rsidRPr="0091600F">
        <w:rPr>
          <w:rFonts w:ascii="Times New Roman" w:eastAsia="Times New Roman" w:hAnsi="Times New Roman" w:cs="Times New Roman"/>
          <w:color w:val="000000"/>
          <w:sz w:val="24"/>
          <w:szCs w:val="24"/>
        </w:rPr>
        <w:t>если имеется 1 существенный недочёт (несоблюдение наклона, равного расстояния между буквами и словами, пропорций букв по высоте и ширине и др.) и 1–2 негрубых недочёта.</w:t>
      </w:r>
    </w:p>
    <w:p w:rsidR="00063CD9" w:rsidRPr="0091600F" w:rsidRDefault="00063CD9" w:rsidP="00063CD9">
      <w:pPr>
        <w:widowControl w:val="0"/>
        <w:tabs>
          <w:tab w:val="left" w:pos="9356"/>
        </w:tabs>
        <w:autoSpaceDE w:val="0"/>
        <w:autoSpaceDN w:val="0"/>
        <w:ind w:right="-1"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Базовому </w:t>
      </w:r>
      <w:r w:rsidRPr="0091600F">
        <w:rPr>
          <w:rFonts w:ascii="Times New Roman" w:eastAsia="Times New Roman" w:hAnsi="Times New Roman" w:cs="Times New Roman"/>
          <w:i/>
          <w:color w:val="000000"/>
          <w:sz w:val="24"/>
          <w:szCs w:val="24"/>
        </w:rPr>
        <w:t xml:space="preserve">уровню </w:t>
      </w:r>
      <w:r w:rsidRPr="0091600F">
        <w:rPr>
          <w:rFonts w:ascii="Times New Roman" w:eastAsia="Times New Roman" w:hAnsi="Times New Roman" w:cs="Times New Roman"/>
          <w:color w:val="000000"/>
          <w:sz w:val="24"/>
          <w:szCs w:val="24"/>
        </w:rPr>
        <w:t>развития каллиграфического навыка соответствует письмо,</w:t>
      </w:r>
      <w:r>
        <w:rPr>
          <w:rFonts w:ascii="Times New Roman" w:eastAsia="Times New Roman" w:hAnsi="Times New Roman" w:cs="Times New Roman"/>
          <w:color w:val="000000"/>
          <w:sz w:val="24"/>
          <w:szCs w:val="24"/>
        </w:rPr>
        <w:t xml:space="preserve"> если имеется 2-3 существенных </w:t>
      </w:r>
      <w:r w:rsidRPr="0091600F">
        <w:rPr>
          <w:rFonts w:ascii="Times New Roman" w:eastAsia="Times New Roman" w:hAnsi="Times New Roman" w:cs="Times New Roman"/>
          <w:color w:val="000000"/>
          <w:sz w:val="24"/>
          <w:szCs w:val="24"/>
        </w:rPr>
        <w:t>недочёта (несоблюден</w:t>
      </w:r>
      <w:r>
        <w:rPr>
          <w:rFonts w:ascii="Times New Roman" w:eastAsia="Times New Roman" w:hAnsi="Times New Roman" w:cs="Times New Roman"/>
          <w:color w:val="000000"/>
          <w:sz w:val="24"/>
          <w:szCs w:val="24"/>
        </w:rPr>
        <w:t xml:space="preserve">ие наклона, равного расстояния между </w:t>
      </w:r>
      <w:r w:rsidRPr="0091600F">
        <w:rPr>
          <w:rFonts w:ascii="Times New Roman" w:eastAsia="Times New Roman" w:hAnsi="Times New Roman" w:cs="Times New Roman"/>
          <w:color w:val="000000"/>
          <w:sz w:val="24"/>
          <w:szCs w:val="24"/>
        </w:rPr>
        <w:t>буквами и словами, пропорций букв по высоте и ширине и др.) и 2-3 негрубых недочёта.</w:t>
      </w:r>
    </w:p>
    <w:p w:rsidR="00063CD9" w:rsidRPr="0091600F" w:rsidRDefault="00063CD9" w:rsidP="00063CD9">
      <w:pPr>
        <w:widowControl w:val="0"/>
        <w:tabs>
          <w:tab w:val="left" w:pos="9356"/>
        </w:tabs>
        <w:autoSpaceDE w:val="0"/>
        <w:autoSpaceDN w:val="0"/>
        <w:ind w:right="-1" w:firstLine="567"/>
        <w:jc w:val="both"/>
        <w:rPr>
          <w:rFonts w:ascii="Times New Roman" w:hAnsi="Times New Roman" w:cs="Times New Roman"/>
          <w:sz w:val="24"/>
          <w:szCs w:val="24"/>
        </w:rPr>
      </w:pPr>
      <w:r w:rsidRPr="0091600F">
        <w:rPr>
          <w:rFonts w:ascii="Times New Roman" w:eastAsia="Times New Roman" w:hAnsi="Times New Roman" w:cs="Times New Roman"/>
          <w:i/>
          <w:color w:val="000000"/>
          <w:sz w:val="24"/>
          <w:szCs w:val="24"/>
        </w:rPr>
        <w:t xml:space="preserve">Ниже </w:t>
      </w:r>
      <w:r>
        <w:rPr>
          <w:rFonts w:ascii="Times New Roman" w:eastAsia="Times New Roman" w:hAnsi="Times New Roman" w:cs="Times New Roman"/>
          <w:i/>
          <w:color w:val="000000"/>
          <w:sz w:val="24"/>
          <w:szCs w:val="24"/>
        </w:rPr>
        <w:t>базового</w:t>
      </w:r>
      <w:r w:rsidRPr="0091600F">
        <w:rPr>
          <w:rFonts w:ascii="Times New Roman" w:eastAsia="Times New Roman" w:hAnsi="Times New Roman" w:cs="Times New Roman"/>
          <w:i/>
          <w:color w:val="000000"/>
          <w:sz w:val="24"/>
          <w:szCs w:val="24"/>
        </w:rPr>
        <w:t xml:space="preserve"> уровня </w:t>
      </w:r>
      <w:r w:rsidRPr="0091600F">
        <w:rPr>
          <w:rFonts w:ascii="Times New Roman" w:eastAsia="Times New Roman" w:hAnsi="Times New Roman" w:cs="Times New Roman"/>
          <w:color w:val="000000"/>
          <w:sz w:val="24"/>
          <w:szCs w:val="24"/>
        </w:rPr>
        <w:t>развития каллиграфического навыка соотв</w:t>
      </w:r>
      <w:r>
        <w:rPr>
          <w:rFonts w:ascii="Times New Roman" w:eastAsia="Times New Roman" w:hAnsi="Times New Roman" w:cs="Times New Roman"/>
          <w:color w:val="000000"/>
          <w:sz w:val="24"/>
          <w:szCs w:val="24"/>
        </w:rPr>
        <w:t xml:space="preserve">етствует письмо, которое в </w:t>
      </w:r>
      <w:r w:rsidRPr="0091600F">
        <w:rPr>
          <w:rFonts w:ascii="Times New Roman" w:eastAsia="Times New Roman" w:hAnsi="Times New Roman" w:cs="Times New Roman"/>
          <w:color w:val="000000"/>
          <w:sz w:val="24"/>
          <w:szCs w:val="24"/>
        </w:rPr>
        <w:t>целом не соответствует многим из перечисленных выше требований, небрежное, неразборчивое, с помарками.</w:t>
      </w:r>
    </w:p>
    <w:p w:rsidR="00063CD9" w:rsidRPr="0091600F" w:rsidRDefault="00063CD9" w:rsidP="00063CD9">
      <w:pPr>
        <w:widowControl w:val="0"/>
        <w:tabs>
          <w:tab w:val="left" w:pos="9356"/>
        </w:tabs>
        <w:autoSpaceDE w:val="0"/>
        <w:autoSpaceDN w:val="0"/>
        <w:ind w:right="-1" w:firstLine="567"/>
        <w:jc w:val="both"/>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 xml:space="preserve">К числу </w:t>
      </w:r>
      <w:r w:rsidRPr="0091600F">
        <w:rPr>
          <w:rFonts w:ascii="Times New Roman" w:eastAsia="Times New Roman" w:hAnsi="Times New Roman" w:cs="Times New Roman"/>
          <w:i/>
          <w:color w:val="000000"/>
          <w:sz w:val="24"/>
          <w:szCs w:val="24"/>
        </w:rPr>
        <w:t xml:space="preserve">негрубых недочётов </w:t>
      </w:r>
      <w:r w:rsidRPr="0091600F">
        <w:rPr>
          <w:rFonts w:ascii="Times New Roman" w:eastAsia="Times New Roman" w:hAnsi="Times New Roman" w:cs="Times New Roman"/>
          <w:color w:val="000000"/>
          <w:sz w:val="24"/>
          <w:szCs w:val="24"/>
        </w:rPr>
        <w:t>относятся: частичные искажения формы букв; несоблюдение точных пропорций по высоте заглавных и строчных букв; выход за линию рабочей строки; наличие нерациональных соединений; отдельные случаи несоблюдения наклона.</w:t>
      </w:r>
    </w:p>
    <w:p w:rsidR="00063CD9" w:rsidRPr="0091600F" w:rsidRDefault="00063CD9" w:rsidP="00063CD9">
      <w:pPr>
        <w:widowControl w:val="0"/>
        <w:tabs>
          <w:tab w:val="left" w:pos="1222"/>
          <w:tab w:val="left" w:pos="9356"/>
        </w:tabs>
        <w:autoSpaceDE w:val="0"/>
        <w:autoSpaceDN w:val="0"/>
        <w:ind w:right="-1" w:firstLine="567"/>
        <w:jc w:val="both"/>
        <w:rPr>
          <w:rFonts w:ascii="Times New Roman" w:hAnsi="Times New Roman" w:cs="Times New Roman"/>
          <w:sz w:val="24"/>
          <w:szCs w:val="24"/>
        </w:rPr>
      </w:pPr>
      <w:r w:rsidRPr="0091600F">
        <w:rPr>
          <w:rFonts w:ascii="Times New Roman" w:eastAsia="Times New Roman" w:hAnsi="Times New Roman" w:cs="Times New Roman"/>
          <w:i/>
          <w:color w:val="000000"/>
          <w:sz w:val="24"/>
          <w:szCs w:val="24"/>
        </w:rPr>
        <w:t xml:space="preserve">Высокому уровню </w:t>
      </w:r>
      <w:r w:rsidRPr="0091600F">
        <w:rPr>
          <w:rFonts w:ascii="Times New Roman" w:eastAsia="Times New Roman" w:hAnsi="Times New Roman" w:cs="Times New Roman"/>
          <w:color w:val="000000"/>
          <w:sz w:val="24"/>
          <w:szCs w:val="24"/>
        </w:rPr>
        <w:t xml:space="preserve">развития знаний, умений и навыков по </w:t>
      </w:r>
      <w:r w:rsidRPr="0091600F">
        <w:rPr>
          <w:rFonts w:ascii="Times New Roman" w:eastAsia="Times New Roman" w:hAnsi="Times New Roman" w:cs="Times New Roman"/>
          <w:b/>
          <w:i/>
          <w:color w:val="000000"/>
          <w:sz w:val="24"/>
          <w:szCs w:val="24"/>
        </w:rPr>
        <w:t xml:space="preserve">орфографии </w:t>
      </w:r>
      <w:r w:rsidRPr="0091600F">
        <w:rPr>
          <w:rFonts w:ascii="Times New Roman" w:eastAsia="Times New Roman" w:hAnsi="Times New Roman" w:cs="Times New Roman"/>
          <w:color w:val="000000"/>
          <w:sz w:val="24"/>
          <w:szCs w:val="24"/>
        </w:rPr>
        <w:t xml:space="preserve">соответствует </w:t>
      </w:r>
      <w:r w:rsidRPr="0091600F">
        <w:rPr>
          <w:rFonts w:ascii="Times New Roman" w:eastAsia="Times New Roman" w:hAnsi="Times New Roman" w:cs="Times New Roman"/>
          <w:color w:val="000000"/>
          <w:sz w:val="24"/>
          <w:szCs w:val="24"/>
        </w:rPr>
        <w:lastRenderedPageBreak/>
        <w:t>письмо без ошибок.</w:t>
      </w:r>
    </w:p>
    <w:p w:rsidR="00063CD9" w:rsidRPr="0091600F" w:rsidRDefault="00063CD9" w:rsidP="00063CD9">
      <w:pPr>
        <w:widowControl w:val="0"/>
        <w:tabs>
          <w:tab w:val="left" w:pos="568"/>
          <w:tab w:val="left" w:pos="9356"/>
        </w:tabs>
        <w:autoSpaceDE w:val="0"/>
        <w:autoSpaceDN w:val="0"/>
        <w:ind w:right="-1"/>
        <w:jc w:val="both"/>
        <w:rPr>
          <w:rFonts w:ascii="Times New Roman" w:hAnsi="Times New Roman" w:cs="Times New Roman"/>
          <w:sz w:val="24"/>
          <w:szCs w:val="24"/>
        </w:rPr>
      </w:pPr>
      <w:r w:rsidRPr="0091600F">
        <w:rPr>
          <w:rFonts w:ascii="Times New Roman" w:hAnsi="Times New Roman" w:cs="Times New Roman"/>
          <w:sz w:val="24"/>
          <w:szCs w:val="24"/>
        </w:rPr>
        <w:tab/>
      </w:r>
      <w:r w:rsidRPr="0091600F">
        <w:rPr>
          <w:rFonts w:ascii="Times New Roman" w:eastAsia="Times New Roman" w:hAnsi="Times New Roman" w:cs="Times New Roman"/>
          <w:i/>
          <w:color w:val="000000"/>
          <w:sz w:val="24"/>
          <w:szCs w:val="24"/>
        </w:rPr>
        <w:t xml:space="preserve">Повышенному уровню </w:t>
      </w:r>
      <w:r w:rsidRPr="0091600F">
        <w:rPr>
          <w:rFonts w:ascii="Times New Roman" w:eastAsia="Times New Roman" w:hAnsi="Times New Roman" w:cs="Times New Roman"/>
          <w:color w:val="000000"/>
          <w:sz w:val="24"/>
          <w:szCs w:val="24"/>
        </w:rPr>
        <w:t>развития знаний, умений и навыков соответствует письмо, при котором число ошибок не превышает 2, и работа содержит не более 2-3 недочётов.</w:t>
      </w:r>
    </w:p>
    <w:p w:rsidR="00063CD9" w:rsidRPr="0091600F" w:rsidRDefault="00063CD9" w:rsidP="00063CD9">
      <w:pPr>
        <w:widowControl w:val="0"/>
        <w:tabs>
          <w:tab w:val="left" w:pos="568"/>
          <w:tab w:val="left" w:pos="9356"/>
        </w:tabs>
        <w:autoSpaceDE w:val="0"/>
        <w:autoSpaceDN w:val="0"/>
        <w:ind w:right="-1"/>
        <w:jc w:val="both"/>
        <w:rPr>
          <w:rFonts w:ascii="Times New Roman" w:hAnsi="Times New Roman" w:cs="Times New Roman"/>
          <w:sz w:val="24"/>
          <w:szCs w:val="24"/>
        </w:rPr>
      </w:pPr>
      <w:r w:rsidRPr="0091600F">
        <w:rPr>
          <w:rFonts w:ascii="Times New Roman" w:hAnsi="Times New Roman" w:cs="Times New Roman"/>
          <w:sz w:val="24"/>
          <w:szCs w:val="24"/>
        </w:rPr>
        <w:tab/>
      </w:r>
      <w:r w:rsidRPr="0091600F">
        <w:rPr>
          <w:rFonts w:ascii="Times New Roman" w:eastAsia="Times New Roman" w:hAnsi="Times New Roman" w:cs="Times New Roman"/>
          <w:i/>
          <w:color w:val="000000"/>
          <w:sz w:val="24"/>
          <w:szCs w:val="24"/>
        </w:rPr>
        <w:t xml:space="preserve">Среднему уровню </w:t>
      </w:r>
      <w:r w:rsidRPr="0091600F">
        <w:rPr>
          <w:rFonts w:ascii="Times New Roman" w:eastAsia="Times New Roman" w:hAnsi="Times New Roman" w:cs="Times New Roman"/>
          <w:color w:val="000000"/>
          <w:sz w:val="24"/>
          <w:szCs w:val="24"/>
        </w:rPr>
        <w:t>развития знаний, умений и навыков соответствует письмо, при котором число ошибок не превышает 5, и работа содержит не более 3–4 недочётов.</w:t>
      </w:r>
    </w:p>
    <w:p w:rsidR="00063CD9" w:rsidRDefault="00063CD9" w:rsidP="00063CD9">
      <w:pPr>
        <w:widowControl w:val="0"/>
        <w:tabs>
          <w:tab w:val="left" w:pos="568"/>
          <w:tab w:val="left" w:pos="9356"/>
        </w:tabs>
        <w:autoSpaceDE w:val="0"/>
        <w:autoSpaceDN w:val="0"/>
        <w:ind w:right="-1"/>
        <w:jc w:val="both"/>
        <w:rPr>
          <w:rFonts w:ascii="Times New Roman" w:eastAsia="Times New Roman" w:hAnsi="Times New Roman" w:cs="Times New Roman"/>
          <w:color w:val="000000"/>
          <w:sz w:val="24"/>
          <w:szCs w:val="24"/>
        </w:rPr>
      </w:pPr>
      <w:r w:rsidRPr="0091600F">
        <w:rPr>
          <w:rFonts w:ascii="Times New Roman" w:hAnsi="Times New Roman" w:cs="Times New Roman"/>
          <w:sz w:val="24"/>
          <w:szCs w:val="24"/>
        </w:rPr>
        <w:tab/>
      </w:r>
      <w:r w:rsidRPr="0091600F">
        <w:rPr>
          <w:rFonts w:ascii="Times New Roman" w:eastAsia="Times New Roman" w:hAnsi="Times New Roman" w:cs="Times New Roman"/>
          <w:i/>
          <w:color w:val="000000"/>
          <w:sz w:val="24"/>
          <w:szCs w:val="24"/>
        </w:rPr>
        <w:t xml:space="preserve">Ниже среднего уровня </w:t>
      </w:r>
      <w:r w:rsidRPr="0091600F">
        <w:rPr>
          <w:rFonts w:ascii="Times New Roman" w:eastAsia="Times New Roman" w:hAnsi="Times New Roman" w:cs="Times New Roman"/>
          <w:color w:val="000000"/>
          <w:sz w:val="24"/>
          <w:szCs w:val="24"/>
        </w:rPr>
        <w:t>развития знаний, умений и навыков по орфографии соответствует письмо, в котором число ошибок и недочётов превышает указанное количество.</w:t>
      </w:r>
    </w:p>
    <w:p w:rsidR="00063CD9" w:rsidRPr="0091600F" w:rsidRDefault="00063CD9" w:rsidP="00063CD9">
      <w:pPr>
        <w:widowControl w:val="0"/>
        <w:tabs>
          <w:tab w:val="left" w:pos="568"/>
          <w:tab w:val="left" w:pos="9356"/>
        </w:tabs>
        <w:autoSpaceDE w:val="0"/>
        <w:autoSpaceDN w:val="0"/>
        <w:ind w:right="-1" w:firstLine="567"/>
        <w:jc w:val="both"/>
        <w:rPr>
          <w:rFonts w:ascii="Times New Roman" w:hAnsi="Times New Roman" w:cs="Times New Roman"/>
          <w:sz w:val="24"/>
          <w:szCs w:val="24"/>
        </w:rPr>
      </w:pPr>
      <w:r w:rsidRPr="00EB75AC">
        <w:rPr>
          <w:rFonts w:ascii="Times New Roman" w:eastAsia="Times New Roman" w:hAnsi="Times New Roman" w:cs="Times New Roman"/>
          <w:i/>
          <w:color w:val="000000"/>
          <w:sz w:val="24"/>
          <w:szCs w:val="24"/>
        </w:rPr>
        <w:t xml:space="preserve">Высокому уровню </w:t>
      </w:r>
      <w:r w:rsidRPr="00EB75AC">
        <w:rPr>
          <w:rFonts w:ascii="Times New Roman" w:eastAsia="Times New Roman" w:hAnsi="Times New Roman" w:cs="Times New Roman"/>
          <w:color w:val="000000"/>
          <w:sz w:val="24"/>
          <w:szCs w:val="24"/>
        </w:rPr>
        <w:t>развития</w:t>
      </w:r>
      <w:r w:rsidRPr="00EB75AC">
        <w:rPr>
          <w:rFonts w:ascii="Times New Roman" w:eastAsia="Times New Roman" w:hAnsi="Times New Roman" w:cs="Times New Roman"/>
          <w:b/>
          <w:i/>
          <w:color w:val="000000"/>
          <w:sz w:val="24"/>
          <w:szCs w:val="24"/>
        </w:rPr>
        <w:t xml:space="preserve"> устной речи</w:t>
      </w:r>
      <w:r>
        <w:rPr>
          <w:rFonts w:ascii="Times New Roman" w:eastAsia="Times New Roman" w:hAnsi="Times New Roman" w:cs="Times New Roman"/>
          <w:b/>
          <w:i/>
          <w:color w:val="000000"/>
          <w:sz w:val="24"/>
          <w:szCs w:val="24"/>
        </w:rPr>
        <w:t xml:space="preserve"> </w:t>
      </w:r>
      <w:r w:rsidRPr="00EB75AC">
        <w:rPr>
          <w:rFonts w:ascii="Times New Roman" w:eastAsia="Times New Roman" w:hAnsi="Times New Roman" w:cs="Times New Roman"/>
          <w:color w:val="000000"/>
          <w:sz w:val="24"/>
          <w:szCs w:val="24"/>
        </w:rPr>
        <w:t>соответствуют</w:t>
      </w:r>
      <w:r>
        <w:rPr>
          <w:rFonts w:ascii="Times New Roman" w:eastAsia="Times New Roman" w:hAnsi="Times New Roman" w:cs="Times New Roman"/>
          <w:color w:val="000000"/>
          <w:sz w:val="24"/>
          <w:szCs w:val="24"/>
        </w:rPr>
        <w:t xml:space="preserve"> </w:t>
      </w:r>
      <w:r w:rsidRPr="00EB75AC">
        <w:rPr>
          <w:rFonts w:ascii="Times New Roman" w:eastAsia="Times New Roman" w:hAnsi="Times New Roman" w:cs="Times New Roman"/>
          <w:color w:val="000000"/>
          <w:sz w:val="24"/>
          <w:szCs w:val="24"/>
        </w:rPr>
        <w:t>полные, правильные,</w:t>
      </w:r>
      <w:r>
        <w:rPr>
          <w:rFonts w:ascii="Times New Roman" w:hAnsi="Times New Roman" w:cs="Times New Roman"/>
          <w:sz w:val="24"/>
          <w:szCs w:val="24"/>
        </w:rPr>
        <w:t xml:space="preserve"> </w:t>
      </w:r>
      <w:r w:rsidRPr="0091600F">
        <w:rPr>
          <w:rFonts w:ascii="Times New Roman" w:eastAsia="Times New Roman" w:hAnsi="Times New Roman" w:cs="Times New Roman"/>
          <w:color w:val="000000"/>
          <w:sz w:val="24"/>
          <w:szCs w:val="24"/>
        </w:rPr>
        <w:t>связанные, последовательные ответы ученика без недочётов или допускается не более одной неточности в речи.</w:t>
      </w:r>
    </w:p>
    <w:p w:rsidR="00063CD9" w:rsidRPr="0091600F" w:rsidRDefault="00063CD9" w:rsidP="00063CD9">
      <w:pPr>
        <w:widowControl w:val="0"/>
        <w:autoSpaceDE w:val="0"/>
        <w:autoSpaceDN w:val="0"/>
        <w:ind w:right="-1" w:firstLine="567"/>
        <w:jc w:val="both"/>
        <w:rPr>
          <w:rFonts w:ascii="Times New Roman" w:hAnsi="Times New Roman" w:cs="Times New Roman"/>
          <w:sz w:val="24"/>
          <w:szCs w:val="24"/>
        </w:rPr>
      </w:pPr>
      <w:r w:rsidRPr="0091600F">
        <w:rPr>
          <w:rFonts w:ascii="Times New Roman" w:eastAsia="Times New Roman" w:hAnsi="Times New Roman" w:cs="Times New Roman"/>
          <w:i/>
          <w:color w:val="000000"/>
          <w:sz w:val="24"/>
          <w:szCs w:val="24"/>
        </w:rPr>
        <w:t xml:space="preserve">Повышенному уровню </w:t>
      </w:r>
      <w:r w:rsidRPr="0091600F">
        <w:rPr>
          <w:rFonts w:ascii="Times New Roman" w:eastAsia="Times New Roman" w:hAnsi="Times New Roman" w:cs="Times New Roman"/>
          <w:color w:val="000000"/>
          <w:sz w:val="24"/>
          <w:szCs w:val="24"/>
        </w:rPr>
        <w:t xml:space="preserve">развития устной речи соответствуют ответы, близкие к требованиям, удовлетворяющим для оценки </w:t>
      </w:r>
      <w:r w:rsidRPr="0091600F">
        <w:rPr>
          <w:rFonts w:ascii="Times New Roman" w:eastAsia="Times New Roman" w:hAnsi="Times New Roman" w:cs="Times New Roman"/>
          <w:i/>
          <w:color w:val="000000"/>
          <w:sz w:val="24"/>
          <w:szCs w:val="24"/>
        </w:rPr>
        <w:t xml:space="preserve">оптимального </w:t>
      </w:r>
      <w:r w:rsidRPr="0091600F">
        <w:rPr>
          <w:rFonts w:ascii="Times New Roman" w:eastAsia="Times New Roman" w:hAnsi="Times New Roman" w:cs="Times New Roman"/>
          <w:color w:val="000000"/>
          <w:sz w:val="24"/>
          <w:szCs w:val="24"/>
        </w:rPr>
        <w:t>уровня, но ученик допускает неточности в речевом оформлении ответов.</w:t>
      </w:r>
    </w:p>
    <w:p w:rsidR="00063CD9" w:rsidRPr="0091600F" w:rsidRDefault="00063CD9" w:rsidP="00063CD9">
      <w:pPr>
        <w:widowControl w:val="0"/>
        <w:autoSpaceDE w:val="0"/>
        <w:autoSpaceDN w:val="0"/>
        <w:ind w:right="-1" w:firstLine="567"/>
        <w:jc w:val="both"/>
        <w:rPr>
          <w:rFonts w:ascii="Times New Roman" w:hAnsi="Times New Roman" w:cs="Times New Roman"/>
          <w:sz w:val="24"/>
          <w:szCs w:val="24"/>
        </w:rPr>
      </w:pPr>
      <w:r w:rsidRPr="00EB75AC">
        <w:rPr>
          <w:rFonts w:ascii="Times New Roman" w:hAnsi="Times New Roman" w:cs="Times New Roman"/>
          <w:i/>
          <w:sz w:val="24"/>
          <w:szCs w:val="24"/>
        </w:rPr>
        <w:t>Базовому</w:t>
      </w:r>
      <w:r w:rsidRPr="00EB75AC">
        <w:rPr>
          <w:rFonts w:ascii="Times New Roman" w:hAnsi="Times New Roman" w:cs="Times New Roman"/>
          <w:sz w:val="24"/>
          <w:szCs w:val="24"/>
        </w:rPr>
        <w:t xml:space="preserve"> уровню развития устной речи соответствуют неполные, недостаточно</w:t>
      </w:r>
      <w:r>
        <w:rPr>
          <w:rFonts w:ascii="Times New Roman" w:hAnsi="Times New Roman" w:cs="Times New Roman"/>
          <w:sz w:val="24"/>
          <w:szCs w:val="24"/>
        </w:rPr>
        <w:t xml:space="preserve"> </w:t>
      </w:r>
      <w:r w:rsidRPr="00EB75AC">
        <w:rPr>
          <w:rFonts w:ascii="Times New Roman" w:hAnsi="Times New Roman" w:cs="Times New Roman"/>
          <w:sz w:val="24"/>
          <w:szCs w:val="24"/>
        </w:rPr>
        <w:t>последовательные ответы ученика, допускает неточности в употреблении слов и построении</w:t>
      </w:r>
      <w:r>
        <w:rPr>
          <w:rFonts w:ascii="Times New Roman" w:hAnsi="Times New Roman" w:cs="Times New Roman"/>
          <w:sz w:val="24"/>
          <w:szCs w:val="24"/>
        </w:rPr>
        <w:t xml:space="preserve"> </w:t>
      </w:r>
      <w:r w:rsidRPr="00EB75AC">
        <w:rPr>
          <w:rFonts w:ascii="Times New Roman" w:hAnsi="Times New Roman" w:cs="Times New Roman"/>
          <w:sz w:val="24"/>
          <w:szCs w:val="24"/>
        </w:rPr>
        <w:t>предложений.</w:t>
      </w:r>
    </w:p>
    <w:p w:rsidR="00063CD9" w:rsidRPr="0091600F" w:rsidRDefault="00063CD9" w:rsidP="00063CD9">
      <w:pPr>
        <w:widowControl w:val="0"/>
        <w:autoSpaceDE w:val="0"/>
        <w:autoSpaceDN w:val="0"/>
        <w:ind w:right="-1" w:firstLine="567"/>
        <w:jc w:val="both"/>
        <w:rPr>
          <w:rFonts w:ascii="Times New Roman" w:hAnsi="Times New Roman" w:cs="Times New Roman"/>
          <w:sz w:val="24"/>
          <w:szCs w:val="24"/>
        </w:rPr>
      </w:pPr>
      <w:r w:rsidRPr="0091600F">
        <w:rPr>
          <w:rFonts w:ascii="Times New Roman" w:eastAsia="Times New Roman" w:hAnsi="Times New Roman" w:cs="Times New Roman"/>
          <w:i/>
          <w:color w:val="000000"/>
          <w:sz w:val="24"/>
          <w:szCs w:val="24"/>
        </w:rPr>
        <w:t xml:space="preserve">Ниже </w:t>
      </w:r>
      <w:r>
        <w:rPr>
          <w:rFonts w:ascii="Times New Roman" w:eastAsia="Times New Roman" w:hAnsi="Times New Roman" w:cs="Times New Roman"/>
          <w:i/>
          <w:color w:val="000000"/>
          <w:sz w:val="24"/>
          <w:szCs w:val="24"/>
        </w:rPr>
        <w:t>базового</w:t>
      </w:r>
      <w:r w:rsidRPr="0091600F">
        <w:rPr>
          <w:rFonts w:ascii="Times New Roman" w:eastAsia="Times New Roman" w:hAnsi="Times New Roman" w:cs="Times New Roman"/>
          <w:i/>
          <w:color w:val="000000"/>
          <w:sz w:val="24"/>
          <w:szCs w:val="24"/>
        </w:rPr>
        <w:t xml:space="preserve"> уровня </w:t>
      </w:r>
      <w:r w:rsidRPr="0091600F">
        <w:rPr>
          <w:rFonts w:ascii="Times New Roman" w:eastAsia="Times New Roman" w:hAnsi="Times New Roman" w:cs="Times New Roman"/>
          <w:color w:val="000000"/>
          <w:sz w:val="24"/>
          <w:szCs w:val="24"/>
        </w:rPr>
        <w:t>развития устной речи соответствуют ответы, когда ученик отвечает неполно, по наводящим вопросам, затрудняется самостоятельно подтвердить правило примерами, излагает материал несвязно.</w:t>
      </w:r>
    </w:p>
    <w:p w:rsidR="00063CD9" w:rsidRPr="008972B7" w:rsidRDefault="00063CD9" w:rsidP="00063CD9">
      <w:pPr>
        <w:widowControl w:val="0"/>
        <w:autoSpaceDE w:val="0"/>
        <w:autoSpaceDN w:val="0"/>
        <w:ind w:right="566"/>
        <w:jc w:val="center"/>
        <w:rPr>
          <w:rFonts w:ascii="Times New Roman" w:eastAsia="Times New Roman" w:hAnsi="Times New Roman" w:cs="Times New Roman"/>
          <w:color w:val="000000"/>
          <w:sz w:val="24"/>
          <w:szCs w:val="24"/>
          <w:u w:val="single"/>
        </w:rPr>
      </w:pPr>
      <w:r w:rsidRPr="008972B7">
        <w:rPr>
          <w:rFonts w:ascii="Times New Roman" w:eastAsia="Times New Roman" w:hAnsi="Times New Roman" w:cs="Times New Roman"/>
          <w:b/>
          <w:i/>
          <w:color w:val="000000"/>
          <w:sz w:val="24"/>
          <w:szCs w:val="24"/>
          <w:u w:val="single"/>
        </w:rPr>
        <w:t>Диктант</w:t>
      </w:r>
    </w:p>
    <w:p w:rsidR="00063CD9" w:rsidRDefault="00063CD9" w:rsidP="00063CD9">
      <w:pPr>
        <w:widowControl w:val="0"/>
        <w:autoSpaceDE w:val="0"/>
        <w:autoSpaceDN w:val="0"/>
        <w:ind w:right="-1" w:firstLine="567"/>
        <w:jc w:val="both"/>
        <w:rPr>
          <w:rFonts w:ascii="Times New Roman" w:eastAsia="Times New Roman" w:hAnsi="Times New Roman" w:cs="Times New Roman"/>
          <w:color w:val="000000"/>
          <w:sz w:val="24"/>
          <w:szCs w:val="24"/>
        </w:rPr>
      </w:pPr>
      <w:r w:rsidRPr="00EB75AC">
        <w:rPr>
          <w:rFonts w:ascii="Times New Roman" w:eastAsia="Times New Roman" w:hAnsi="Times New Roman" w:cs="Times New Roman"/>
          <w:b/>
          <w:color w:val="000000"/>
          <w:sz w:val="24"/>
          <w:szCs w:val="24"/>
        </w:rPr>
        <w:t>Оценка «5»</w:t>
      </w:r>
      <w:r>
        <w:rPr>
          <w:rFonts w:ascii="Times New Roman" w:eastAsia="Times New Roman" w:hAnsi="Times New Roman" w:cs="Times New Roman"/>
          <w:color w:val="000000"/>
          <w:sz w:val="24"/>
          <w:szCs w:val="24"/>
        </w:rPr>
        <w:t xml:space="preserve"> – ставится,</w:t>
      </w:r>
      <w:r w:rsidRPr="0091600F">
        <w:rPr>
          <w:rFonts w:ascii="Times New Roman" w:eastAsia="Times New Roman" w:hAnsi="Times New Roman" w:cs="Times New Roman"/>
          <w:color w:val="000000"/>
          <w:sz w:val="24"/>
          <w:szCs w:val="24"/>
        </w:rPr>
        <w:t xml:space="preserve"> если нет ошибок и исправлений; работа написана аккуратно в соответствии с требованиями каллиграфии (в 3-4 классе возможно одно исправление графического характера).</w:t>
      </w:r>
    </w:p>
    <w:p w:rsidR="00063CD9" w:rsidRPr="0091600F" w:rsidRDefault="00063CD9" w:rsidP="00063CD9">
      <w:pPr>
        <w:widowControl w:val="0"/>
        <w:autoSpaceDE w:val="0"/>
        <w:autoSpaceDN w:val="0"/>
        <w:ind w:right="-1" w:firstLine="567"/>
        <w:jc w:val="both"/>
        <w:rPr>
          <w:rFonts w:ascii="Times New Roman" w:hAnsi="Times New Roman" w:cs="Times New Roman"/>
          <w:sz w:val="24"/>
          <w:szCs w:val="24"/>
        </w:rPr>
      </w:pPr>
      <w:r w:rsidRPr="00EB75AC">
        <w:rPr>
          <w:rFonts w:ascii="Times New Roman" w:eastAsia="Times New Roman" w:hAnsi="Times New Roman" w:cs="Times New Roman"/>
          <w:b/>
          <w:color w:val="000000"/>
          <w:sz w:val="24"/>
          <w:szCs w:val="24"/>
        </w:rPr>
        <w:t>Оценка «4»</w:t>
      </w:r>
      <w:r w:rsidRPr="0091600F">
        <w:rPr>
          <w:rFonts w:ascii="Times New Roman" w:eastAsia="Times New Roman" w:hAnsi="Times New Roman" w:cs="Times New Roman"/>
          <w:color w:val="000000"/>
          <w:sz w:val="24"/>
          <w:szCs w:val="24"/>
        </w:rPr>
        <w:t xml:space="preserve"> – ставится, если </w:t>
      </w:r>
      <w:r>
        <w:rPr>
          <w:rFonts w:ascii="Times New Roman" w:eastAsia="Times New Roman" w:hAnsi="Times New Roman" w:cs="Times New Roman"/>
          <w:color w:val="000000"/>
          <w:sz w:val="24"/>
          <w:szCs w:val="24"/>
        </w:rPr>
        <w:t xml:space="preserve">допущено </w:t>
      </w:r>
      <w:r w:rsidRPr="0091600F">
        <w:rPr>
          <w:rFonts w:ascii="Times New Roman" w:eastAsia="Times New Roman" w:hAnsi="Times New Roman" w:cs="Times New Roman"/>
          <w:color w:val="000000"/>
          <w:sz w:val="24"/>
          <w:szCs w:val="24"/>
        </w:rPr>
        <w:t>не более двух орфографических ошибок; работа выполнена чисто, но есть небольшие отклонения от каллиграфических норм.</w:t>
      </w:r>
    </w:p>
    <w:p w:rsidR="00063CD9" w:rsidRPr="0091600F" w:rsidRDefault="00063CD9" w:rsidP="00063CD9">
      <w:pPr>
        <w:widowControl w:val="0"/>
        <w:autoSpaceDE w:val="0"/>
        <w:autoSpaceDN w:val="0"/>
        <w:ind w:right="-1" w:firstLine="567"/>
        <w:jc w:val="both"/>
        <w:rPr>
          <w:rFonts w:ascii="Times New Roman" w:hAnsi="Times New Roman" w:cs="Times New Roman"/>
          <w:sz w:val="24"/>
          <w:szCs w:val="24"/>
        </w:rPr>
      </w:pPr>
      <w:r w:rsidRPr="00EB75AC">
        <w:rPr>
          <w:rFonts w:ascii="Times New Roman" w:eastAsia="Times New Roman" w:hAnsi="Times New Roman" w:cs="Times New Roman"/>
          <w:b/>
          <w:color w:val="000000"/>
          <w:sz w:val="24"/>
          <w:szCs w:val="24"/>
        </w:rPr>
        <w:t>Оценка «3»</w:t>
      </w:r>
      <w:r w:rsidRPr="0091600F">
        <w:rPr>
          <w:rFonts w:ascii="Times New Roman" w:eastAsia="Times New Roman" w:hAnsi="Times New Roman" w:cs="Times New Roman"/>
          <w:color w:val="000000"/>
          <w:sz w:val="24"/>
          <w:szCs w:val="24"/>
        </w:rPr>
        <w:t xml:space="preserve"> – ставится, е</w:t>
      </w:r>
      <w:r>
        <w:rPr>
          <w:rFonts w:ascii="Times New Roman" w:eastAsia="Times New Roman" w:hAnsi="Times New Roman" w:cs="Times New Roman"/>
          <w:color w:val="000000"/>
          <w:sz w:val="24"/>
          <w:szCs w:val="24"/>
        </w:rPr>
        <w:t>сли допущено 3-</w:t>
      </w:r>
      <w:r w:rsidRPr="0091600F">
        <w:rPr>
          <w:rFonts w:ascii="Times New Roman" w:eastAsia="Times New Roman" w:hAnsi="Times New Roman" w:cs="Times New Roman"/>
          <w:color w:val="000000"/>
          <w:sz w:val="24"/>
          <w:szCs w:val="24"/>
        </w:rPr>
        <w:t>5 ошибок, работа написана небрежно.</w:t>
      </w:r>
    </w:p>
    <w:p w:rsidR="00063CD9" w:rsidRDefault="00063CD9" w:rsidP="00063CD9">
      <w:pPr>
        <w:widowControl w:val="0"/>
        <w:autoSpaceDE w:val="0"/>
        <w:autoSpaceDN w:val="0"/>
        <w:ind w:right="-1" w:firstLine="567"/>
        <w:jc w:val="both"/>
        <w:rPr>
          <w:rFonts w:ascii="Times New Roman" w:eastAsia="Times New Roman" w:hAnsi="Times New Roman" w:cs="Times New Roman"/>
          <w:color w:val="000000"/>
          <w:sz w:val="24"/>
          <w:szCs w:val="24"/>
        </w:rPr>
      </w:pPr>
      <w:r w:rsidRPr="00EB75AC">
        <w:rPr>
          <w:rFonts w:ascii="Times New Roman" w:eastAsia="Times New Roman" w:hAnsi="Times New Roman" w:cs="Times New Roman"/>
          <w:b/>
          <w:color w:val="000000"/>
          <w:sz w:val="24"/>
          <w:szCs w:val="24"/>
        </w:rPr>
        <w:t>Оценка «2»</w:t>
      </w:r>
      <w:r w:rsidRPr="0091600F">
        <w:rPr>
          <w:rFonts w:ascii="Times New Roman" w:eastAsia="Times New Roman" w:hAnsi="Times New Roman" w:cs="Times New Roman"/>
          <w:color w:val="000000"/>
          <w:sz w:val="24"/>
          <w:szCs w:val="24"/>
        </w:rPr>
        <w:t xml:space="preserve"> – ставится, если допущено более 5 орфографических ошибок, работа написана неряшливо.</w:t>
      </w:r>
    </w:p>
    <w:p w:rsidR="00063CD9" w:rsidRPr="0072624C" w:rsidRDefault="00063CD9" w:rsidP="00063CD9">
      <w:pPr>
        <w:widowControl w:val="0"/>
        <w:autoSpaceDE w:val="0"/>
        <w:autoSpaceDN w:val="0"/>
        <w:adjustRightInd w:val="0"/>
        <w:ind w:firstLine="567"/>
        <w:rPr>
          <w:rFonts w:ascii="Times New Roman" w:hAnsi="Times New Roman" w:cs="Times New Roman"/>
          <w:b/>
          <w:bCs/>
          <w:sz w:val="24"/>
          <w:szCs w:val="24"/>
        </w:rPr>
      </w:pPr>
      <w:r w:rsidRPr="0072624C">
        <w:rPr>
          <w:rFonts w:ascii="Times New Roman" w:hAnsi="Times New Roman" w:cs="Times New Roman"/>
          <w:b/>
          <w:sz w:val="24"/>
          <w:szCs w:val="24"/>
        </w:rPr>
        <w:t>Учёт ошибок в диктанте</w:t>
      </w:r>
      <w:r w:rsidRPr="0072624C">
        <w:rPr>
          <w:rFonts w:ascii="Times New Roman" w:hAnsi="Times New Roman" w:cs="Times New Roman"/>
          <w:b/>
          <w:bCs/>
          <w:sz w:val="24"/>
          <w:szCs w:val="24"/>
        </w:rPr>
        <w:t>:</w:t>
      </w:r>
    </w:p>
    <w:p w:rsidR="00063CD9" w:rsidRPr="00EB75AC" w:rsidRDefault="00063CD9" w:rsidP="00063CD9">
      <w:pPr>
        <w:pStyle w:val="af1"/>
        <w:widowControl w:val="0"/>
        <w:numPr>
          <w:ilvl w:val="0"/>
          <w:numId w:val="7"/>
        </w:numPr>
        <w:autoSpaceDE w:val="0"/>
        <w:autoSpaceDN w:val="0"/>
        <w:adjustRightInd w:val="0"/>
        <w:spacing w:after="0" w:line="240" w:lineRule="auto"/>
        <w:ind w:left="0" w:firstLine="567"/>
        <w:contextualSpacing w:val="0"/>
        <w:rPr>
          <w:rFonts w:ascii="Times New Roman" w:hAnsi="Times New Roman" w:cs="Times New Roman"/>
          <w:sz w:val="24"/>
          <w:szCs w:val="24"/>
          <w:lang w:val="ru-RU"/>
        </w:rPr>
      </w:pPr>
      <w:r>
        <w:rPr>
          <w:rFonts w:ascii="Times New Roman" w:hAnsi="Times New Roman" w:cs="Times New Roman"/>
          <w:sz w:val="24"/>
          <w:szCs w:val="24"/>
          <w:lang w:val="ru-RU"/>
        </w:rPr>
        <w:t>п</w:t>
      </w:r>
      <w:r w:rsidRPr="00EB75AC">
        <w:rPr>
          <w:rFonts w:ascii="Times New Roman" w:hAnsi="Times New Roman" w:cs="Times New Roman"/>
          <w:sz w:val="24"/>
          <w:szCs w:val="24"/>
          <w:lang w:val="ru-RU"/>
        </w:rPr>
        <w:t>овторная ошибка в одном и том же слове считается за 1ошибку.</w:t>
      </w:r>
    </w:p>
    <w:p w:rsidR="00063CD9" w:rsidRPr="00C32007" w:rsidRDefault="00063CD9" w:rsidP="00063CD9">
      <w:pPr>
        <w:pStyle w:val="af1"/>
        <w:widowControl w:val="0"/>
        <w:numPr>
          <w:ilvl w:val="0"/>
          <w:numId w:val="7"/>
        </w:numPr>
        <w:autoSpaceDE w:val="0"/>
        <w:autoSpaceDN w:val="0"/>
        <w:adjustRightInd w:val="0"/>
        <w:spacing w:after="0" w:line="240" w:lineRule="auto"/>
        <w:ind w:left="0" w:firstLine="567"/>
        <w:contextualSpacing w:val="0"/>
        <w:jc w:val="both"/>
        <w:rPr>
          <w:rFonts w:ascii="Times New Roman" w:hAnsi="Times New Roman" w:cs="Times New Roman"/>
          <w:sz w:val="24"/>
          <w:szCs w:val="24"/>
          <w:lang w:val="ru-RU"/>
        </w:rPr>
      </w:pPr>
      <w:proofErr w:type="gramStart"/>
      <w:r w:rsidRPr="00C32007">
        <w:rPr>
          <w:rFonts w:ascii="Times New Roman" w:hAnsi="Times New Roman" w:cs="Times New Roman"/>
          <w:sz w:val="24"/>
          <w:szCs w:val="24"/>
          <w:lang w:val="ru-RU"/>
        </w:rPr>
        <w:t>ошибки на одно и то же правило, допущенные в разных словах, считаются как две ошибки (например, ученик написал букву «т» вместо «</w:t>
      </w:r>
      <w:proofErr w:type="spellStart"/>
      <w:r w:rsidRPr="00C32007">
        <w:rPr>
          <w:rFonts w:ascii="Times New Roman" w:hAnsi="Times New Roman" w:cs="Times New Roman"/>
          <w:sz w:val="24"/>
          <w:szCs w:val="24"/>
          <w:lang w:val="ru-RU"/>
        </w:rPr>
        <w:t>д</w:t>
      </w:r>
      <w:proofErr w:type="spellEnd"/>
      <w:r w:rsidRPr="00C32007">
        <w:rPr>
          <w:rFonts w:ascii="Times New Roman" w:hAnsi="Times New Roman" w:cs="Times New Roman"/>
          <w:sz w:val="24"/>
          <w:szCs w:val="24"/>
          <w:lang w:val="ru-RU"/>
        </w:rPr>
        <w:t>» в слове «лошадка» и букву «с»</w:t>
      </w:r>
      <w:r>
        <w:rPr>
          <w:rFonts w:ascii="Times New Roman" w:hAnsi="Times New Roman" w:cs="Times New Roman"/>
          <w:sz w:val="24"/>
          <w:szCs w:val="24"/>
          <w:lang w:val="ru-RU"/>
        </w:rPr>
        <w:t xml:space="preserve"> </w:t>
      </w:r>
      <w:r w:rsidRPr="00C32007">
        <w:rPr>
          <w:rFonts w:ascii="Times New Roman" w:hAnsi="Times New Roman" w:cs="Times New Roman"/>
          <w:sz w:val="24"/>
          <w:szCs w:val="24"/>
          <w:lang w:val="ru-RU"/>
        </w:rPr>
        <w:t>вместо «</w:t>
      </w:r>
      <w:proofErr w:type="spellStart"/>
      <w:r w:rsidRPr="00C32007">
        <w:rPr>
          <w:rFonts w:ascii="Times New Roman" w:hAnsi="Times New Roman" w:cs="Times New Roman"/>
          <w:sz w:val="24"/>
          <w:szCs w:val="24"/>
          <w:lang w:val="ru-RU"/>
        </w:rPr>
        <w:t>з</w:t>
      </w:r>
      <w:proofErr w:type="spellEnd"/>
      <w:r w:rsidRPr="00C32007">
        <w:rPr>
          <w:rFonts w:ascii="Times New Roman" w:hAnsi="Times New Roman" w:cs="Times New Roman"/>
          <w:sz w:val="24"/>
          <w:szCs w:val="24"/>
          <w:lang w:val="ru-RU"/>
        </w:rPr>
        <w:t>» в слове «повозка»).</w:t>
      </w:r>
      <w:proofErr w:type="gramEnd"/>
    </w:p>
    <w:p w:rsidR="00063CD9" w:rsidRPr="00EB75AC" w:rsidRDefault="00063CD9" w:rsidP="00063CD9">
      <w:pPr>
        <w:widowControl w:val="0"/>
        <w:autoSpaceDE w:val="0"/>
        <w:autoSpaceDN w:val="0"/>
        <w:adjustRightInd w:val="0"/>
        <w:ind w:firstLine="567"/>
        <w:jc w:val="both"/>
        <w:rPr>
          <w:rFonts w:ascii="Times New Roman" w:hAnsi="Times New Roman" w:cs="Times New Roman"/>
          <w:b/>
          <w:bCs/>
          <w:sz w:val="24"/>
          <w:szCs w:val="24"/>
        </w:rPr>
      </w:pPr>
      <w:r w:rsidRPr="004300BA">
        <w:rPr>
          <w:rFonts w:ascii="Times New Roman" w:hAnsi="Times New Roman" w:cs="Times New Roman"/>
          <w:i/>
          <w:sz w:val="24"/>
          <w:szCs w:val="24"/>
        </w:rPr>
        <w:t xml:space="preserve">Ошибкой </w:t>
      </w:r>
      <w:r w:rsidRPr="004300BA">
        <w:rPr>
          <w:rFonts w:ascii="Times New Roman" w:hAnsi="Times New Roman" w:cs="Times New Roman"/>
          <w:b/>
          <w:i/>
          <w:sz w:val="24"/>
          <w:szCs w:val="24"/>
        </w:rPr>
        <w:t>считается</w:t>
      </w:r>
      <w:r w:rsidRPr="004300BA">
        <w:rPr>
          <w:rFonts w:ascii="Times New Roman" w:hAnsi="Times New Roman" w:cs="Times New Roman"/>
          <w:b/>
          <w:bCs/>
          <w:sz w:val="24"/>
          <w:szCs w:val="24"/>
        </w:rPr>
        <w:t>:</w:t>
      </w:r>
    </w:p>
    <w:p w:rsidR="00063CD9" w:rsidRPr="00C32007" w:rsidRDefault="00063CD9" w:rsidP="00063CD9">
      <w:pPr>
        <w:pStyle w:val="af1"/>
        <w:widowControl w:val="0"/>
        <w:numPr>
          <w:ilvl w:val="0"/>
          <w:numId w:val="8"/>
        </w:numPr>
        <w:autoSpaceDE w:val="0"/>
        <w:autoSpaceDN w:val="0"/>
        <w:adjustRightInd w:val="0"/>
        <w:spacing w:after="0" w:line="240" w:lineRule="auto"/>
        <w:ind w:left="0" w:firstLine="567"/>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н</w:t>
      </w:r>
      <w:r w:rsidRPr="00C32007">
        <w:rPr>
          <w:rFonts w:ascii="Times New Roman" w:hAnsi="Times New Roman" w:cs="Times New Roman"/>
          <w:sz w:val="24"/>
          <w:szCs w:val="24"/>
          <w:lang w:val="ru-RU"/>
        </w:rPr>
        <w:t>арушение орфографических правил при написании слов, включая ошибки на пропуск,</w:t>
      </w:r>
      <w:r>
        <w:rPr>
          <w:rFonts w:ascii="Times New Roman" w:hAnsi="Times New Roman" w:cs="Times New Roman"/>
          <w:sz w:val="24"/>
          <w:szCs w:val="24"/>
          <w:lang w:val="ru-RU"/>
        </w:rPr>
        <w:t xml:space="preserve"> </w:t>
      </w:r>
      <w:r w:rsidRPr="00C32007">
        <w:rPr>
          <w:rFonts w:ascii="Times New Roman" w:hAnsi="Times New Roman" w:cs="Times New Roman"/>
          <w:sz w:val="24"/>
          <w:szCs w:val="24"/>
          <w:lang w:val="ru-RU"/>
        </w:rPr>
        <w:t>искажение, перестановку, замену и вставку лишних бу</w:t>
      </w:r>
      <w:proofErr w:type="gramStart"/>
      <w:r w:rsidRPr="00C32007">
        <w:rPr>
          <w:rFonts w:ascii="Times New Roman" w:hAnsi="Times New Roman" w:cs="Times New Roman"/>
          <w:sz w:val="24"/>
          <w:szCs w:val="24"/>
          <w:lang w:val="ru-RU"/>
        </w:rPr>
        <w:t>кв в сл</w:t>
      </w:r>
      <w:proofErr w:type="gramEnd"/>
      <w:r w:rsidRPr="00C32007">
        <w:rPr>
          <w:rFonts w:ascii="Times New Roman" w:hAnsi="Times New Roman" w:cs="Times New Roman"/>
          <w:sz w:val="24"/>
          <w:szCs w:val="24"/>
          <w:lang w:val="ru-RU"/>
        </w:rPr>
        <w:t>овах;</w:t>
      </w:r>
    </w:p>
    <w:p w:rsidR="00063CD9" w:rsidRPr="00C32007" w:rsidRDefault="00063CD9" w:rsidP="00063CD9">
      <w:pPr>
        <w:pStyle w:val="af1"/>
        <w:widowControl w:val="0"/>
        <w:numPr>
          <w:ilvl w:val="0"/>
          <w:numId w:val="8"/>
        </w:numPr>
        <w:autoSpaceDE w:val="0"/>
        <w:autoSpaceDN w:val="0"/>
        <w:adjustRightInd w:val="0"/>
        <w:spacing w:after="0" w:line="240" w:lineRule="auto"/>
        <w:ind w:left="0" w:firstLine="567"/>
        <w:contextualSpacing w:val="0"/>
        <w:jc w:val="both"/>
        <w:rPr>
          <w:rFonts w:ascii="Times New Roman" w:hAnsi="Times New Roman" w:cs="Times New Roman"/>
          <w:sz w:val="24"/>
          <w:szCs w:val="24"/>
          <w:lang w:val="ru-RU"/>
        </w:rPr>
      </w:pPr>
      <w:r>
        <w:rPr>
          <w:rFonts w:ascii="Times New Roman" w:hAnsi="Times New Roman" w:cs="Times New Roman"/>
          <w:sz w:val="24"/>
          <w:szCs w:val="24"/>
          <w:lang w:val="ru-RU"/>
        </w:rPr>
        <w:t>з</w:t>
      </w:r>
      <w:r w:rsidRPr="00C32007">
        <w:rPr>
          <w:rFonts w:ascii="Times New Roman" w:hAnsi="Times New Roman" w:cs="Times New Roman"/>
          <w:sz w:val="24"/>
          <w:szCs w:val="24"/>
          <w:lang w:val="ru-RU"/>
        </w:rPr>
        <w:t>амена слов;</w:t>
      </w:r>
    </w:p>
    <w:p w:rsidR="00063CD9" w:rsidRPr="00C32007" w:rsidRDefault="00063CD9" w:rsidP="00063CD9">
      <w:pPr>
        <w:pStyle w:val="af1"/>
        <w:widowControl w:val="0"/>
        <w:numPr>
          <w:ilvl w:val="0"/>
          <w:numId w:val="8"/>
        </w:numPr>
        <w:autoSpaceDE w:val="0"/>
        <w:autoSpaceDN w:val="0"/>
        <w:adjustRightInd w:val="0"/>
        <w:spacing w:after="0" w:line="240" w:lineRule="auto"/>
        <w:ind w:left="0" w:firstLine="567"/>
        <w:contextualSpacing w:val="0"/>
        <w:jc w:val="both"/>
        <w:rPr>
          <w:rFonts w:ascii="Times New Roman" w:hAnsi="Times New Roman" w:cs="Times New Roman"/>
          <w:sz w:val="24"/>
          <w:szCs w:val="24"/>
          <w:lang w:val="ru-RU"/>
        </w:rPr>
      </w:pPr>
      <w:r w:rsidRPr="00C32007">
        <w:rPr>
          <w:rFonts w:ascii="Times New Roman" w:hAnsi="Times New Roman" w:cs="Times New Roman"/>
          <w:sz w:val="24"/>
          <w:szCs w:val="24"/>
          <w:lang w:val="ru-RU"/>
        </w:rPr>
        <w:t xml:space="preserve">отсутствие знаков препинания, изученных в данный момент в соответствии с </w:t>
      </w:r>
      <w:r>
        <w:rPr>
          <w:rFonts w:ascii="Times New Roman" w:hAnsi="Times New Roman" w:cs="Times New Roman"/>
          <w:sz w:val="24"/>
          <w:szCs w:val="24"/>
          <w:lang w:val="ru-RU"/>
        </w:rPr>
        <w:t>программой</w:t>
      </w:r>
      <w:r w:rsidRPr="00C32007">
        <w:rPr>
          <w:rFonts w:ascii="Times New Roman" w:hAnsi="Times New Roman" w:cs="Times New Roman"/>
          <w:sz w:val="24"/>
          <w:szCs w:val="24"/>
          <w:lang w:val="ru-RU"/>
        </w:rPr>
        <w:t>.</w:t>
      </w:r>
    </w:p>
    <w:p w:rsidR="00063CD9" w:rsidRPr="00EB75AC" w:rsidRDefault="00063CD9" w:rsidP="00063CD9">
      <w:pPr>
        <w:widowControl w:val="0"/>
        <w:autoSpaceDE w:val="0"/>
        <w:autoSpaceDN w:val="0"/>
        <w:adjustRightInd w:val="0"/>
        <w:ind w:firstLine="567"/>
        <w:rPr>
          <w:rFonts w:ascii="Times New Roman" w:hAnsi="Times New Roman" w:cs="Times New Roman"/>
          <w:sz w:val="24"/>
          <w:szCs w:val="24"/>
        </w:rPr>
      </w:pPr>
      <w:r w:rsidRPr="004300BA">
        <w:rPr>
          <w:rFonts w:ascii="Times New Roman" w:hAnsi="Times New Roman" w:cs="Times New Roman"/>
          <w:i/>
          <w:sz w:val="24"/>
          <w:szCs w:val="24"/>
        </w:rPr>
        <w:t xml:space="preserve">За ошибку </w:t>
      </w:r>
      <w:r w:rsidRPr="004300BA">
        <w:rPr>
          <w:rFonts w:ascii="Times New Roman" w:hAnsi="Times New Roman" w:cs="Times New Roman"/>
          <w:b/>
          <w:i/>
          <w:sz w:val="24"/>
          <w:szCs w:val="24"/>
        </w:rPr>
        <w:t>не считаются</w:t>
      </w:r>
      <w:r w:rsidRPr="004300BA">
        <w:rPr>
          <w:rFonts w:ascii="Times New Roman" w:hAnsi="Times New Roman" w:cs="Times New Roman"/>
          <w:b/>
          <w:sz w:val="24"/>
          <w:szCs w:val="24"/>
        </w:rPr>
        <w:t>:</w:t>
      </w:r>
    </w:p>
    <w:p w:rsidR="00063CD9" w:rsidRPr="00C32007" w:rsidRDefault="00063CD9" w:rsidP="00063CD9">
      <w:pPr>
        <w:pStyle w:val="af1"/>
        <w:widowControl w:val="0"/>
        <w:numPr>
          <w:ilvl w:val="0"/>
          <w:numId w:val="9"/>
        </w:numPr>
        <w:autoSpaceDE w:val="0"/>
        <w:autoSpaceDN w:val="0"/>
        <w:adjustRightInd w:val="0"/>
        <w:spacing w:after="0" w:line="240" w:lineRule="auto"/>
        <w:ind w:left="0" w:firstLine="567"/>
        <w:contextualSpacing w:val="0"/>
        <w:jc w:val="both"/>
        <w:rPr>
          <w:rFonts w:ascii="Times New Roman" w:hAnsi="Times New Roman" w:cs="Times New Roman"/>
          <w:sz w:val="24"/>
          <w:szCs w:val="24"/>
          <w:lang w:val="ru-RU"/>
        </w:rPr>
      </w:pPr>
      <w:r w:rsidRPr="00C32007">
        <w:rPr>
          <w:rFonts w:ascii="Times New Roman" w:hAnsi="Times New Roman" w:cs="Times New Roman"/>
          <w:sz w:val="24"/>
          <w:szCs w:val="24"/>
          <w:lang w:val="ru-RU"/>
        </w:rPr>
        <w:t xml:space="preserve">ошибки </w:t>
      </w:r>
      <w:proofErr w:type="gramStart"/>
      <w:r w:rsidRPr="00C32007">
        <w:rPr>
          <w:rFonts w:ascii="Times New Roman" w:hAnsi="Times New Roman" w:cs="Times New Roman"/>
          <w:sz w:val="24"/>
          <w:szCs w:val="24"/>
          <w:lang w:val="ru-RU"/>
        </w:rPr>
        <w:t>на те</w:t>
      </w:r>
      <w:proofErr w:type="gramEnd"/>
      <w:r w:rsidRPr="00C32007">
        <w:rPr>
          <w:rFonts w:ascii="Times New Roman" w:hAnsi="Times New Roman" w:cs="Times New Roman"/>
          <w:sz w:val="24"/>
          <w:szCs w:val="24"/>
          <w:lang w:val="ru-RU"/>
        </w:rPr>
        <w:t xml:space="preserve"> разделы орфографии и пунктуации, которые ни в данном классе, ни в</w:t>
      </w:r>
      <w:r>
        <w:rPr>
          <w:rFonts w:ascii="Times New Roman" w:hAnsi="Times New Roman" w:cs="Times New Roman"/>
          <w:sz w:val="24"/>
          <w:szCs w:val="24"/>
          <w:lang w:val="ru-RU"/>
        </w:rPr>
        <w:t xml:space="preserve"> </w:t>
      </w:r>
      <w:r w:rsidRPr="00C32007">
        <w:rPr>
          <w:rFonts w:ascii="Times New Roman" w:hAnsi="Times New Roman" w:cs="Times New Roman"/>
          <w:sz w:val="24"/>
          <w:szCs w:val="24"/>
          <w:lang w:val="ru-RU"/>
        </w:rPr>
        <w:t>предшествующих классах не изучались;</w:t>
      </w:r>
    </w:p>
    <w:p w:rsidR="00063CD9" w:rsidRPr="00C32007" w:rsidRDefault="00063CD9" w:rsidP="00063CD9">
      <w:pPr>
        <w:pStyle w:val="af1"/>
        <w:widowControl w:val="0"/>
        <w:numPr>
          <w:ilvl w:val="0"/>
          <w:numId w:val="9"/>
        </w:numPr>
        <w:autoSpaceDE w:val="0"/>
        <w:autoSpaceDN w:val="0"/>
        <w:adjustRightInd w:val="0"/>
        <w:spacing w:after="0" w:line="240" w:lineRule="auto"/>
        <w:ind w:left="0" w:firstLine="567"/>
        <w:contextualSpacing w:val="0"/>
        <w:jc w:val="both"/>
        <w:rPr>
          <w:rFonts w:ascii="Times New Roman" w:hAnsi="Times New Roman" w:cs="Times New Roman"/>
          <w:sz w:val="24"/>
          <w:szCs w:val="24"/>
          <w:lang w:val="ru-RU"/>
        </w:rPr>
      </w:pPr>
      <w:r w:rsidRPr="00C32007">
        <w:rPr>
          <w:rFonts w:ascii="Times New Roman" w:hAnsi="Times New Roman" w:cs="Times New Roman"/>
          <w:sz w:val="24"/>
          <w:szCs w:val="24"/>
          <w:lang w:val="ru-RU"/>
        </w:rPr>
        <w:t>единичный пропуск точки в конце предложения, если первое слово следующего</w:t>
      </w:r>
      <w:r>
        <w:rPr>
          <w:rFonts w:ascii="Times New Roman" w:hAnsi="Times New Roman" w:cs="Times New Roman"/>
          <w:sz w:val="24"/>
          <w:szCs w:val="24"/>
          <w:lang w:val="ru-RU"/>
        </w:rPr>
        <w:t xml:space="preserve"> </w:t>
      </w:r>
      <w:r w:rsidRPr="00C32007">
        <w:rPr>
          <w:rFonts w:ascii="Times New Roman" w:hAnsi="Times New Roman" w:cs="Times New Roman"/>
          <w:sz w:val="24"/>
          <w:szCs w:val="24"/>
          <w:lang w:val="ru-RU"/>
        </w:rPr>
        <w:t>предложения написано с заглавной буквы;</w:t>
      </w:r>
    </w:p>
    <w:p w:rsidR="00063CD9" w:rsidRPr="00C32007" w:rsidRDefault="00063CD9" w:rsidP="00063CD9">
      <w:pPr>
        <w:pStyle w:val="af1"/>
        <w:widowControl w:val="0"/>
        <w:numPr>
          <w:ilvl w:val="0"/>
          <w:numId w:val="9"/>
        </w:numPr>
        <w:autoSpaceDE w:val="0"/>
        <w:autoSpaceDN w:val="0"/>
        <w:adjustRightInd w:val="0"/>
        <w:spacing w:after="0" w:line="240" w:lineRule="auto"/>
        <w:ind w:left="0" w:firstLine="567"/>
        <w:contextualSpacing w:val="0"/>
        <w:jc w:val="both"/>
        <w:rPr>
          <w:rFonts w:ascii="Times New Roman" w:hAnsi="Times New Roman" w:cs="Times New Roman"/>
          <w:sz w:val="24"/>
          <w:szCs w:val="24"/>
          <w:lang w:val="ru-RU"/>
        </w:rPr>
      </w:pPr>
      <w:r w:rsidRPr="00C32007">
        <w:rPr>
          <w:rFonts w:ascii="Times New Roman" w:hAnsi="Times New Roman" w:cs="Times New Roman"/>
          <w:sz w:val="24"/>
          <w:szCs w:val="24"/>
          <w:lang w:val="ru-RU"/>
        </w:rPr>
        <w:t>единичный случай замены одного слова без искажения смысла.</w:t>
      </w:r>
    </w:p>
    <w:p w:rsidR="00063CD9" w:rsidRPr="00EB75AC" w:rsidRDefault="00063CD9" w:rsidP="00063CD9">
      <w:pPr>
        <w:widowControl w:val="0"/>
        <w:autoSpaceDE w:val="0"/>
        <w:autoSpaceDN w:val="0"/>
        <w:adjustRightInd w:val="0"/>
        <w:ind w:firstLine="567"/>
        <w:jc w:val="both"/>
        <w:rPr>
          <w:rFonts w:ascii="Times New Roman" w:hAnsi="Times New Roman" w:cs="Times New Roman"/>
          <w:b/>
          <w:bCs/>
          <w:i/>
          <w:iCs/>
          <w:sz w:val="24"/>
          <w:szCs w:val="24"/>
        </w:rPr>
      </w:pPr>
      <w:r w:rsidRPr="00EB75AC">
        <w:rPr>
          <w:rFonts w:ascii="Times New Roman" w:hAnsi="Times New Roman" w:cs="Times New Roman"/>
          <w:b/>
          <w:bCs/>
          <w:i/>
          <w:iCs/>
          <w:sz w:val="24"/>
          <w:szCs w:val="24"/>
        </w:rPr>
        <w:t xml:space="preserve">За одну ошибку </w:t>
      </w:r>
      <w:r w:rsidRPr="004300BA">
        <w:rPr>
          <w:rFonts w:ascii="Times New Roman" w:hAnsi="Times New Roman" w:cs="Times New Roman"/>
          <w:bCs/>
          <w:i/>
          <w:iCs/>
          <w:sz w:val="24"/>
          <w:szCs w:val="24"/>
        </w:rPr>
        <w:t>в диктанте считаются</w:t>
      </w:r>
      <w:r w:rsidRPr="00EB75AC">
        <w:rPr>
          <w:rFonts w:ascii="Times New Roman" w:hAnsi="Times New Roman" w:cs="Times New Roman"/>
          <w:b/>
          <w:bCs/>
          <w:i/>
          <w:iCs/>
          <w:sz w:val="24"/>
          <w:szCs w:val="24"/>
        </w:rPr>
        <w:t>:</w:t>
      </w:r>
    </w:p>
    <w:p w:rsidR="00063CD9" w:rsidRPr="004300BA" w:rsidRDefault="00063CD9" w:rsidP="00063CD9">
      <w:pPr>
        <w:pStyle w:val="af1"/>
        <w:widowControl w:val="0"/>
        <w:numPr>
          <w:ilvl w:val="0"/>
          <w:numId w:val="10"/>
        </w:numPr>
        <w:autoSpaceDE w:val="0"/>
        <w:autoSpaceDN w:val="0"/>
        <w:adjustRightInd w:val="0"/>
        <w:spacing w:after="0" w:line="240" w:lineRule="auto"/>
        <w:ind w:left="0" w:firstLine="567"/>
        <w:contextualSpacing w:val="0"/>
        <w:rPr>
          <w:rFonts w:ascii="Times New Roman" w:hAnsi="Times New Roman" w:cs="Times New Roman"/>
          <w:sz w:val="24"/>
          <w:szCs w:val="24"/>
          <w:lang w:val="ru-RU"/>
        </w:rPr>
      </w:pPr>
      <w:r w:rsidRPr="004300BA">
        <w:rPr>
          <w:rFonts w:ascii="Times New Roman" w:hAnsi="Times New Roman" w:cs="Times New Roman"/>
          <w:sz w:val="24"/>
          <w:szCs w:val="24"/>
          <w:lang w:val="ru-RU"/>
        </w:rPr>
        <w:t>два исправления;</w:t>
      </w:r>
    </w:p>
    <w:p w:rsidR="00063CD9" w:rsidRPr="004300BA" w:rsidRDefault="00063CD9" w:rsidP="00063CD9">
      <w:pPr>
        <w:pStyle w:val="af1"/>
        <w:widowControl w:val="0"/>
        <w:numPr>
          <w:ilvl w:val="0"/>
          <w:numId w:val="10"/>
        </w:numPr>
        <w:autoSpaceDE w:val="0"/>
        <w:autoSpaceDN w:val="0"/>
        <w:adjustRightInd w:val="0"/>
        <w:spacing w:after="0" w:line="240" w:lineRule="auto"/>
        <w:ind w:left="0" w:firstLine="567"/>
        <w:contextualSpacing w:val="0"/>
        <w:rPr>
          <w:rFonts w:ascii="Times New Roman" w:hAnsi="Times New Roman" w:cs="Times New Roman"/>
          <w:sz w:val="24"/>
          <w:szCs w:val="24"/>
          <w:lang w:val="ru-RU"/>
        </w:rPr>
      </w:pPr>
      <w:r w:rsidRPr="004300BA">
        <w:rPr>
          <w:rFonts w:ascii="Times New Roman" w:hAnsi="Times New Roman" w:cs="Times New Roman"/>
          <w:sz w:val="24"/>
          <w:szCs w:val="24"/>
          <w:lang w:val="ru-RU"/>
        </w:rPr>
        <w:t>две пунктуационные ошибки;</w:t>
      </w:r>
    </w:p>
    <w:p w:rsidR="00063CD9" w:rsidRPr="004300BA" w:rsidRDefault="00063CD9" w:rsidP="00063CD9">
      <w:pPr>
        <w:pStyle w:val="af1"/>
        <w:widowControl w:val="0"/>
        <w:numPr>
          <w:ilvl w:val="0"/>
          <w:numId w:val="10"/>
        </w:numPr>
        <w:autoSpaceDE w:val="0"/>
        <w:autoSpaceDN w:val="0"/>
        <w:adjustRightInd w:val="0"/>
        <w:spacing w:after="0" w:line="240" w:lineRule="auto"/>
        <w:ind w:left="0" w:firstLine="567"/>
        <w:contextualSpacing w:val="0"/>
        <w:rPr>
          <w:rFonts w:ascii="Times New Roman" w:hAnsi="Times New Roman" w:cs="Times New Roman"/>
          <w:sz w:val="24"/>
          <w:szCs w:val="24"/>
          <w:lang w:val="ru-RU"/>
        </w:rPr>
      </w:pPr>
      <w:r w:rsidRPr="004300BA">
        <w:rPr>
          <w:rFonts w:ascii="Times New Roman" w:hAnsi="Times New Roman" w:cs="Times New Roman"/>
          <w:sz w:val="24"/>
          <w:szCs w:val="24"/>
          <w:lang w:val="ru-RU"/>
        </w:rPr>
        <w:t xml:space="preserve">повторение ошибок в одном и том же слове, например, в слове «ножи» дважды написано </w:t>
      </w:r>
      <w:proofErr w:type="gramStart"/>
      <w:r w:rsidRPr="004300BA">
        <w:rPr>
          <w:rFonts w:ascii="Times New Roman" w:hAnsi="Times New Roman" w:cs="Times New Roman"/>
          <w:sz w:val="24"/>
          <w:szCs w:val="24"/>
          <w:lang w:val="ru-RU"/>
        </w:rPr>
        <w:t>Ы</w:t>
      </w:r>
      <w:proofErr w:type="gramEnd"/>
      <w:r>
        <w:rPr>
          <w:rFonts w:ascii="Times New Roman" w:hAnsi="Times New Roman" w:cs="Times New Roman"/>
          <w:sz w:val="24"/>
          <w:szCs w:val="24"/>
          <w:lang w:val="ru-RU"/>
        </w:rPr>
        <w:t xml:space="preserve"> </w:t>
      </w:r>
      <w:r w:rsidRPr="004300BA">
        <w:rPr>
          <w:rFonts w:ascii="Times New Roman" w:hAnsi="Times New Roman" w:cs="Times New Roman"/>
          <w:sz w:val="24"/>
          <w:szCs w:val="24"/>
          <w:lang w:val="ru-RU"/>
        </w:rPr>
        <w:t>в конце;</w:t>
      </w:r>
    </w:p>
    <w:p w:rsidR="00063CD9" w:rsidRPr="004300BA" w:rsidRDefault="00063CD9" w:rsidP="00063CD9">
      <w:pPr>
        <w:pStyle w:val="af1"/>
        <w:widowControl w:val="0"/>
        <w:numPr>
          <w:ilvl w:val="0"/>
          <w:numId w:val="10"/>
        </w:numPr>
        <w:autoSpaceDE w:val="0"/>
        <w:autoSpaceDN w:val="0"/>
        <w:adjustRightInd w:val="0"/>
        <w:spacing w:after="0" w:line="240" w:lineRule="auto"/>
        <w:ind w:left="0" w:firstLine="567"/>
        <w:contextualSpacing w:val="0"/>
        <w:rPr>
          <w:rFonts w:ascii="Times New Roman" w:hAnsi="Times New Roman" w:cs="Times New Roman"/>
          <w:sz w:val="20"/>
          <w:szCs w:val="20"/>
          <w:lang w:val="ru-RU"/>
        </w:rPr>
      </w:pPr>
      <w:r w:rsidRPr="004300BA">
        <w:rPr>
          <w:rFonts w:ascii="Times New Roman" w:hAnsi="Times New Roman" w:cs="Times New Roman"/>
          <w:sz w:val="24"/>
          <w:szCs w:val="24"/>
          <w:lang w:val="ru-RU"/>
        </w:rPr>
        <w:t>если же подобная ошибка встречается в другом слове, она считается за ошибку.</w:t>
      </w:r>
    </w:p>
    <w:p w:rsidR="00063CD9" w:rsidRDefault="00063CD9" w:rsidP="00063CD9">
      <w:pPr>
        <w:widowControl w:val="0"/>
        <w:autoSpaceDE w:val="0"/>
        <w:autoSpaceDN w:val="0"/>
        <w:ind w:right="566" w:firstLine="567"/>
        <w:rPr>
          <w:rFonts w:ascii="Times New Roman" w:eastAsia="Times New Roman" w:hAnsi="Times New Roman" w:cs="Times New Roman"/>
          <w:b/>
          <w:i/>
          <w:color w:val="000000"/>
          <w:sz w:val="24"/>
          <w:szCs w:val="24"/>
        </w:rPr>
      </w:pPr>
      <w:r w:rsidRPr="0091600F">
        <w:rPr>
          <w:rFonts w:ascii="Times New Roman" w:eastAsia="Times New Roman" w:hAnsi="Times New Roman" w:cs="Times New Roman"/>
          <w:b/>
          <w:i/>
          <w:color w:val="000000"/>
          <w:sz w:val="24"/>
          <w:szCs w:val="24"/>
        </w:rPr>
        <w:t xml:space="preserve">Негрубыми ошибками </w:t>
      </w:r>
      <w:r w:rsidRPr="004300BA">
        <w:rPr>
          <w:rFonts w:ascii="Times New Roman" w:eastAsia="Times New Roman" w:hAnsi="Times New Roman" w:cs="Times New Roman"/>
          <w:i/>
          <w:color w:val="000000"/>
          <w:sz w:val="24"/>
          <w:szCs w:val="24"/>
        </w:rPr>
        <w:t xml:space="preserve">считаются </w:t>
      </w:r>
      <w:proofErr w:type="gramStart"/>
      <w:r w:rsidRPr="004300BA">
        <w:rPr>
          <w:rFonts w:ascii="Times New Roman" w:eastAsia="Times New Roman" w:hAnsi="Times New Roman" w:cs="Times New Roman"/>
          <w:i/>
          <w:color w:val="000000"/>
          <w:sz w:val="24"/>
          <w:szCs w:val="24"/>
        </w:rPr>
        <w:t>следующие</w:t>
      </w:r>
      <w:proofErr w:type="gramEnd"/>
      <w:r w:rsidRPr="0091600F">
        <w:rPr>
          <w:rFonts w:ascii="Times New Roman" w:eastAsia="Times New Roman" w:hAnsi="Times New Roman" w:cs="Times New Roman"/>
          <w:b/>
          <w:i/>
          <w:color w:val="000000"/>
          <w:sz w:val="24"/>
          <w:szCs w:val="24"/>
        </w:rPr>
        <w:t>:</w:t>
      </w:r>
    </w:p>
    <w:p w:rsidR="00063CD9" w:rsidRDefault="00063CD9" w:rsidP="00063CD9">
      <w:pPr>
        <w:pStyle w:val="af1"/>
        <w:widowControl w:val="0"/>
        <w:numPr>
          <w:ilvl w:val="1"/>
          <w:numId w:val="11"/>
        </w:numPr>
        <w:autoSpaceDE w:val="0"/>
        <w:autoSpaceDN w:val="0"/>
        <w:spacing w:after="0" w:line="240" w:lineRule="auto"/>
        <w:ind w:left="0" w:right="566" w:firstLine="567"/>
        <w:contextualSpacing w:val="0"/>
        <w:rPr>
          <w:rFonts w:ascii="Times New Roman" w:hAnsi="Times New Roman" w:cs="Times New Roman"/>
          <w:sz w:val="24"/>
          <w:szCs w:val="24"/>
          <w:lang w:val="ru-RU"/>
        </w:rPr>
      </w:pPr>
      <w:r w:rsidRPr="004300BA">
        <w:rPr>
          <w:rFonts w:ascii="Times New Roman" w:eastAsia="Times New Roman" w:hAnsi="Times New Roman" w:cs="Times New Roman"/>
          <w:color w:val="000000"/>
          <w:sz w:val="24"/>
          <w:szCs w:val="24"/>
          <w:lang w:val="ru-RU"/>
        </w:rPr>
        <w:t>повторение одной и той же буквы в слове;</w:t>
      </w:r>
    </w:p>
    <w:p w:rsidR="00063CD9" w:rsidRDefault="00063CD9" w:rsidP="00063CD9">
      <w:pPr>
        <w:pStyle w:val="af1"/>
        <w:widowControl w:val="0"/>
        <w:numPr>
          <w:ilvl w:val="1"/>
          <w:numId w:val="11"/>
        </w:numPr>
        <w:autoSpaceDE w:val="0"/>
        <w:autoSpaceDN w:val="0"/>
        <w:spacing w:after="0" w:line="240" w:lineRule="auto"/>
        <w:ind w:left="0" w:right="566" w:firstLine="567"/>
        <w:contextualSpacing w:val="0"/>
        <w:rPr>
          <w:rFonts w:ascii="Times New Roman" w:hAnsi="Times New Roman" w:cs="Times New Roman"/>
          <w:sz w:val="24"/>
          <w:szCs w:val="24"/>
          <w:lang w:val="ru-RU"/>
        </w:rPr>
      </w:pPr>
      <w:r w:rsidRPr="004300BA">
        <w:rPr>
          <w:rFonts w:ascii="Times New Roman" w:eastAsia="Times New Roman" w:hAnsi="Times New Roman" w:cs="Times New Roman"/>
          <w:color w:val="000000"/>
          <w:sz w:val="24"/>
          <w:szCs w:val="24"/>
          <w:lang w:val="ru-RU"/>
        </w:rPr>
        <w:lastRenderedPageBreak/>
        <w:t>недописанное слово;</w:t>
      </w:r>
    </w:p>
    <w:p w:rsidR="00063CD9" w:rsidRPr="004300BA" w:rsidRDefault="00063CD9" w:rsidP="00063CD9">
      <w:pPr>
        <w:pStyle w:val="af1"/>
        <w:widowControl w:val="0"/>
        <w:numPr>
          <w:ilvl w:val="1"/>
          <w:numId w:val="11"/>
        </w:numPr>
        <w:autoSpaceDE w:val="0"/>
        <w:autoSpaceDN w:val="0"/>
        <w:spacing w:after="0" w:line="240" w:lineRule="auto"/>
        <w:ind w:left="0" w:right="566" w:firstLine="567"/>
        <w:contextualSpacing w:val="0"/>
        <w:rPr>
          <w:rFonts w:ascii="Times New Roman" w:hAnsi="Times New Roman" w:cs="Times New Roman"/>
          <w:sz w:val="24"/>
          <w:szCs w:val="24"/>
          <w:lang w:val="ru-RU"/>
        </w:rPr>
      </w:pPr>
      <w:r w:rsidRPr="004300BA">
        <w:rPr>
          <w:rFonts w:ascii="Times New Roman" w:eastAsia="Times New Roman" w:hAnsi="Times New Roman" w:cs="Times New Roman"/>
          <w:color w:val="000000"/>
          <w:sz w:val="24"/>
          <w:szCs w:val="24"/>
          <w:lang w:val="ru-RU"/>
        </w:rPr>
        <w:t>перенос слова, одна часть которого написана на одной строке, а вторая опущена;</w:t>
      </w:r>
    </w:p>
    <w:p w:rsidR="00063CD9" w:rsidRPr="004300BA" w:rsidRDefault="00063CD9" w:rsidP="00063CD9">
      <w:pPr>
        <w:pStyle w:val="af1"/>
        <w:widowControl w:val="0"/>
        <w:numPr>
          <w:ilvl w:val="1"/>
          <w:numId w:val="11"/>
        </w:numPr>
        <w:autoSpaceDE w:val="0"/>
        <w:autoSpaceDN w:val="0"/>
        <w:spacing w:after="0" w:line="240" w:lineRule="auto"/>
        <w:ind w:left="0" w:right="566" w:firstLine="567"/>
        <w:contextualSpacing w:val="0"/>
        <w:rPr>
          <w:rFonts w:ascii="Times New Roman" w:hAnsi="Times New Roman" w:cs="Times New Roman"/>
          <w:sz w:val="24"/>
          <w:szCs w:val="24"/>
          <w:lang w:val="ru-RU"/>
        </w:rPr>
      </w:pPr>
      <w:r w:rsidRPr="004300BA">
        <w:rPr>
          <w:rFonts w:ascii="Times New Roman" w:eastAsia="Times New Roman" w:hAnsi="Times New Roman" w:cs="Times New Roman"/>
          <w:color w:val="000000"/>
          <w:sz w:val="24"/>
          <w:szCs w:val="24"/>
          <w:lang w:val="ru-RU"/>
        </w:rPr>
        <w:t xml:space="preserve">дважды записанное одно и то же слово в предложении. </w:t>
      </w:r>
    </w:p>
    <w:p w:rsidR="00063CD9" w:rsidRPr="008972B7" w:rsidRDefault="00063CD9" w:rsidP="00063CD9">
      <w:pPr>
        <w:widowControl w:val="0"/>
        <w:autoSpaceDE w:val="0"/>
        <w:autoSpaceDN w:val="0"/>
        <w:ind w:right="-1"/>
        <w:jc w:val="center"/>
        <w:rPr>
          <w:rFonts w:ascii="Times New Roman" w:hAnsi="Times New Roman" w:cs="Times New Roman"/>
          <w:sz w:val="24"/>
          <w:szCs w:val="24"/>
          <w:u w:val="single"/>
        </w:rPr>
      </w:pPr>
      <w:r w:rsidRPr="008972B7">
        <w:rPr>
          <w:rFonts w:ascii="Times New Roman" w:eastAsia="Times New Roman" w:hAnsi="Times New Roman" w:cs="Times New Roman"/>
          <w:b/>
          <w:i/>
          <w:color w:val="000000"/>
          <w:sz w:val="24"/>
          <w:szCs w:val="24"/>
          <w:u w:val="single"/>
        </w:rPr>
        <w:t>Грамматическое задание</w:t>
      </w:r>
    </w:p>
    <w:p w:rsidR="00063CD9" w:rsidRDefault="00063CD9" w:rsidP="00063CD9">
      <w:pPr>
        <w:widowControl w:val="0"/>
        <w:tabs>
          <w:tab w:val="left" w:pos="568"/>
        </w:tabs>
        <w:autoSpaceDE w:val="0"/>
        <w:autoSpaceDN w:val="0"/>
        <w:ind w:right="-1" w:firstLine="567"/>
        <w:jc w:val="both"/>
        <w:rPr>
          <w:rFonts w:ascii="Times New Roman" w:hAnsi="Times New Roman" w:cs="Times New Roman"/>
          <w:sz w:val="24"/>
          <w:szCs w:val="24"/>
        </w:rPr>
      </w:pPr>
      <w:r w:rsidRPr="0091600F">
        <w:rPr>
          <w:rFonts w:ascii="Times New Roman" w:hAnsi="Times New Roman" w:cs="Times New Roman"/>
          <w:sz w:val="24"/>
          <w:szCs w:val="24"/>
        </w:rPr>
        <w:tab/>
      </w:r>
      <w:r>
        <w:rPr>
          <w:rFonts w:ascii="Times New Roman" w:eastAsia="Times New Roman" w:hAnsi="Times New Roman" w:cs="Times New Roman"/>
          <w:b/>
          <w:color w:val="000000"/>
          <w:sz w:val="24"/>
          <w:szCs w:val="24"/>
        </w:rPr>
        <w:t xml:space="preserve">Оценка </w:t>
      </w:r>
      <w:r w:rsidRPr="00043F6B">
        <w:rPr>
          <w:rFonts w:ascii="Times New Roman" w:eastAsia="Times New Roman" w:hAnsi="Times New Roman" w:cs="Times New Roman"/>
          <w:b/>
          <w:color w:val="000000"/>
          <w:sz w:val="24"/>
          <w:szCs w:val="24"/>
        </w:rPr>
        <w:t>«5»</w:t>
      </w:r>
      <w:r w:rsidRPr="0091600F">
        <w:rPr>
          <w:rFonts w:ascii="Times New Roman" w:eastAsia="Times New Roman" w:hAnsi="Times New Roman" w:cs="Times New Roman"/>
          <w:color w:val="000000"/>
          <w:sz w:val="24"/>
          <w:szCs w:val="24"/>
        </w:rPr>
        <w:t xml:space="preserve"> – ставится за безошибочное выполнение всех заданий, когда ученик обнаруживает осознанное     усвоение определений, правил и умение самостоятельно применять знания при выполнении работы;</w:t>
      </w:r>
      <w:r w:rsidRPr="0091600F">
        <w:rPr>
          <w:rFonts w:ascii="Times New Roman" w:hAnsi="Times New Roman" w:cs="Times New Roman"/>
          <w:sz w:val="24"/>
          <w:szCs w:val="24"/>
        </w:rPr>
        <w:tab/>
      </w:r>
    </w:p>
    <w:p w:rsidR="00063CD9" w:rsidRDefault="00063CD9" w:rsidP="00063CD9">
      <w:pPr>
        <w:widowControl w:val="0"/>
        <w:tabs>
          <w:tab w:val="left" w:pos="568"/>
        </w:tabs>
        <w:autoSpaceDE w:val="0"/>
        <w:autoSpaceDN w:val="0"/>
        <w:ind w:right="-1" w:firstLine="567"/>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sidRPr="00043F6B">
        <w:rPr>
          <w:rFonts w:ascii="Times New Roman" w:eastAsia="Times New Roman" w:hAnsi="Times New Roman" w:cs="Times New Roman"/>
          <w:b/>
          <w:color w:val="000000"/>
          <w:sz w:val="24"/>
          <w:szCs w:val="24"/>
        </w:rPr>
        <w:t>«4»</w:t>
      </w:r>
      <w:r w:rsidRPr="0091600F">
        <w:rPr>
          <w:rFonts w:ascii="Times New Roman" w:eastAsia="Times New Roman" w:hAnsi="Times New Roman" w:cs="Times New Roman"/>
          <w:color w:val="000000"/>
          <w:sz w:val="24"/>
          <w:szCs w:val="24"/>
        </w:rPr>
        <w:t xml:space="preserve"> - ставится, если ученик обнаруживает осознанное усвоение правил, умеет применять свои знания в ходе разбора слов и предложений и правильно выполнил не менее 3/4 заданий;</w:t>
      </w:r>
      <w:r w:rsidRPr="0091600F">
        <w:rPr>
          <w:rFonts w:ascii="Times New Roman" w:hAnsi="Times New Roman" w:cs="Times New Roman"/>
          <w:sz w:val="24"/>
          <w:szCs w:val="24"/>
        </w:rPr>
        <w:tab/>
      </w:r>
    </w:p>
    <w:p w:rsidR="00063CD9" w:rsidRDefault="00063CD9" w:rsidP="00063CD9">
      <w:pPr>
        <w:widowControl w:val="0"/>
        <w:tabs>
          <w:tab w:val="left" w:pos="568"/>
        </w:tabs>
        <w:autoSpaceDE w:val="0"/>
        <w:autoSpaceDN w:val="0"/>
        <w:ind w:right="-1"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Оценка </w:t>
      </w:r>
      <w:r w:rsidRPr="00043F6B">
        <w:rPr>
          <w:rFonts w:ascii="Times New Roman" w:eastAsia="Times New Roman" w:hAnsi="Times New Roman" w:cs="Times New Roman"/>
          <w:b/>
          <w:color w:val="000000"/>
          <w:sz w:val="24"/>
          <w:szCs w:val="24"/>
        </w:rPr>
        <w:t>«3»</w:t>
      </w:r>
      <w:r w:rsidRPr="0091600F">
        <w:rPr>
          <w:rFonts w:ascii="Times New Roman" w:eastAsia="Times New Roman" w:hAnsi="Times New Roman" w:cs="Times New Roman"/>
          <w:color w:val="000000"/>
          <w:sz w:val="24"/>
          <w:szCs w:val="24"/>
        </w:rPr>
        <w:t xml:space="preserve"> – ставится, если ученик обнаруживает усвоение определённой части из изученного материала, в работе правильно выполнил не менее 1/2 заданий;</w:t>
      </w:r>
    </w:p>
    <w:p w:rsidR="00063CD9" w:rsidRPr="0091600F" w:rsidRDefault="00063CD9" w:rsidP="00063CD9">
      <w:pPr>
        <w:widowControl w:val="0"/>
        <w:tabs>
          <w:tab w:val="left" w:pos="568"/>
        </w:tabs>
        <w:autoSpaceDE w:val="0"/>
        <w:autoSpaceDN w:val="0"/>
        <w:ind w:right="-1" w:firstLine="567"/>
        <w:jc w:val="both"/>
        <w:rPr>
          <w:rFonts w:ascii="Times New Roman" w:hAnsi="Times New Roman" w:cs="Times New Roman"/>
          <w:sz w:val="24"/>
          <w:szCs w:val="24"/>
        </w:rPr>
      </w:pPr>
      <w:r w:rsidRPr="0091600F">
        <w:rPr>
          <w:rFonts w:ascii="Times New Roman" w:hAnsi="Times New Roman" w:cs="Times New Roman"/>
          <w:sz w:val="24"/>
          <w:szCs w:val="24"/>
        </w:rPr>
        <w:tab/>
      </w:r>
      <w:r>
        <w:rPr>
          <w:rFonts w:ascii="Times New Roman" w:eastAsia="Times New Roman" w:hAnsi="Times New Roman" w:cs="Times New Roman"/>
          <w:b/>
          <w:color w:val="000000"/>
          <w:sz w:val="24"/>
          <w:szCs w:val="24"/>
        </w:rPr>
        <w:t xml:space="preserve">Оценка </w:t>
      </w:r>
      <w:r w:rsidRPr="00043F6B">
        <w:rPr>
          <w:rFonts w:ascii="Times New Roman" w:eastAsia="Times New Roman" w:hAnsi="Times New Roman" w:cs="Times New Roman"/>
          <w:b/>
          <w:color w:val="000000"/>
          <w:sz w:val="24"/>
          <w:szCs w:val="24"/>
        </w:rPr>
        <w:t xml:space="preserve">«2» </w:t>
      </w:r>
      <w:r w:rsidRPr="0091600F">
        <w:rPr>
          <w:rFonts w:ascii="Times New Roman" w:eastAsia="Times New Roman" w:hAnsi="Times New Roman" w:cs="Times New Roman"/>
          <w:color w:val="000000"/>
          <w:sz w:val="24"/>
          <w:szCs w:val="24"/>
        </w:rPr>
        <w:t>– ставится, если правильно выполнено менее 1/2 заданий, ученик обнаруживает плохое знание учебного материала, не справляется с большинством грамматических заданий</w:t>
      </w:r>
    </w:p>
    <w:p w:rsidR="00063CD9" w:rsidRPr="008972B7" w:rsidRDefault="00063CD9" w:rsidP="00063CD9">
      <w:pPr>
        <w:widowControl w:val="0"/>
        <w:autoSpaceDE w:val="0"/>
        <w:autoSpaceDN w:val="0"/>
        <w:ind w:right="566"/>
        <w:jc w:val="center"/>
        <w:rPr>
          <w:rFonts w:ascii="Times New Roman" w:eastAsia="Times New Roman" w:hAnsi="Times New Roman" w:cs="Times New Roman"/>
          <w:b/>
          <w:i/>
          <w:color w:val="000000"/>
          <w:sz w:val="24"/>
          <w:szCs w:val="24"/>
          <w:u w:val="single"/>
        </w:rPr>
      </w:pPr>
      <w:r w:rsidRPr="008972B7">
        <w:rPr>
          <w:rFonts w:ascii="Times New Roman" w:eastAsia="Times New Roman" w:hAnsi="Times New Roman" w:cs="Times New Roman"/>
          <w:b/>
          <w:i/>
          <w:color w:val="000000"/>
          <w:sz w:val="24"/>
          <w:szCs w:val="24"/>
          <w:u w:val="single"/>
        </w:rPr>
        <w:t>Контрольный диктант с грамматическим заданием</w:t>
      </w:r>
    </w:p>
    <w:p w:rsidR="00063CD9" w:rsidRPr="00C367B8" w:rsidRDefault="00063CD9" w:rsidP="00063CD9">
      <w:pPr>
        <w:widowControl w:val="0"/>
        <w:autoSpaceDE w:val="0"/>
        <w:autoSpaceDN w:val="0"/>
        <w:ind w:right="566" w:firstLine="567"/>
        <w:jc w:val="both"/>
        <w:rPr>
          <w:rFonts w:ascii="Times New Roman" w:hAnsi="Times New Roman" w:cs="Times New Roman"/>
          <w:sz w:val="24"/>
          <w:szCs w:val="24"/>
        </w:rPr>
      </w:pPr>
      <w:r w:rsidRPr="00C367B8">
        <w:rPr>
          <w:rFonts w:ascii="Times New Roman" w:hAnsi="Times New Roman" w:cs="Times New Roman"/>
          <w:i/>
          <w:iCs/>
          <w:sz w:val="24"/>
          <w:szCs w:val="24"/>
        </w:rPr>
        <w:t>Негрубы</w:t>
      </w:r>
      <w:r>
        <w:rPr>
          <w:rFonts w:ascii="Times New Roman" w:hAnsi="Times New Roman" w:cs="Times New Roman"/>
          <w:i/>
          <w:iCs/>
          <w:sz w:val="24"/>
          <w:szCs w:val="24"/>
        </w:rPr>
        <w:t>е ошибки</w:t>
      </w:r>
      <w:r w:rsidRPr="00C367B8">
        <w:rPr>
          <w:rFonts w:ascii="Times New Roman" w:hAnsi="Times New Roman" w:cs="Times New Roman"/>
          <w:sz w:val="24"/>
          <w:szCs w:val="24"/>
        </w:rPr>
        <w:t>:</w:t>
      </w:r>
    </w:p>
    <w:p w:rsidR="00063CD9" w:rsidRPr="008972B7" w:rsidRDefault="00063CD9" w:rsidP="00063CD9">
      <w:pPr>
        <w:pStyle w:val="af1"/>
        <w:widowControl w:val="0"/>
        <w:numPr>
          <w:ilvl w:val="0"/>
          <w:numId w:val="12"/>
        </w:numPr>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8972B7">
        <w:rPr>
          <w:rFonts w:ascii="Times New Roman" w:hAnsi="Times New Roman" w:cs="Times New Roman"/>
          <w:sz w:val="24"/>
          <w:szCs w:val="24"/>
          <w:lang w:val="ru-RU"/>
        </w:rPr>
        <w:t>исключения из правил;</w:t>
      </w:r>
    </w:p>
    <w:p w:rsidR="00063CD9" w:rsidRPr="008972B7" w:rsidRDefault="00063CD9" w:rsidP="00063CD9">
      <w:pPr>
        <w:pStyle w:val="af1"/>
        <w:widowControl w:val="0"/>
        <w:numPr>
          <w:ilvl w:val="0"/>
          <w:numId w:val="12"/>
        </w:numPr>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8972B7">
        <w:rPr>
          <w:rFonts w:ascii="Times New Roman" w:hAnsi="Times New Roman" w:cs="Times New Roman"/>
          <w:sz w:val="24"/>
          <w:szCs w:val="24"/>
          <w:lang w:val="ru-RU"/>
        </w:rPr>
        <w:t>повторение одной и той же буквы;</w:t>
      </w:r>
    </w:p>
    <w:p w:rsidR="00063CD9" w:rsidRPr="008972B7" w:rsidRDefault="00063CD9" w:rsidP="00063CD9">
      <w:pPr>
        <w:pStyle w:val="af1"/>
        <w:widowControl w:val="0"/>
        <w:numPr>
          <w:ilvl w:val="0"/>
          <w:numId w:val="12"/>
        </w:numPr>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8972B7">
        <w:rPr>
          <w:rFonts w:ascii="Times New Roman" w:hAnsi="Times New Roman" w:cs="Times New Roman"/>
          <w:sz w:val="24"/>
          <w:szCs w:val="24"/>
          <w:lang w:val="ru-RU"/>
        </w:rPr>
        <w:t>неточный перенос слов (единичный случай)</w:t>
      </w:r>
    </w:p>
    <w:p w:rsidR="00063CD9" w:rsidRPr="008972B7" w:rsidRDefault="00063CD9" w:rsidP="00063CD9">
      <w:pPr>
        <w:pStyle w:val="af1"/>
        <w:widowControl w:val="0"/>
        <w:numPr>
          <w:ilvl w:val="0"/>
          <w:numId w:val="12"/>
        </w:numPr>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8972B7">
        <w:rPr>
          <w:rFonts w:ascii="Times New Roman" w:hAnsi="Times New Roman" w:cs="Times New Roman"/>
          <w:sz w:val="24"/>
          <w:szCs w:val="24"/>
          <w:lang w:val="ru-RU"/>
        </w:rPr>
        <w:t>единичны</w:t>
      </w:r>
      <w:r>
        <w:rPr>
          <w:rFonts w:ascii="Times New Roman" w:hAnsi="Times New Roman" w:cs="Times New Roman"/>
          <w:sz w:val="24"/>
          <w:szCs w:val="24"/>
          <w:lang w:val="ru-RU"/>
        </w:rPr>
        <w:t>й пропуск буквы на конце слова.</w:t>
      </w:r>
    </w:p>
    <w:p w:rsidR="00063CD9" w:rsidRPr="00C367B8" w:rsidRDefault="00063CD9" w:rsidP="00063CD9">
      <w:pPr>
        <w:widowControl w:val="0"/>
        <w:autoSpaceDE w:val="0"/>
        <w:autoSpaceDN w:val="0"/>
        <w:ind w:right="-1" w:firstLine="567"/>
        <w:jc w:val="both"/>
        <w:rPr>
          <w:rFonts w:ascii="Times New Roman" w:hAnsi="Times New Roman" w:cs="Times New Roman"/>
          <w:sz w:val="24"/>
          <w:szCs w:val="24"/>
        </w:rPr>
      </w:pPr>
      <w:r w:rsidRPr="00C367B8">
        <w:rPr>
          <w:rFonts w:ascii="Times New Roman" w:hAnsi="Times New Roman" w:cs="Times New Roman"/>
          <w:i/>
          <w:iCs/>
          <w:sz w:val="24"/>
          <w:szCs w:val="24"/>
        </w:rPr>
        <w:t xml:space="preserve">Однотипные ошибки: </w:t>
      </w:r>
      <w:r w:rsidRPr="00C367B8">
        <w:rPr>
          <w:rFonts w:ascii="Times New Roman" w:hAnsi="Times New Roman" w:cs="Times New Roman"/>
          <w:sz w:val="24"/>
          <w:szCs w:val="24"/>
        </w:rPr>
        <w:t>первые три однотипные ошибки = 1 ошибке, но каждая</w:t>
      </w:r>
      <w:r>
        <w:rPr>
          <w:rFonts w:ascii="Times New Roman" w:hAnsi="Times New Roman" w:cs="Times New Roman"/>
          <w:sz w:val="24"/>
          <w:szCs w:val="24"/>
        </w:rPr>
        <w:t xml:space="preserve"> </w:t>
      </w:r>
      <w:r w:rsidRPr="00C367B8">
        <w:rPr>
          <w:rFonts w:ascii="Times New Roman" w:hAnsi="Times New Roman" w:cs="Times New Roman"/>
          <w:sz w:val="24"/>
          <w:szCs w:val="24"/>
        </w:rPr>
        <w:t>следующая подобная считается за отдельную ошибку.</w:t>
      </w:r>
    </w:p>
    <w:p w:rsidR="00063CD9" w:rsidRPr="00C367B8" w:rsidRDefault="00063CD9" w:rsidP="00063CD9">
      <w:pPr>
        <w:widowControl w:val="0"/>
        <w:autoSpaceDE w:val="0"/>
        <w:autoSpaceDN w:val="0"/>
        <w:ind w:right="-1" w:firstLine="567"/>
        <w:jc w:val="both"/>
        <w:rPr>
          <w:rFonts w:ascii="Times New Roman" w:hAnsi="Times New Roman" w:cs="Times New Roman"/>
          <w:sz w:val="24"/>
          <w:szCs w:val="24"/>
        </w:rPr>
      </w:pPr>
      <w:r w:rsidRPr="00C367B8">
        <w:rPr>
          <w:rFonts w:ascii="Times New Roman" w:hAnsi="Times New Roman" w:cs="Times New Roman"/>
          <w:sz w:val="24"/>
          <w:szCs w:val="24"/>
        </w:rPr>
        <w:t>При трёх исправлениях оценка снижается на 1 балл.</w:t>
      </w:r>
    </w:p>
    <w:p w:rsidR="00063CD9" w:rsidRPr="00C367B8" w:rsidRDefault="00063CD9" w:rsidP="00063CD9">
      <w:pPr>
        <w:widowControl w:val="0"/>
        <w:autoSpaceDE w:val="0"/>
        <w:autoSpaceDN w:val="0"/>
        <w:ind w:right="-1" w:firstLine="567"/>
        <w:jc w:val="both"/>
        <w:rPr>
          <w:rFonts w:ascii="Times New Roman" w:hAnsi="Times New Roman" w:cs="Times New Roman"/>
          <w:b/>
          <w:bCs/>
          <w:i/>
          <w:iCs/>
          <w:sz w:val="24"/>
          <w:szCs w:val="24"/>
        </w:rPr>
      </w:pPr>
      <w:r>
        <w:rPr>
          <w:rFonts w:ascii="Times New Roman" w:hAnsi="Times New Roman" w:cs="Times New Roman"/>
          <w:b/>
          <w:bCs/>
          <w:i/>
          <w:iCs/>
          <w:sz w:val="24"/>
          <w:szCs w:val="24"/>
        </w:rPr>
        <w:t>Оценки за контрольный диктант:</w:t>
      </w:r>
    </w:p>
    <w:p w:rsidR="00063CD9" w:rsidRPr="00C367B8" w:rsidRDefault="00063CD9" w:rsidP="00063CD9">
      <w:pPr>
        <w:widowControl w:val="0"/>
        <w:autoSpaceDE w:val="0"/>
        <w:autoSpaceDN w:val="0"/>
        <w:ind w:right="-1" w:firstLine="567"/>
        <w:jc w:val="both"/>
        <w:rPr>
          <w:rFonts w:ascii="Times New Roman" w:hAnsi="Times New Roman" w:cs="Times New Roman"/>
          <w:sz w:val="24"/>
          <w:szCs w:val="24"/>
        </w:rPr>
      </w:pPr>
      <w:r w:rsidRPr="00984F4D">
        <w:rPr>
          <w:rFonts w:ascii="Times New Roman" w:eastAsia="Times New Roman" w:hAnsi="Times New Roman" w:cs="Times New Roman"/>
          <w:b/>
          <w:color w:val="000000"/>
          <w:sz w:val="24"/>
          <w:szCs w:val="24"/>
        </w:rPr>
        <w:t xml:space="preserve">Оценка </w:t>
      </w:r>
      <w:r w:rsidRPr="00984F4D">
        <w:rPr>
          <w:rFonts w:ascii="Times New Roman" w:hAnsi="Times New Roman" w:cs="Times New Roman"/>
          <w:b/>
          <w:sz w:val="24"/>
          <w:szCs w:val="24"/>
        </w:rPr>
        <w:t>«5»</w:t>
      </w:r>
      <w:r w:rsidRPr="00C367B8">
        <w:rPr>
          <w:rFonts w:ascii="Times New Roman" w:hAnsi="Times New Roman" w:cs="Times New Roman"/>
          <w:sz w:val="24"/>
          <w:szCs w:val="24"/>
        </w:rPr>
        <w:t xml:space="preserve"> – не ставится при трёх исправлениях, но при одной негрубой ошибке можно ставить;</w:t>
      </w:r>
    </w:p>
    <w:p w:rsidR="00063CD9" w:rsidRPr="00C367B8" w:rsidRDefault="00063CD9" w:rsidP="00063CD9">
      <w:pPr>
        <w:widowControl w:val="0"/>
        <w:autoSpaceDE w:val="0"/>
        <w:autoSpaceDN w:val="0"/>
        <w:ind w:right="-1" w:firstLine="567"/>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sidRPr="00984F4D">
        <w:rPr>
          <w:rFonts w:ascii="Times New Roman" w:hAnsi="Times New Roman" w:cs="Times New Roman"/>
          <w:b/>
          <w:sz w:val="24"/>
          <w:szCs w:val="24"/>
        </w:rPr>
        <w:t>«4»</w:t>
      </w:r>
      <w:r w:rsidRPr="00C367B8">
        <w:rPr>
          <w:rFonts w:ascii="Times New Roman" w:hAnsi="Times New Roman" w:cs="Times New Roman"/>
          <w:sz w:val="24"/>
          <w:szCs w:val="24"/>
        </w:rPr>
        <w:t xml:space="preserve"> – 2 орфограф</w:t>
      </w:r>
      <w:r>
        <w:rPr>
          <w:rFonts w:ascii="Times New Roman" w:hAnsi="Times New Roman" w:cs="Times New Roman"/>
          <w:sz w:val="24"/>
          <w:szCs w:val="24"/>
        </w:rPr>
        <w:t>ические</w:t>
      </w:r>
      <w:r w:rsidRPr="00C367B8">
        <w:rPr>
          <w:rFonts w:ascii="Times New Roman" w:hAnsi="Times New Roman" w:cs="Times New Roman"/>
          <w:sz w:val="24"/>
          <w:szCs w:val="24"/>
        </w:rPr>
        <w:t xml:space="preserve"> и 2 пунктуац</w:t>
      </w:r>
      <w:r>
        <w:rPr>
          <w:rFonts w:ascii="Times New Roman" w:hAnsi="Times New Roman" w:cs="Times New Roman"/>
          <w:sz w:val="24"/>
          <w:szCs w:val="24"/>
        </w:rPr>
        <w:t>ионные</w:t>
      </w:r>
      <w:r w:rsidRPr="00C367B8">
        <w:rPr>
          <w:rFonts w:ascii="Times New Roman" w:hAnsi="Times New Roman" w:cs="Times New Roman"/>
          <w:sz w:val="24"/>
          <w:szCs w:val="24"/>
        </w:rPr>
        <w:t xml:space="preserve"> ошибки или 1 орфограф</w:t>
      </w:r>
      <w:r>
        <w:rPr>
          <w:rFonts w:ascii="Times New Roman" w:hAnsi="Times New Roman" w:cs="Times New Roman"/>
          <w:sz w:val="24"/>
          <w:szCs w:val="24"/>
        </w:rPr>
        <w:t>ическая и 3 пунктуационные ошибки.</w:t>
      </w:r>
    </w:p>
    <w:p w:rsidR="00063CD9" w:rsidRPr="00C367B8" w:rsidRDefault="00063CD9" w:rsidP="00063CD9">
      <w:pPr>
        <w:widowControl w:val="0"/>
        <w:autoSpaceDE w:val="0"/>
        <w:autoSpaceDN w:val="0"/>
        <w:ind w:right="-1" w:firstLine="567"/>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sidRPr="00984F4D">
        <w:rPr>
          <w:rFonts w:ascii="Times New Roman" w:hAnsi="Times New Roman" w:cs="Times New Roman"/>
          <w:b/>
          <w:sz w:val="24"/>
          <w:szCs w:val="24"/>
        </w:rPr>
        <w:t>«3»</w:t>
      </w:r>
      <w:r>
        <w:rPr>
          <w:rFonts w:ascii="Times New Roman" w:hAnsi="Times New Roman" w:cs="Times New Roman"/>
          <w:sz w:val="24"/>
          <w:szCs w:val="24"/>
        </w:rPr>
        <w:t xml:space="preserve"> – 3-</w:t>
      </w:r>
      <w:r w:rsidRPr="00C367B8">
        <w:rPr>
          <w:rFonts w:ascii="Times New Roman" w:hAnsi="Times New Roman" w:cs="Times New Roman"/>
          <w:sz w:val="24"/>
          <w:szCs w:val="24"/>
        </w:rPr>
        <w:t>4 орфограф</w:t>
      </w:r>
      <w:r>
        <w:rPr>
          <w:rFonts w:ascii="Times New Roman" w:hAnsi="Times New Roman" w:cs="Times New Roman"/>
          <w:sz w:val="24"/>
          <w:szCs w:val="24"/>
        </w:rPr>
        <w:t>ические</w:t>
      </w:r>
      <w:r w:rsidRPr="00C367B8">
        <w:rPr>
          <w:rFonts w:ascii="Times New Roman" w:hAnsi="Times New Roman" w:cs="Times New Roman"/>
          <w:sz w:val="24"/>
          <w:szCs w:val="24"/>
        </w:rPr>
        <w:t xml:space="preserve"> и 4 пунктуац</w:t>
      </w:r>
      <w:r>
        <w:rPr>
          <w:rFonts w:ascii="Times New Roman" w:hAnsi="Times New Roman" w:cs="Times New Roman"/>
          <w:sz w:val="24"/>
          <w:szCs w:val="24"/>
        </w:rPr>
        <w:t>ионные</w:t>
      </w:r>
      <w:r w:rsidRPr="00C367B8">
        <w:rPr>
          <w:rFonts w:ascii="Times New Roman" w:hAnsi="Times New Roman" w:cs="Times New Roman"/>
          <w:sz w:val="24"/>
          <w:szCs w:val="24"/>
        </w:rPr>
        <w:t xml:space="preserve"> ошибки, а также при 5 орфограф</w:t>
      </w:r>
      <w:r>
        <w:rPr>
          <w:rFonts w:ascii="Times New Roman" w:hAnsi="Times New Roman" w:cs="Times New Roman"/>
          <w:sz w:val="24"/>
          <w:szCs w:val="24"/>
        </w:rPr>
        <w:t>ических ошибках.</w:t>
      </w:r>
    </w:p>
    <w:p w:rsidR="00063CD9" w:rsidRPr="00C367B8" w:rsidRDefault="00063CD9" w:rsidP="00063CD9">
      <w:pPr>
        <w:widowControl w:val="0"/>
        <w:autoSpaceDE w:val="0"/>
        <w:autoSpaceDN w:val="0"/>
        <w:ind w:right="-1" w:firstLine="567"/>
        <w:jc w:val="both"/>
        <w:rPr>
          <w:rFonts w:ascii="Times New Roman" w:hAnsi="Times New Roman" w:cs="Times New Roman"/>
          <w:sz w:val="24"/>
          <w:szCs w:val="24"/>
        </w:rPr>
      </w:pPr>
      <w:r w:rsidRPr="00984F4D">
        <w:rPr>
          <w:rFonts w:ascii="Times New Roman" w:eastAsia="Times New Roman" w:hAnsi="Times New Roman" w:cs="Times New Roman"/>
          <w:b/>
          <w:color w:val="000000"/>
          <w:sz w:val="24"/>
          <w:szCs w:val="24"/>
        </w:rPr>
        <w:t xml:space="preserve">Оценка </w:t>
      </w:r>
      <w:r w:rsidRPr="00984F4D">
        <w:rPr>
          <w:rFonts w:ascii="Times New Roman" w:hAnsi="Times New Roman" w:cs="Times New Roman"/>
          <w:b/>
          <w:sz w:val="24"/>
          <w:szCs w:val="24"/>
        </w:rPr>
        <w:t>«2»</w:t>
      </w:r>
      <w:r>
        <w:rPr>
          <w:rFonts w:ascii="Times New Roman" w:hAnsi="Times New Roman" w:cs="Times New Roman"/>
          <w:sz w:val="24"/>
          <w:szCs w:val="24"/>
        </w:rPr>
        <w:t xml:space="preserve"> - более 5</w:t>
      </w:r>
      <w:r w:rsidRPr="00C367B8">
        <w:rPr>
          <w:rFonts w:ascii="Times New Roman" w:hAnsi="Times New Roman" w:cs="Times New Roman"/>
          <w:sz w:val="24"/>
          <w:szCs w:val="24"/>
        </w:rPr>
        <w:t xml:space="preserve"> орфограф</w:t>
      </w:r>
      <w:r>
        <w:rPr>
          <w:rFonts w:ascii="Times New Roman" w:hAnsi="Times New Roman" w:cs="Times New Roman"/>
          <w:sz w:val="24"/>
          <w:szCs w:val="24"/>
        </w:rPr>
        <w:t>ических ошибок.</w:t>
      </w:r>
    </w:p>
    <w:p w:rsidR="00063CD9" w:rsidRPr="00C367B8" w:rsidRDefault="00063CD9" w:rsidP="00063CD9">
      <w:pPr>
        <w:widowControl w:val="0"/>
        <w:autoSpaceDE w:val="0"/>
        <w:autoSpaceDN w:val="0"/>
        <w:ind w:right="-1" w:firstLine="567"/>
        <w:jc w:val="both"/>
        <w:rPr>
          <w:rFonts w:ascii="Times New Roman" w:hAnsi="Times New Roman" w:cs="Times New Roman"/>
          <w:b/>
          <w:bCs/>
          <w:i/>
          <w:iCs/>
          <w:sz w:val="24"/>
          <w:szCs w:val="24"/>
        </w:rPr>
      </w:pPr>
      <w:r w:rsidRPr="00C367B8">
        <w:rPr>
          <w:rFonts w:ascii="Times New Roman" w:hAnsi="Times New Roman" w:cs="Times New Roman"/>
          <w:b/>
          <w:bCs/>
          <w:i/>
          <w:iCs/>
          <w:sz w:val="24"/>
          <w:szCs w:val="24"/>
        </w:rPr>
        <w:t>О</w:t>
      </w:r>
      <w:r>
        <w:rPr>
          <w:rFonts w:ascii="Times New Roman" w:hAnsi="Times New Roman" w:cs="Times New Roman"/>
          <w:b/>
          <w:bCs/>
          <w:i/>
          <w:iCs/>
          <w:sz w:val="24"/>
          <w:szCs w:val="24"/>
        </w:rPr>
        <w:t>ценки за грамматические задания:</w:t>
      </w:r>
    </w:p>
    <w:p w:rsidR="00063CD9" w:rsidRPr="00C367B8" w:rsidRDefault="00063CD9" w:rsidP="00063CD9">
      <w:pPr>
        <w:widowControl w:val="0"/>
        <w:autoSpaceDE w:val="0"/>
        <w:autoSpaceDN w:val="0"/>
        <w:ind w:right="-1" w:firstLine="567"/>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sidRPr="00984F4D">
        <w:rPr>
          <w:rFonts w:ascii="Times New Roman" w:hAnsi="Times New Roman" w:cs="Times New Roman"/>
          <w:b/>
          <w:sz w:val="24"/>
          <w:szCs w:val="24"/>
        </w:rPr>
        <w:t>«5»</w:t>
      </w:r>
      <w:r w:rsidRPr="00C367B8">
        <w:rPr>
          <w:rFonts w:ascii="Times New Roman" w:hAnsi="Times New Roman" w:cs="Times New Roman"/>
          <w:sz w:val="24"/>
          <w:szCs w:val="24"/>
        </w:rPr>
        <w:t xml:space="preserve"> – всё верно;</w:t>
      </w:r>
    </w:p>
    <w:p w:rsidR="00063CD9" w:rsidRPr="00C367B8" w:rsidRDefault="00063CD9" w:rsidP="00063CD9">
      <w:pPr>
        <w:widowControl w:val="0"/>
        <w:autoSpaceDE w:val="0"/>
        <w:autoSpaceDN w:val="0"/>
        <w:ind w:right="-1" w:firstLine="567"/>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sidRPr="00984F4D">
        <w:rPr>
          <w:rFonts w:ascii="Times New Roman" w:hAnsi="Times New Roman" w:cs="Times New Roman"/>
          <w:b/>
          <w:sz w:val="24"/>
          <w:szCs w:val="24"/>
        </w:rPr>
        <w:t>«4»</w:t>
      </w:r>
      <w:r w:rsidRPr="00C367B8">
        <w:rPr>
          <w:rFonts w:ascii="Times New Roman" w:hAnsi="Times New Roman" w:cs="Times New Roman"/>
          <w:sz w:val="24"/>
          <w:szCs w:val="24"/>
        </w:rPr>
        <w:t xml:space="preserve"> – не менее 3/4 верно;</w:t>
      </w:r>
    </w:p>
    <w:p w:rsidR="00063CD9" w:rsidRPr="00C367B8" w:rsidRDefault="00063CD9" w:rsidP="00063CD9">
      <w:pPr>
        <w:widowControl w:val="0"/>
        <w:autoSpaceDE w:val="0"/>
        <w:autoSpaceDN w:val="0"/>
        <w:ind w:right="-1" w:firstLine="567"/>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sidRPr="00984F4D">
        <w:rPr>
          <w:rFonts w:ascii="Times New Roman" w:hAnsi="Times New Roman" w:cs="Times New Roman"/>
          <w:b/>
          <w:sz w:val="24"/>
          <w:szCs w:val="24"/>
        </w:rPr>
        <w:t>«3»</w:t>
      </w:r>
      <w:r w:rsidRPr="00C367B8">
        <w:rPr>
          <w:rFonts w:ascii="Times New Roman" w:hAnsi="Times New Roman" w:cs="Times New Roman"/>
          <w:sz w:val="24"/>
          <w:szCs w:val="24"/>
        </w:rPr>
        <w:t xml:space="preserve"> – не менее 1/2 верно;</w:t>
      </w:r>
    </w:p>
    <w:p w:rsidR="00063CD9" w:rsidRPr="00C367B8" w:rsidRDefault="00063CD9" w:rsidP="00063CD9">
      <w:pPr>
        <w:widowControl w:val="0"/>
        <w:autoSpaceDE w:val="0"/>
        <w:autoSpaceDN w:val="0"/>
        <w:ind w:right="-1" w:firstLine="567"/>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sidRPr="00984F4D">
        <w:rPr>
          <w:rFonts w:ascii="Times New Roman" w:hAnsi="Times New Roman" w:cs="Times New Roman"/>
          <w:b/>
          <w:sz w:val="24"/>
          <w:szCs w:val="24"/>
        </w:rPr>
        <w:t>«2»</w:t>
      </w:r>
      <w:r w:rsidRPr="00C367B8">
        <w:rPr>
          <w:rFonts w:ascii="Times New Roman" w:hAnsi="Times New Roman" w:cs="Times New Roman"/>
          <w:sz w:val="24"/>
          <w:szCs w:val="24"/>
        </w:rPr>
        <w:t xml:space="preserve"> – не выполнено больше</w:t>
      </w:r>
      <w:r>
        <w:rPr>
          <w:rFonts w:ascii="Times New Roman" w:hAnsi="Times New Roman" w:cs="Times New Roman"/>
          <w:sz w:val="24"/>
          <w:szCs w:val="24"/>
        </w:rPr>
        <w:t xml:space="preserve"> половины общего объёма заданий.</w:t>
      </w:r>
    </w:p>
    <w:p w:rsidR="00063CD9" w:rsidRPr="008620DC" w:rsidRDefault="00063CD9" w:rsidP="00063CD9">
      <w:pPr>
        <w:widowControl w:val="0"/>
        <w:tabs>
          <w:tab w:val="left" w:pos="940"/>
          <w:tab w:val="left" w:pos="1306"/>
        </w:tabs>
        <w:autoSpaceDE w:val="0"/>
        <w:autoSpaceDN w:val="0"/>
        <w:ind w:right="566"/>
        <w:jc w:val="center"/>
        <w:rPr>
          <w:rFonts w:ascii="Times New Roman" w:eastAsia="Times New Roman" w:hAnsi="Times New Roman" w:cs="Times New Roman"/>
          <w:b/>
          <w:i/>
          <w:color w:val="000000"/>
          <w:sz w:val="24"/>
          <w:szCs w:val="24"/>
          <w:u w:val="single"/>
        </w:rPr>
      </w:pPr>
      <w:r w:rsidRPr="008972B7">
        <w:rPr>
          <w:rFonts w:ascii="Times New Roman" w:eastAsia="Times New Roman" w:hAnsi="Times New Roman" w:cs="Times New Roman"/>
          <w:b/>
          <w:i/>
          <w:color w:val="000000"/>
          <w:sz w:val="24"/>
          <w:szCs w:val="24"/>
          <w:u w:val="single"/>
        </w:rPr>
        <w:t>Контрольное списывание</w:t>
      </w:r>
    </w:p>
    <w:tbl>
      <w:tblPr>
        <w:tblW w:w="0" w:type="auto"/>
        <w:tblInd w:w="108" w:type="dxa"/>
        <w:tblLayout w:type="fixed"/>
        <w:tblLook w:val="04A0"/>
      </w:tblPr>
      <w:tblGrid>
        <w:gridCol w:w="1066"/>
        <w:gridCol w:w="3332"/>
        <w:gridCol w:w="3012"/>
        <w:gridCol w:w="2460"/>
      </w:tblGrid>
      <w:tr w:rsidR="00063CD9" w:rsidRPr="0091600F" w:rsidTr="00063CD9">
        <w:trPr>
          <w:trHeight w:hRule="exact" w:val="286"/>
        </w:trPr>
        <w:tc>
          <w:tcPr>
            <w:tcW w:w="106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right="45" w:firstLine="29"/>
              <w:jc w:val="center"/>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Оценки</w:t>
            </w:r>
          </w:p>
        </w:tc>
        <w:tc>
          <w:tcPr>
            <w:tcW w:w="8804"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right="45" w:firstLine="29"/>
              <w:jc w:val="center"/>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Допустимое количество ошибок</w:t>
            </w:r>
          </w:p>
        </w:tc>
      </w:tr>
      <w:tr w:rsidR="00063CD9" w:rsidRPr="0091600F" w:rsidTr="00063CD9">
        <w:trPr>
          <w:trHeight w:hRule="exact" w:val="286"/>
        </w:trPr>
        <w:tc>
          <w:tcPr>
            <w:tcW w:w="2539" w:type="dxa"/>
            <w:vMerge/>
            <w:tcBorders>
              <w:top w:val="single" w:sz="4" w:space="0" w:color="000000"/>
              <w:left w:val="single" w:sz="4" w:space="0" w:color="000000"/>
              <w:bottom w:val="single" w:sz="4" w:space="0" w:color="000000"/>
              <w:right w:val="single" w:sz="4" w:space="0" w:color="000000"/>
            </w:tcBorders>
          </w:tcPr>
          <w:p w:rsidR="00063CD9" w:rsidRPr="0091600F" w:rsidRDefault="00063CD9" w:rsidP="00063CD9">
            <w:pPr>
              <w:widowControl w:val="0"/>
              <w:ind w:right="45" w:firstLine="29"/>
              <w:rPr>
                <w:rFonts w:ascii="Times New Roman" w:hAnsi="Times New Roman" w:cs="Times New Roman"/>
                <w:sz w:val="24"/>
                <w:szCs w:val="24"/>
              </w:rPr>
            </w:pPr>
          </w:p>
        </w:tc>
        <w:tc>
          <w:tcPr>
            <w:tcW w:w="3332"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left="97" w:right="45"/>
              <w:jc w:val="center"/>
              <w:rPr>
                <w:rFonts w:ascii="Times New Roman" w:hAnsi="Times New Roman" w:cs="Times New Roman"/>
                <w:sz w:val="24"/>
                <w:szCs w:val="24"/>
              </w:rPr>
            </w:pPr>
            <w:r>
              <w:rPr>
                <w:rFonts w:ascii="Times New Roman" w:eastAsia="Times New Roman" w:hAnsi="Times New Roman" w:cs="Times New Roman"/>
                <w:b/>
                <w:i/>
                <w:color w:val="000000"/>
                <w:sz w:val="24"/>
                <w:szCs w:val="24"/>
              </w:rPr>
              <w:t>2</w:t>
            </w:r>
            <w:r w:rsidRPr="0091600F">
              <w:rPr>
                <w:rFonts w:ascii="Times New Roman" w:eastAsia="Times New Roman" w:hAnsi="Times New Roman" w:cs="Times New Roman"/>
                <w:b/>
                <w:i/>
                <w:color w:val="000000"/>
                <w:sz w:val="24"/>
                <w:szCs w:val="24"/>
              </w:rPr>
              <w:t xml:space="preserve"> класс</w:t>
            </w:r>
          </w:p>
        </w:tc>
        <w:tc>
          <w:tcPr>
            <w:tcW w:w="3012"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left="97" w:right="45"/>
              <w:jc w:val="center"/>
              <w:rPr>
                <w:rFonts w:ascii="Times New Roman" w:hAnsi="Times New Roman" w:cs="Times New Roman"/>
                <w:sz w:val="24"/>
                <w:szCs w:val="24"/>
              </w:rPr>
            </w:pPr>
            <w:r>
              <w:rPr>
                <w:rFonts w:ascii="Times New Roman" w:eastAsia="Times New Roman" w:hAnsi="Times New Roman" w:cs="Times New Roman"/>
                <w:b/>
                <w:i/>
                <w:color w:val="000000"/>
                <w:sz w:val="24"/>
                <w:szCs w:val="24"/>
              </w:rPr>
              <w:t>3</w:t>
            </w:r>
            <w:r w:rsidRPr="0091600F">
              <w:rPr>
                <w:rFonts w:ascii="Times New Roman" w:eastAsia="Times New Roman" w:hAnsi="Times New Roman" w:cs="Times New Roman"/>
                <w:b/>
                <w:i/>
                <w:color w:val="000000"/>
                <w:sz w:val="24"/>
                <w:szCs w:val="24"/>
              </w:rPr>
              <w:t xml:space="preserve"> класс</w:t>
            </w:r>
          </w:p>
        </w:tc>
        <w:tc>
          <w:tcPr>
            <w:tcW w:w="2460"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left="97" w:right="45"/>
              <w:jc w:val="center"/>
              <w:rPr>
                <w:rFonts w:ascii="Times New Roman" w:hAnsi="Times New Roman" w:cs="Times New Roman"/>
                <w:sz w:val="24"/>
                <w:szCs w:val="24"/>
              </w:rPr>
            </w:pPr>
            <w:r>
              <w:rPr>
                <w:rFonts w:ascii="Times New Roman" w:eastAsia="Times New Roman" w:hAnsi="Times New Roman" w:cs="Times New Roman"/>
                <w:b/>
                <w:i/>
                <w:color w:val="000000"/>
                <w:sz w:val="24"/>
                <w:szCs w:val="24"/>
              </w:rPr>
              <w:t xml:space="preserve">4 </w:t>
            </w:r>
            <w:r w:rsidRPr="0091600F">
              <w:rPr>
                <w:rFonts w:ascii="Times New Roman" w:eastAsia="Times New Roman" w:hAnsi="Times New Roman" w:cs="Times New Roman"/>
                <w:b/>
                <w:i/>
                <w:color w:val="000000"/>
                <w:sz w:val="24"/>
                <w:szCs w:val="24"/>
              </w:rPr>
              <w:t>класс</w:t>
            </w:r>
          </w:p>
        </w:tc>
      </w:tr>
      <w:tr w:rsidR="00063CD9" w:rsidRPr="0091600F" w:rsidTr="00063CD9">
        <w:trPr>
          <w:trHeight w:hRule="exact" w:val="858"/>
        </w:trPr>
        <w:tc>
          <w:tcPr>
            <w:tcW w:w="106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right="45" w:firstLine="29"/>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«5»</w:t>
            </w:r>
          </w:p>
        </w:tc>
        <w:tc>
          <w:tcPr>
            <w:tcW w:w="3332"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left="97" w:right="45"/>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Нет ошибок.</w:t>
            </w:r>
          </w:p>
          <w:p w:rsidR="00063CD9" w:rsidRPr="0091600F" w:rsidRDefault="00063CD9" w:rsidP="00063CD9">
            <w:pPr>
              <w:widowControl w:val="0"/>
              <w:autoSpaceDE w:val="0"/>
              <w:autoSpaceDN w:val="0"/>
              <w:ind w:left="97" w:right="45"/>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Один недочёт графического характера.</w:t>
            </w:r>
          </w:p>
        </w:tc>
        <w:tc>
          <w:tcPr>
            <w:tcW w:w="3012"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left="97" w:right="45"/>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Нет ошибок.</w:t>
            </w:r>
          </w:p>
        </w:tc>
        <w:tc>
          <w:tcPr>
            <w:tcW w:w="2460"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left="97" w:right="45"/>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Нет ошибок.</w:t>
            </w:r>
          </w:p>
        </w:tc>
      </w:tr>
      <w:tr w:rsidR="00063CD9" w:rsidRPr="0091600F" w:rsidTr="00063CD9">
        <w:trPr>
          <w:trHeight w:hRule="exact" w:val="576"/>
        </w:trPr>
        <w:tc>
          <w:tcPr>
            <w:tcW w:w="106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right="45" w:firstLine="29"/>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«4»</w:t>
            </w:r>
          </w:p>
        </w:tc>
        <w:tc>
          <w:tcPr>
            <w:tcW w:w="3332"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left="97" w:right="45"/>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 xml:space="preserve">1 -2 ошибки и </w:t>
            </w:r>
            <w:r w:rsidRPr="0091600F">
              <w:rPr>
                <w:rFonts w:ascii="Times New Roman" w:hAnsi="Times New Roman" w:cs="Times New Roman"/>
                <w:sz w:val="24"/>
                <w:szCs w:val="24"/>
              </w:rPr>
              <w:br/>
            </w:r>
            <w:r w:rsidRPr="0091600F">
              <w:rPr>
                <w:rFonts w:ascii="Times New Roman" w:eastAsia="Times New Roman" w:hAnsi="Times New Roman" w:cs="Times New Roman"/>
                <w:color w:val="000000"/>
                <w:sz w:val="24"/>
                <w:szCs w:val="24"/>
              </w:rPr>
              <w:t>1 исправление</w:t>
            </w:r>
          </w:p>
        </w:tc>
        <w:tc>
          <w:tcPr>
            <w:tcW w:w="3012"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left="97" w:right="45"/>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 xml:space="preserve">1 ошибка и </w:t>
            </w:r>
            <w:r w:rsidRPr="0091600F">
              <w:rPr>
                <w:rFonts w:ascii="Times New Roman" w:hAnsi="Times New Roman" w:cs="Times New Roman"/>
                <w:sz w:val="24"/>
                <w:szCs w:val="24"/>
              </w:rPr>
              <w:br/>
            </w:r>
            <w:r w:rsidRPr="0091600F">
              <w:rPr>
                <w:rFonts w:ascii="Times New Roman" w:eastAsia="Times New Roman" w:hAnsi="Times New Roman" w:cs="Times New Roman"/>
                <w:color w:val="000000"/>
                <w:sz w:val="24"/>
                <w:szCs w:val="24"/>
              </w:rPr>
              <w:t>1 исправление</w:t>
            </w:r>
          </w:p>
        </w:tc>
        <w:tc>
          <w:tcPr>
            <w:tcW w:w="2460"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left="97" w:right="45"/>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 xml:space="preserve">1 ошибка и </w:t>
            </w:r>
            <w:r w:rsidRPr="0091600F">
              <w:rPr>
                <w:rFonts w:ascii="Times New Roman" w:hAnsi="Times New Roman" w:cs="Times New Roman"/>
                <w:sz w:val="24"/>
                <w:szCs w:val="24"/>
              </w:rPr>
              <w:br/>
            </w:r>
            <w:r w:rsidRPr="0091600F">
              <w:rPr>
                <w:rFonts w:ascii="Times New Roman" w:eastAsia="Times New Roman" w:hAnsi="Times New Roman" w:cs="Times New Roman"/>
                <w:color w:val="000000"/>
                <w:sz w:val="24"/>
                <w:szCs w:val="24"/>
              </w:rPr>
              <w:t>1 исправление</w:t>
            </w:r>
          </w:p>
        </w:tc>
      </w:tr>
      <w:tr w:rsidR="00063CD9" w:rsidRPr="0091600F" w:rsidTr="00063CD9">
        <w:trPr>
          <w:trHeight w:hRule="exact" w:val="562"/>
        </w:trPr>
        <w:tc>
          <w:tcPr>
            <w:tcW w:w="106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right="45" w:firstLine="29"/>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«3»</w:t>
            </w:r>
          </w:p>
        </w:tc>
        <w:tc>
          <w:tcPr>
            <w:tcW w:w="3332"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left="97" w:right="45"/>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 xml:space="preserve">3 ошибки и </w:t>
            </w:r>
            <w:r w:rsidRPr="0091600F">
              <w:rPr>
                <w:rFonts w:ascii="Times New Roman" w:hAnsi="Times New Roman" w:cs="Times New Roman"/>
                <w:sz w:val="24"/>
                <w:szCs w:val="24"/>
              </w:rPr>
              <w:br/>
            </w:r>
            <w:r w:rsidRPr="0091600F">
              <w:rPr>
                <w:rFonts w:ascii="Times New Roman" w:eastAsia="Times New Roman" w:hAnsi="Times New Roman" w:cs="Times New Roman"/>
                <w:color w:val="000000"/>
                <w:sz w:val="24"/>
                <w:szCs w:val="24"/>
              </w:rPr>
              <w:t>1 исправление</w:t>
            </w:r>
          </w:p>
        </w:tc>
        <w:tc>
          <w:tcPr>
            <w:tcW w:w="3012"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left="97" w:right="45"/>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 xml:space="preserve">2 ошибки и </w:t>
            </w:r>
            <w:r w:rsidRPr="0091600F">
              <w:rPr>
                <w:rFonts w:ascii="Times New Roman" w:hAnsi="Times New Roman" w:cs="Times New Roman"/>
                <w:sz w:val="24"/>
                <w:szCs w:val="24"/>
              </w:rPr>
              <w:br/>
            </w:r>
            <w:r w:rsidRPr="0091600F">
              <w:rPr>
                <w:rFonts w:ascii="Times New Roman" w:eastAsia="Times New Roman" w:hAnsi="Times New Roman" w:cs="Times New Roman"/>
                <w:color w:val="000000"/>
                <w:sz w:val="24"/>
                <w:szCs w:val="24"/>
              </w:rPr>
              <w:t>1 исправление</w:t>
            </w:r>
          </w:p>
        </w:tc>
        <w:tc>
          <w:tcPr>
            <w:tcW w:w="2460"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left="97" w:right="45"/>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 xml:space="preserve">2 ошибки и </w:t>
            </w:r>
            <w:r w:rsidRPr="0091600F">
              <w:rPr>
                <w:rFonts w:ascii="Times New Roman" w:hAnsi="Times New Roman" w:cs="Times New Roman"/>
                <w:sz w:val="24"/>
                <w:szCs w:val="24"/>
              </w:rPr>
              <w:br/>
            </w:r>
            <w:r w:rsidRPr="0091600F">
              <w:rPr>
                <w:rFonts w:ascii="Times New Roman" w:eastAsia="Times New Roman" w:hAnsi="Times New Roman" w:cs="Times New Roman"/>
                <w:color w:val="000000"/>
                <w:sz w:val="24"/>
                <w:szCs w:val="24"/>
              </w:rPr>
              <w:t>1 исправление</w:t>
            </w:r>
          </w:p>
        </w:tc>
      </w:tr>
      <w:tr w:rsidR="00063CD9" w:rsidRPr="0091600F" w:rsidTr="00063CD9">
        <w:trPr>
          <w:trHeight w:hRule="exact" w:val="576"/>
        </w:trPr>
        <w:tc>
          <w:tcPr>
            <w:tcW w:w="106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right="45" w:firstLine="29"/>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«2»</w:t>
            </w:r>
          </w:p>
        </w:tc>
        <w:tc>
          <w:tcPr>
            <w:tcW w:w="3332"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left="97" w:right="45"/>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 xml:space="preserve">4 ошибки </w:t>
            </w:r>
            <w:r w:rsidRPr="0091600F">
              <w:rPr>
                <w:rFonts w:ascii="Times New Roman" w:hAnsi="Times New Roman" w:cs="Times New Roman"/>
                <w:sz w:val="24"/>
                <w:szCs w:val="24"/>
              </w:rPr>
              <w:br/>
            </w:r>
            <w:r w:rsidRPr="0091600F">
              <w:rPr>
                <w:rFonts w:ascii="Times New Roman" w:eastAsia="Times New Roman" w:hAnsi="Times New Roman" w:cs="Times New Roman"/>
                <w:color w:val="000000"/>
                <w:sz w:val="24"/>
                <w:szCs w:val="24"/>
              </w:rPr>
              <w:t>1 - 2 исправления</w:t>
            </w:r>
          </w:p>
        </w:tc>
        <w:tc>
          <w:tcPr>
            <w:tcW w:w="3012"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left="97" w:right="45"/>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 xml:space="preserve">3 ошибки </w:t>
            </w:r>
            <w:r w:rsidRPr="0091600F">
              <w:rPr>
                <w:rFonts w:ascii="Times New Roman" w:hAnsi="Times New Roman" w:cs="Times New Roman"/>
                <w:sz w:val="24"/>
                <w:szCs w:val="24"/>
              </w:rPr>
              <w:br/>
            </w:r>
            <w:r w:rsidRPr="0091600F">
              <w:rPr>
                <w:rFonts w:ascii="Times New Roman" w:eastAsia="Times New Roman" w:hAnsi="Times New Roman" w:cs="Times New Roman"/>
                <w:color w:val="000000"/>
                <w:sz w:val="24"/>
                <w:szCs w:val="24"/>
              </w:rPr>
              <w:t>1 - 2 исправления</w:t>
            </w:r>
          </w:p>
        </w:tc>
        <w:tc>
          <w:tcPr>
            <w:tcW w:w="2460"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left="97" w:right="45"/>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 xml:space="preserve">3 ошибки </w:t>
            </w:r>
            <w:r w:rsidRPr="0091600F">
              <w:rPr>
                <w:rFonts w:ascii="Times New Roman" w:hAnsi="Times New Roman" w:cs="Times New Roman"/>
                <w:sz w:val="24"/>
                <w:szCs w:val="24"/>
              </w:rPr>
              <w:br/>
            </w:r>
            <w:r w:rsidRPr="0091600F">
              <w:rPr>
                <w:rFonts w:ascii="Times New Roman" w:eastAsia="Times New Roman" w:hAnsi="Times New Roman" w:cs="Times New Roman"/>
                <w:color w:val="000000"/>
                <w:sz w:val="24"/>
                <w:szCs w:val="24"/>
              </w:rPr>
              <w:t>1 - 2 исправления</w:t>
            </w:r>
          </w:p>
        </w:tc>
      </w:tr>
    </w:tbl>
    <w:p w:rsidR="00063CD9" w:rsidRDefault="00063CD9" w:rsidP="00063CD9">
      <w:pPr>
        <w:widowControl w:val="0"/>
        <w:autoSpaceDE w:val="0"/>
        <w:autoSpaceDN w:val="0"/>
        <w:ind w:right="566"/>
        <w:jc w:val="center"/>
        <w:rPr>
          <w:rFonts w:ascii="Times New Roman" w:eastAsia="Times New Roman" w:hAnsi="Times New Roman" w:cs="Times New Roman"/>
          <w:b/>
          <w:i/>
          <w:color w:val="000000"/>
          <w:sz w:val="24"/>
          <w:szCs w:val="24"/>
          <w:u w:val="single"/>
        </w:rPr>
      </w:pPr>
    </w:p>
    <w:p w:rsidR="00063CD9" w:rsidRPr="008972B7" w:rsidRDefault="00063CD9" w:rsidP="00063CD9">
      <w:pPr>
        <w:widowControl w:val="0"/>
        <w:autoSpaceDE w:val="0"/>
        <w:autoSpaceDN w:val="0"/>
        <w:ind w:right="566"/>
        <w:jc w:val="center"/>
        <w:rPr>
          <w:rFonts w:ascii="Times New Roman" w:hAnsi="Times New Roman" w:cs="Times New Roman"/>
          <w:i/>
          <w:sz w:val="24"/>
          <w:szCs w:val="24"/>
          <w:u w:val="single"/>
        </w:rPr>
      </w:pPr>
      <w:r w:rsidRPr="008972B7">
        <w:rPr>
          <w:rFonts w:ascii="Times New Roman" w:eastAsia="Times New Roman" w:hAnsi="Times New Roman" w:cs="Times New Roman"/>
          <w:b/>
          <w:i/>
          <w:color w:val="000000"/>
          <w:sz w:val="24"/>
          <w:szCs w:val="24"/>
          <w:u w:val="single"/>
        </w:rPr>
        <w:t>Словарный диктант</w:t>
      </w:r>
    </w:p>
    <w:tbl>
      <w:tblPr>
        <w:tblW w:w="0" w:type="auto"/>
        <w:tblInd w:w="108" w:type="dxa"/>
        <w:tblLayout w:type="fixed"/>
        <w:tblLook w:val="04A0"/>
      </w:tblPr>
      <w:tblGrid>
        <w:gridCol w:w="1972"/>
        <w:gridCol w:w="1974"/>
        <w:gridCol w:w="1968"/>
        <w:gridCol w:w="1972"/>
        <w:gridCol w:w="1970"/>
      </w:tblGrid>
      <w:tr w:rsidR="00063CD9" w:rsidRPr="0091600F" w:rsidTr="00063CD9">
        <w:trPr>
          <w:trHeight w:hRule="exact" w:val="286"/>
        </w:trPr>
        <w:tc>
          <w:tcPr>
            <w:tcW w:w="1972"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left="171" w:right="566"/>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Классы</w:t>
            </w:r>
          </w:p>
        </w:tc>
        <w:tc>
          <w:tcPr>
            <w:tcW w:w="1974"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right="566"/>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1-й класс</w:t>
            </w:r>
          </w:p>
        </w:tc>
        <w:tc>
          <w:tcPr>
            <w:tcW w:w="1968"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right="566"/>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2-й класс</w:t>
            </w:r>
          </w:p>
        </w:tc>
        <w:tc>
          <w:tcPr>
            <w:tcW w:w="1972"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right="566"/>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3-й класс</w:t>
            </w:r>
          </w:p>
        </w:tc>
        <w:tc>
          <w:tcPr>
            <w:tcW w:w="1970"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right="566"/>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4-й класс</w:t>
            </w:r>
          </w:p>
        </w:tc>
      </w:tr>
      <w:tr w:rsidR="00063CD9" w:rsidRPr="0091600F" w:rsidTr="00063CD9">
        <w:trPr>
          <w:trHeight w:hRule="exact" w:val="272"/>
        </w:trPr>
        <w:tc>
          <w:tcPr>
            <w:tcW w:w="1972"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left="171"/>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lastRenderedPageBreak/>
              <w:t>Количество</w:t>
            </w:r>
            <w:r>
              <w:rPr>
                <w:rFonts w:ascii="Times New Roman" w:eastAsia="Times New Roman" w:hAnsi="Times New Roman" w:cs="Times New Roman"/>
                <w:color w:val="000000"/>
                <w:sz w:val="24"/>
                <w:szCs w:val="24"/>
              </w:rPr>
              <w:t xml:space="preserve"> </w:t>
            </w:r>
            <w:r w:rsidRPr="0091600F">
              <w:rPr>
                <w:rFonts w:ascii="Times New Roman" w:eastAsia="Times New Roman" w:hAnsi="Times New Roman" w:cs="Times New Roman"/>
                <w:color w:val="000000"/>
                <w:sz w:val="24"/>
                <w:szCs w:val="24"/>
              </w:rPr>
              <w:t>слов</w:t>
            </w:r>
          </w:p>
        </w:tc>
        <w:tc>
          <w:tcPr>
            <w:tcW w:w="1974"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right="566"/>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7-8 слов</w:t>
            </w:r>
          </w:p>
        </w:tc>
        <w:tc>
          <w:tcPr>
            <w:tcW w:w="1968"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right="566"/>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10-12 слов</w:t>
            </w:r>
          </w:p>
        </w:tc>
        <w:tc>
          <w:tcPr>
            <w:tcW w:w="1972"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right="566"/>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12-15 слов</w:t>
            </w:r>
          </w:p>
        </w:tc>
        <w:tc>
          <w:tcPr>
            <w:tcW w:w="1970"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right="566"/>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До 20 слов</w:t>
            </w:r>
          </w:p>
        </w:tc>
      </w:tr>
      <w:tr w:rsidR="00063CD9" w:rsidRPr="00404039" w:rsidTr="00063CD9">
        <w:trPr>
          <w:trHeight w:hRule="exact" w:val="1114"/>
        </w:trPr>
        <w:tc>
          <w:tcPr>
            <w:tcW w:w="1972"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left="171" w:right="566"/>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Критерии оценки</w:t>
            </w:r>
          </w:p>
        </w:tc>
        <w:tc>
          <w:tcPr>
            <w:tcW w:w="7884"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ind w:left="42" w:right="566"/>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«5» – нет ошибок;</w:t>
            </w:r>
            <w:r w:rsidRPr="0091600F">
              <w:rPr>
                <w:rFonts w:ascii="Times New Roman" w:hAnsi="Times New Roman" w:cs="Times New Roman"/>
                <w:sz w:val="24"/>
                <w:szCs w:val="24"/>
              </w:rPr>
              <w:br/>
            </w:r>
            <w:r>
              <w:rPr>
                <w:rFonts w:ascii="Times New Roman" w:eastAsia="Times New Roman" w:hAnsi="Times New Roman" w:cs="Times New Roman"/>
                <w:color w:val="000000"/>
                <w:sz w:val="24"/>
                <w:szCs w:val="24"/>
              </w:rPr>
              <w:t>«4» - 1-</w:t>
            </w:r>
            <w:r w:rsidRPr="0091600F">
              <w:rPr>
                <w:rFonts w:ascii="Times New Roman" w:eastAsia="Times New Roman" w:hAnsi="Times New Roman" w:cs="Times New Roman"/>
                <w:color w:val="000000"/>
                <w:sz w:val="24"/>
                <w:szCs w:val="24"/>
              </w:rPr>
              <w:t>2 ошибки и 1 исправление.</w:t>
            </w:r>
          </w:p>
          <w:p w:rsidR="00063CD9" w:rsidRDefault="00063CD9" w:rsidP="00063CD9">
            <w:pPr>
              <w:widowControl w:val="0"/>
              <w:autoSpaceDE w:val="0"/>
              <w:autoSpaceDN w:val="0"/>
              <w:ind w:left="42" w:right="566"/>
              <w:rPr>
                <w:rFonts w:ascii="Times New Roman" w:eastAsia="Times New Roman" w:hAnsi="Times New Roman" w:cs="Times New Roman"/>
                <w:color w:val="000000"/>
                <w:sz w:val="24"/>
                <w:szCs w:val="24"/>
              </w:rPr>
            </w:pPr>
            <w:r w:rsidRPr="0091600F">
              <w:rPr>
                <w:rFonts w:ascii="Times New Roman" w:eastAsia="Times New Roman" w:hAnsi="Times New Roman" w:cs="Times New Roman"/>
                <w:color w:val="000000"/>
                <w:sz w:val="24"/>
                <w:szCs w:val="24"/>
              </w:rPr>
              <w:t>«3» - 3-4 ошибки и 1 исправление (если 15-20 слов)</w:t>
            </w:r>
          </w:p>
          <w:p w:rsidR="00063CD9" w:rsidRPr="0091600F" w:rsidRDefault="00063CD9" w:rsidP="00063CD9">
            <w:pPr>
              <w:widowControl w:val="0"/>
              <w:autoSpaceDE w:val="0"/>
              <w:autoSpaceDN w:val="0"/>
              <w:ind w:left="42" w:right="566"/>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«2» -</w:t>
            </w:r>
            <w:r>
              <w:rPr>
                <w:rFonts w:ascii="Times New Roman" w:eastAsia="Times New Roman" w:hAnsi="Times New Roman" w:cs="Times New Roman"/>
                <w:color w:val="000000"/>
                <w:sz w:val="24"/>
                <w:szCs w:val="24"/>
              </w:rPr>
              <w:t xml:space="preserve"> 5 и </w:t>
            </w:r>
            <w:r w:rsidRPr="0091600F">
              <w:rPr>
                <w:rFonts w:ascii="Times New Roman" w:eastAsia="Times New Roman" w:hAnsi="Times New Roman" w:cs="Times New Roman"/>
                <w:color w:val="000000"/>
                <w:sz w:val="24"/>
                <w:szCs w:val="24"/>
              </w:rPr>
              <w:t>более ошибок (если 15-20 слов)</w:t>
            </w:r>
          </w:p>
        </w:tc>
      </w:tr>
    </w:tbl>
    <w:p w:rsidR="00063CD9" w:rsidRDefault="00063CD9" w:rsidP="00063CD9">
      <w:pPr>
        <w:widowControl w:val="0"/>
        <w:tabs>
          <w:tab w:val="left" w:pos="710"/>
        </w:tabs>
        <w:autoSpaceDE w:val="0"/>
        <w:autoSpaceDN w:val="0"/>
        <w:ind w:right="-1"/>
        <w:jc w:val="center"/>
        <w:rPr>
          <w:rFonts w:ascii="Times New Roman" w:hAnsi="Times New Roman" w:cs="Times New Roman"/>
          <w:i/>
          <w:sz w:val="24"/>
          <w:szCs w:val="24"/>
          <w:u w:val="single"/>
        </w:rPr>
      </w:pPr>
      <w:r>
        <w:rPr>
          <w:rFonts w:ascii="Times New Roman" w:hAnsi="Times New Roman" w:cs="Times New Roman"/>
          <w:b/>
          <w:i/>
          <w:sz w:val="24"/>
          <w:szCs w:val="24"/>
          <w:u w:val="single"/>
        </w:rPr>
        <w:t>Тест</w:t>
      </w:r>
    </w:p>
    <w:p w:rsidR="00063CD9" w:rsidRDefault="00063CD9" w:rsidP="00063CD9">
      <w:pPr>
        <w:widowControl w:val="0"/>
        <w:tabs>
          <w:tab w:val="left" w:pos="710"/>
        </w:tabs>
        <w:autoSpaceDE w:val="0"/>
        <w:autoSpaceDN w:val="0"/>
        <w:ind w:right="-1" w:firstLine="567"/>
        <w:jc w:val="both"/>
        <w:rPr>
          <w:rFonts w:ascii="Times New Roman" w:hAnsi="Times New Roman" w:cs="Times New Roman"/>
          <w:sz w:val="24"/>
          <w:szCs w:val="24"/>
        </w:rPr>
      </w:pPr>
      <w:r>
        <w:rPr>
          <w:rFonts w:ascii="Times New Roman" w:hAnsi="Times New Roman" w:cs="Times New Roman"/>
          <w:sz w:val="24"/>
          <w:szCs w:val="24"/>
        </w:rPr>
        <w:t>Оценивание тестовых работ обучающихся осуществляется в зависимости от процентного соотношения выполненных заданий.</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hAnsi="Times New Roman" w:cs="Times New Roman"/>
          <w:sz w:val="24"/>
          <w:szCs w:val="24"/>
        </w:rPr>
        <w:t>Оценивается работа следующим образом:</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«5»</w:t>
      </w:r>
      <w:r>
        <w:rPr>
          <w:rFonts w:ascii="Times New Roman" w:hAnsi="Times New Roman" w:cs="Times New Roman"/>
          <w:sz w:val="24"/>
          <w:szCs w:val="24"/>
        </w:rPr>
        <w:t xml:space="preserve"> - 85 – 100 %; </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«4»</w:t>
      </w:r>
      <w:r>
        <w:rPr>
          <w:rFonts w:ascii="Times New Roman" w:hAnsi="Times New Roman" w:cs="Times New Roman"/>
          <w:sz w:val="24"/>
          <w:szCs w:val="24"/>
        </w:rPr>
        <w:t xml:space="preserve"> - 65 – 84 %; </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 xml:space="preserve">«3» </w:t>
      </w:r>
      <w:r>
        <w:rPr>
          <w:rFonts w:ascii="Times New Roman" w:hAnsi="Times New Roman" w:cs="Times New Roman"/>
          <w:sz w:val="24"/>
          <w:szCs w:val="24"/>
        </w:rPr>
        <w:t xml:space="preserve">- 45 – 64 %; </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«2»</w:t>
      </w:r>
      <w:r>
        <w:rPr>
          <w:rFonts w:ascii="Times New Roman" w:hAnsi="Times New Roman" w:cs="Times New Roman"/>
          <w:sz w:val="24"/>
          <w:szCs w:val="24"/>
        </w:rPr>
        <w:t xml:space="preserve"> - 0 – 44 %.</w:t>
      </w:r>
    </w:p>
    <w:p w:rsidR="00063CD9" w:rsidRDefault="00063CD9" w:rsidP="00063CD9">
      <w:pPr>
        <w:widowControl w:val="0"/>
        <w:autoSpaceDE w:val="0"/>
        <w:autoSpaceDN w:val="0"/>
        <w:ind w:right="566"/>
        <w:rPr>
          <w:rFonts w:ascii="Times New Roman" w:eastAsia="Times New Roman" w:hAnsi="Times New Roman" w:cs="Times New Roman"/>
          <w:color w:val="000000"/>
          <w:sz w:val="24"/>
          <w:szCs w:val="24"/>
        </w:rPr>
      </w:pPr>
    </w:p>
    <w:p w:rsidR="00063CD9" w:rsidRPr="00D22D59" w:rsidRDefault="00063CD9" w:rsidP="00063CD9">
      <w:pPr>
        <w:widowControl w:val="0"/>
        <w:autoSpaceDE w:val="0"/>
        <w:autoSpaceDN w:val="0"/>
        <w:adjustRightInd w:val="0"/>
        <w:ind w:firstLine="567"/>
        <w:jc w:val="center"/>
        <w:rPr>
          <w:rFonts w:ascii="Times New Roman" w:hAnsi="Times New Roman" w:cs="Times New Roman"/>
          <w:b/>
          <w:bCs/>
          <w:sz w:val="24"/>
          <w:szCs w:val="24"/>
        </w:rPr>
      </w:pPr>
      <w:r w:rsidRPr="00D22D59">
        <w:rPr>
          <w:rFonts w:ascii="Times New Roman" w:hAnsi="Times New Roman" w:cs="Times New Roman"/>
          <w:b/>
          <w:bCs/>
          <w:sz w:val="24"/>
          <w:szCs w:val="24"/>
        </w:rPr>
        <w:t>Критерии оценки работ творческого характера</w:t>
      </w:r>
    </w:p>
    <w:p w:rsidR="00063CD9" w:rsidRDefault="00063CD9" w:rsidP="00063CD9">
      <w:pPr>
        <w:widowControl w:val="0"/>
        <w:autoSpaceDE w:val="0"/>
        <w:autoSpaceDN w:val="0"/>
        <w:adjustRightInd w:val="0"/>
        <w:ind w:firstLine="567"/>
        <w:jc w:val="both"/>
        <w:rPr>
          <w:rFonts w:ascii="Times New Roman" w:hAnsi="Times New Roman" w:cs="Times New Roman"/>
          <w:sz w:val="24"/>
          <w:szCs w:val="24"/>
        </w:rPr>
      </w:pPr>
      <w:r w:rsidRPr="00D22D59">
        <w:rPr>
          <w:rFonts w:ascii="Times New Roman" w:hAnsi="Times New Roman" w:cs="Times New Roman"/>
          <w:sz w:val="24"/>
          <w:szCs w:val="24"/>
        </w:rPr>
        <w:t xml:space="preserve">К </w:t>
      </w:r>
      <w:r>
        <w:rPr>
          <w:rFonts w:ascii="Times New Roman" w:hAnsi="Times New Roman" w:cs="Times New Roman"/>
          <w:i/>
          <w:iCs/>
          <w:sz w:val="24"/>
          <w:szCs w:val="24"/>
        </w:rPr>
        <w:t>работа</w:t>
      </w:r>
      <w:r w:rsidRPr="00D22D59">
        <w:rPr>
          <w:rFonts w:ascii="Times New Roman" w:hAnsi="Times New Roman" w:cs="Times New Roman"/>
          <w:i/>
          <w:iCs/>
          <w:sz w:val="24"/>
          <w:szCs w:val="24"/>
        </w:rPr>
        <w:t xml:space="preserve">м творческого характера относятся </w:t>
      </w:r>
      <w:r w:rsidRPr="00D22D59">
        <w:rPr>
          <w:rFonts w:ascii="Times New Roman" w:hAnsi="Times New Roman" w:cs="Times New Roman"/>
          <w:sz w:val="24"/>
          <w:szCs w:val="24"/>
        </w:rPr>
        <w:t>изложения, сочинения, рассказы по</w:t>
      </w:r>
      <w:r>
        <w:rPr>
          <w:rFonts w:ascii="Times New Roman" w:hAnsi="Times New Roman" w:cs="Times New Roman"/>
          <w:sz w:val="24"/>
          <w:szCs w:val="24"/>
        </w:rPr>
        <w:t xml:space="preserve"> </w:t>
      </w:r>
      <w:r w:rsidRPr="00D22D59">
        <w:rPr>
          <w:rFonts w:ascii="Times New Roman" w:hAnsi="Times New Roman" w:cs="Times New Roman"/>
          <w:sz w:val="24"/>
          <w:szCs w:val="24"/>
        </w:rPr>
        <w:t xml:space="preserve">картинкам, личному опыту и т.д. </w:t>
      </w:r>
    </w:p>
    <w:p w:rsidR="00063CD9" w:rsidRPr="00D22D59" w:rsidRDefault="00063CD9" w:rsidP="00063CD9">
      <w:pPr>
        <w:widowControl w:val="0"/>
        <w:autoSpaceDE w:val="0"/>
        <w:autoSpaceDN w:val="0"/>
        <w:adjustRightInd w:val="0"/>
        <w:ind w:firstLine="567"/>
        <w:jc w:val="both"/>
        <w:rPr>
          <w:rFonts w:ascii="Times New Roman" w:hAnsi="Times New Roman" w:cs="Times New Roman"/>
          <w:sz w:val="24"/>
          <w:szCs w:val="24"/>
        </w:rPr>
      </w:pPr>
      <w:r w:rsidRPr="00D22D59">
        <w:rPr>
          <w:rFonts w:ascii="Times New Roman" w:hAnsi="Times New Roman" w:cs="Times New Roman"/>
          <w:sz w:val="24"/>
          <w:szCs w:val="24"/>
        </w:rPr>
        <w:t xml:space="preserve">Во </w:t>
      </w:r>
      <w:r w:rsidRPr="00D22D59">
        <w:rPr>
          <w:rFonts w:ascii="Times New Roman" w:hAnsi="Times New Roman" w:cs="Times New Roman"/>
          <w:i/>
          <w:iCs/>
          <w:sz w:val="24"/>
          <w:szCs w:val="24"/>
        </w:rPr>
        <w:t xml:space="preserve">втором и третьем </w:t>
      </w:r>
      <w:r w:rsidRPr="00D22D59">
        <w:rPr>
          <w:rFonts w:ascii="Times New Roman" w:hAnsi="Times New Roman" w:cs="Times New Roman"/>
          <w:sz w:val="24"/>
          <w:szCs w:val="24"/>
        </w:rPr>
        <w:t>классах за обучающие изложения и сочинения выставляется одна</w:t>
      </w:r>
      <w:r>
        <w:rPr>
          <w:rFonts w:ascii="Times New Roman" w:hAnsi="Times New Roman" w:cs="Times New Roman"/>
          <w:sz w:val="24"/>
          <w:szCs w:val="24"/>
        </w:rPr>
        <w:t xml:space="preserve"> </w:t>
      </w:r>
      <w:r w:rsidRPr="00D22D59">
        <w:rPr>
          <w:rFonts w:ascii="Times New Roman" w:hAnsi="Times New Roman" w:cs="Times New Roman"/>
          <w:sz w:val="24"/>
          <w:szCs w:val="24"/>
        </w:rPr>
        <w:t>отметка – за содержание.</w:t>
      </w:r>
    </w:p>
    <w:p w:rsidR="00063CD9" w:rsidRPr="00D22D59" w:rsidRDefault="00063CD9" w:rsidP="00063CD9">
      <w:pPr>
        <w:widowControl w:val="0"/>
        <w:autoSpaceDE w:val="0"/>
        <w:autoSpaceDN w:val="0"/>
        <w:adjustRightInd w:val="0"/>
        <w:ind w:firstLine="567"/>
        <w:jc w:val="both"/>
        <w:rPr>
          <w:rFonts w:ascii="Times New Roman" w:hAnsi="Times New Roman" w:cs="Times New Roman"/>
          <w:sz w:val="24"/>
          <w:szCs w:val="24"/>
        </w:rPr>
      </w:pPr>
      <w:r w:rsidRPr="00D22D59">
        <w:rPr>
          <w:rFonts w:ascii="Times New Roman" w:hAnsi="Times New Roman" w:cs="Times New Roman"/>
          <w:sz w:val="24"/>
          <w:szCs w:val="24"/>
        </w:rPr>
        <w:t xml:space="preserve">В </w:t>
      </w:r>
      <w:r w:rsidRPr="00D22D59">
        <w:rPr>
          <w:rFonts w:ascii="Times New Roman" w:hAnsi="Times New Roman" w:cs="Times New Roman"/>
          <w:i/>
          <w:iCs/>
          <w:sz w:val="24"/>
          <w:szCs w:val="24"/>
        </w:rPr>
        <w:t xml:space="preserve">третьем классе </w:t>
      </w:r>
      <w:r w:rsidRPr="00D22D59">
        <w:rPr>
          <w:rFonts w:ascii="Times New Roman" w:hAnsi="Times New Roman" w:cs="Times New Roman"/>
          <w:sz w:val="24"/>
          <w:szCs w:val="24"/>
        </w:rPr>
        <w:t xml:space="preserve">проводится </w:t>
      </w:r>
      <w:r w:rsidRPr="00D22D59">
        <w:rPr>
          <w:rFonts w:ascii="Times New Roman" w:hAnsi="Times New Roman" w:cs="Times New Roman"/>
          <w:i/>
          <w:sz w:val="24"/>
          <w:szCs w:val="24"/>
        </w:rPr>
        <w:t xml:space="preserve">1 </w:t>
      </w:r>
      <w:r w:rsidRPr="00D22D59">
        <w:rPr>
          <w:rFonts w:ascii="Times New Roman" w:hAnsi="Times New Roman" w:cs="Times New Roman"/>
          <w:i/>
          <w:iCs/>
          <w:sz w:val="24"/>
          <w:szCs w:val="24"/>
        </w:rPr>
        <w:t xml:space="preserve">контрольное изложение </w:t>
      </w:r>
      <w:r w:rsidRPr="00D22D59">
        <w:rPr>
          <w:rFonts w:ascii="Times New Roman" w:hAnsi="Times New Roman" w:cs="Times New Roman"/>
          <w:sz w:val="24"/>
          <w:szCs w:val="24"/>
        </w:rPr>
        <w:t xml:space="preserve">за учебный год, в </w:t>
      </w:r>
      <w:r w:rsidRPr="00D22D59">
        <w:rPr>
          <w:rFonts w:ascii="Times New Roman" w:hAnsi="Times New Roman" w:cs="Times New Roman"/>
          <w:i/>
          <w:sz w:val="24"/>
          <w:szCs w:val="24"/>
        </w:rPr>
        <w:t>четвертом</w:t>
      </w:r>
      <w:r w:rsidRPr="00D22D59">
        <w:rPr>
          <w:rFonts w:ascii="Times New Roman" w:hAnsi="Times New Roman" w:cs="Times New Roman"/>
          <w:sz w:val="24"/>
          <w:szCs w:val="24"/>
        </w:rPr>
        <w:t xml:space="preserve"> – </w:t>
      </w:r>
      <w:r w:rsidRPr="00D22D59">
        <w:rPr>
          <w:rFonts w:ascii="Times New Roman" w:hAnsi="Times New Roman" w:cs="Times New Roman"/>
          <w:i/>
          <w:sz w:val="24"/>
          <w:szCs w:val="24"/>
        </w:rPr>
        <w:t xml:space="preserve">2 </w:t>
      </w:r>
      <w:proofErr w:type="gramStart"/>
      <w:r w:rsidRPr="00D22D59">
        <w:rPr>
          <w:rFonts w:ascii="Times New Roman" w:hAnsi="Times New Roman" w:cs="Times New Roman"/>
          <w:i/>
          <w:sz w:val="24"/>
          <w:szCs w:val="24"/>
        </w:rPr>
        <w:t>контрольных</w:t>
      </w:r>
      <w:proofErr w:type="gramEnd"/>
      <w:r w:rsidRPr="00D22D59">
        <w:rPr>
          <w:rFonts w:ascii="Times New Roman" w:hAnsi="Times New Roman" w:cs="Times New Roman"/>
          <w:i/>
          <w:sz w:val="24"/>
          <w:szCs w:val="24"/>
        </w:rPr>
        <w:t xml:space="preserve"> изложения</w:t>
      </w:r>
      <w:r w:rsidRPr="00D22D59">
        <w:rPr>
          <w:rFonts w:ascii="Times New Roman" w:hAnsi="Times New Roman" w:cs="Times New Roman"/>
          <w:sz w:val="24"/>
          <w:szCs w:val="24"/>
        </w:rPr>
        <w:t xml:space="preserve"> за год.</w:t>
      </w:r>
      <w:r>
        <w:rPr>
          <w:rFonts w:ascii="Times New Roman" w:hAnsi="Times New Roman" w:cs="Times New Roman"/>
          <w:sz w:val="24"/>
          <w:szCs w:val="24"/>
        </w:rPr>
        <w:t xml:space="preserve"> </w:t>
      </w:r>
      <w:r w:rsidRPr="00D22D59">
        <w:rPr>
          <w:rFonts w:ascii="Times New Roman" w:hAnsi="Times New Roman" w:cs="Times New Roman"/>
          <w:sz w:val="24"/>
          <w:szCs w:val="24"/>
        </w:rPr>
        <w:t>Оценки за контрольные изложения выставляются через дробную черту – первая ставится за содержание и речевое оформление (соблюдение языковых норм и правил выбора стилистических средств), вторая - за соблюдение орфографических и пунктуационных норм.</w:t>
      </w:r>
      <w:r>
        <w:rPr>
          <w:rFonts w:ascii="Times New Roman" w:hAnsi="Times New Roman" w:cs="Times New Roman"/>
          <w:sz w:val="24"/>
          <w:szCs w:val="24"/>
        </w:rPr>
        <w:t xml:space="preserve"> </w:t>
      </w:r>
      <w:r w:rsidRPr="00D22D59">
        <w:rPr>
          <w:rFonts w:ascii="Times New Roman" w:hAnsi="Times New Roman" w:cs="Times New Roman"/>
          <w:sz w:val="24"/>
          <w:szCs w:val="24"/>
        </w:rPr>
        <w:t>Обе оценки считаются оценками по русскому языку.</w:t>
      </w:r>
    </w:p>
    <w:p w:rsidR="00063CD9" w:rsidRPr="00D22D59" w:rsidRDefault="00063CD9" w:rsidP="00063CD9">
      <w:pPr>
        <w:widowControl w:val="0"/>
        <w:autoSpaceDE w:val="0"/>
        <w:autoSpaceDN w:val="0"/>
        <w:adjustRightInd w:val="0"/>
        <w:ind w:firstLine="567"/>
        <w:jc w:val="both"/>
        <w:rPr>
          <w:rFonts w:ascii="Times New Roman" w:hAnsi="Times New Roman" w:cs="Times New Roman"/>
          <w:sz w:val="24"/>
          <w:szCs w:val="24"/>
        </w:rPr>
      </w:pPr>
      <w:r w:rsidRPr="00D22D59">
        <w:rPr>
          <w:rFonts w:ascii="Times New Roman" w:hAnsi="Times New Roman" w:cs="Times New Roman"/>
          <w:sz w:val="24"/>
          <w:szCs w:val="24"/>
        </w:rPr>
        <w:t xml:space="preserve">В </w:t>
      </w:r>
      <w:r w:rsidRPr="00D22D59">
        <w:rPr>
          <w:rFonts w:ascii="Times New Roman" w:hAnsi="Times New Roman" w:cs="Times New Roman"/>
          <w:i/>
          <w:iCs/>
          <w:sz w:val="24"/>
          <w:szCs w:val="24"/>
        </w:rPr>
        <w:t xml:space="preserve">четвертом классе </w:t>
      </w:r>
      <w:r w:rsidRPr="00D22D59">
        <w:rPr>
          <w:rFonts w:ascii="Times New Roman" w:hAnsi="Times New Roman" w:cs="Times New Roman"/>
          <w:sz w:val="24"/>
          <w:szCs w:val="24"/>
        </w:rPr>
        <w:t>за обучающие и контрольные изложения в журнал выставляются обе оценки: через дробь в одну клетку.</w:t>
      </w:r>
    </w:p>
    <w:p w:rsidR="00063CD9" w:rsidRPr="00D22D59" w:rsidRDefault="00063CD9" w:rsidP="00063CD9">
      <w:pPr>
        <w:widowControl w:val="0"/>
        <w:autoSpaceDE w:val="0"/>
        <w:autoSpaceDN w:val="0"/>
        <w:adjustRightInd w:val="0"/>
        <w:jc w:val="center"/>
        <w:rPr>
          <w:rFonts w:ascii="Times New Roman" w:hAnsi="Times New Roman" w:cs="Times New Roman"/>
          <w:b/>
          <w:bCs/>
          <w:i/>
          <w:sz w:val="24"/>
          <w:szCs w:val="24"/>
          <w:u w:val="single"/>
        </w:rPr>
      </w:pPr>
      <w:r w:rsidRPr="00D22D59">
        <w:rPr>
          <w:rFonts w:ascii="Times New Roman" w:hAnsi="Times New Roman" w:cs="Times New Roman"/>
          <w:b/>
          <w:bCs/>
          <w:i/>
          <w:sz w:val="24"/>
          <w:szCs w:val="24"/>
          <w:u w:val="single"/>
        </w:rPr>
        <w:t>Изложение</w:t>
      </w:r>
    </w:p>
    <w:p w:rsidR="00063CD9" w:rsidRPr="00D22D59" w:rsidRDefault="00063CD9" w:rsidP="00063CD9">
      <w:pPr>
        <w:widowControl w:val="0"/>
        <w:autoSpaceDE w:val="0"/>
        <w:autoSpaceDN w:val="0"/>
        <w:adjustRightInd w:val="0"/>
        <w:ind w:firstLine="567"/>
        <w:jc w:val="both"/>
        <w:rPr>
          <w:rFonts w:ascii="Times New Roman" w:hAnsi="Times New Roman" w:cs="Times New Roman"/>
          <w:sz w:val="24"/>
          <w:szCs w:val="24"/>
        </w:rPr>
      </w:pPr>
      <w:r w:rsidRPr="00D22D59">
        <w:rPr>
          <w:rFonts w:ascii="Times New Roman" w:hAnsi="Times New Roman" w:cs="Times New Roman"/>
          <w:i/>
          <w:iCs/>
          <w:sz w:val="24"/>
          <w:szCs w:val="24"/>
        </w:rPr>
        <w:t>За содержание</w:t>
      </w:r>
      <w:r w:rsidRPr="00D22D59">
        <w:rPr>
          <w:rFonts w:ascii="Times New Roman" w:hAnsi="Times New Roman" w:cs="Times New Roman"/>
          <w:sz w:val="24"/>
          <w:szCs w:val="24"/>
        </w:rPr>
        <w:t>:</w:t>
      </w:r>
    </w:p>
    <w:p w:rsidR="00063CD9" w:rsidRPr="00D22D59" w:rsidRDefault="00063CD9" w:rsidP="00063CD9">
      <w:pPr>
        <w:widowControl w:val="0"/>
        <w:autoSpaceDE w:val="0"/>
        <w:autoSpaceDN w:val="0"/>
        <w:adjustRightInd w:val="0"/>
        <w:ind w:firstLine="567"/>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Оценка</w:t>
      </w:r>
      <w:r w:rsidRPr="00D22D59">
        <w:rPr>
          <w:rFonts w:ascii="Times New Roman" w:hAnsi="Times New Roman" w:cs="Times New Roman"/>
          <w:sz w:val="24"/>
          <w:szCs w:val="24"/>
        </w:rPr>
        <w:t xml:space="preserve"> </w:t>
      </w:r>
      <w:r w:rsidRPr="00D22D59">
        <w:rPr>
          <w:rFonts w:ascii="Times New Roman" w:hAnsi="Times New Roman" w:cs="Times New Roman"/>
          <w:b/>
          <w:sz w:val="24"/>
          <w:szCs w:val="24"/>
        </w:rPr>
        <w:t>«5»</w:t>
      </w:r>
      <w:r w:rsidRPr="00D22D59">
        <w:rPr>
          <w:rFonts w:ascii="Times New Roman" w:hAnsi="Times New Roman" w:cs="Times New Roman"/>
          <w:sz w:val="24"/>
          <w:szCs w:val="24"/>
        </w:rPr>
        <w:t xml:space="preserve"> ставится за последовательное и правильное воспроизведение</w:t>
      </w:r>
      <w:r>
        <w:rPr>
          <w:rFonts w:ascii="Times New Roman" w:hAnsi="Times New Roman" w:cs="Times New Roman"/>
          <w:sz w:val="24"/>
          <w:szCs w:val="24"/>
        </w:rPr>
        <w:t xml:space="preserve"> </w:t>
      </w:r>
      <w:r w:rsidRPr="00D22D59">
        <w:rPr>
          <w:rFonts w:ascii="Times New Roman" w:hAnsi="Times New Roman" w:cs="Times New Roman"/>
          <w:sz w:val="24"/>
          <w:szCs w:val="24"/>
        </w:rPr>
        <w:t>авторского текста (изложение), логически оправданное раскрытие темы, отсутствие</w:t>
      </w:r>
      <w:r>
        <w:rPr>
          <w:rFonts w:ascii="Times New Roman" w:hAnsi="Times New Roman" w:cs="Times New Roman"/>
          <w:sz w:val="24"/>
          <w:szCs w:val="24"/>
        </w:rPr>
        <w:t xml:space="preserve"> </w:t>
      </w:r>
      <w:r w:rsidRPr="00D22D59">
        <w:rPr>
          <w:rFonts w:ascii="Times New Roman" w:hAnsi="Times New Roman" w:cs="Times New Roman"/>
          <w:sz w:val="24"/>
          <w:szCs w:val="24"/>
        </w:rPr>
        <w:t>фактических ошибок, богатство словаря, правильное речевое оформление. Допустимо не более</w:t>
      </w:r>
      <w:r>
        <w:rPr>
          <w:rFonts w:ascii="Times New Roman" w:hAnsi="Times New Roman" w:cs="Times New Roman"/>
          <w:sz w:val="24"/>
          <w:szCs w:val="24"/>
        </w:rPr>
        <w:t xml:space="preserve"> одной речевой неточности.</w:t>
      </w:r>
    </w:p>
    <w:p w:rsidR="00063CD9" w:rsidRPr="00D22D59" w:rsidRDefault="00063CD9" w:rsidP="00063CD9">
      <w:pPr>
        <w:widowControl w:val="0"/>
        <w:autoSpaceDE w:val="0"/>
        <w:autoSpaceDN w:val="0"/>
        <w:adjustRightInd w:val="0"/>
        <w:ind w:firstLine="567"/>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Оценка</w:t>
      </w:r>
      <w:r w:rsidRPr="00D22D59">
        <w:rPr>
          <w:rFonts w:ascii="Times New Roman" w:hAnsi="Times New Roman" w:cs="Times New Roman"/>
          <w:sz w:val="24"/>
          <w:szCs w:val="24"/>
        </w:rPr>
        <w:t xml:space="preserve"> </w:t>
      </w:r>
      <w:r w:rsidRPr="00D22D59">
        <w:rPr>
          <w:rFonts w:ascii="Times New Roman" w:hAnsi="Times New Roman" w:cs="Times New Roman"/>
          <w:b/>
          <w:sz w:val="24"/>
          <w:szCs w:val="24"/>
        </w:rPr>
        <w:t>«4»</w:t>
      </w:r>
      <w:r w:rsidRPr="00D22D59">
        <w:rPr>
          <w:rFonts w:ascii="Times New Roman" w:hAnsi="Times New Roman" w:cs="Times New Roman"/>
          <w:sz w:val="24"/>
          <w:szCs w:val="24"/>
        </w:rPr>
        <w:t xml:space="preserve"> ставится за правильную и достаточно полную информацию по</w:t>
      </w:r>
      <w:r>
        <w:rPr>
          <w:rFonts w:ascii="Times New Roman" w:hAnsi="Times New Roman" w:cs="Times New Roman"/>
          <w:sz w:val="24"/>
          <w:szCs w:val="24"/>
        </w:rPr>
        <w:t xml:space="preserve"> </w:t>
      </w:r>
      <w:r w:rsidRPr="00D22D59">
        <w:rPr>
          <w:rFonts w:ascii="Times New Roman" w:hAnsi="Times New Roman" w:cs="Times New Roman"/>
          <w:sz w:val="24"/>
          <w:szCs w:val="24"/>
        </w:rPr>
        <w:t>авторскому тексту (изложение). Тема раскрыта, но имеются незначительные нарушения в</w:t>
      </w:r>
      <w:r>
        <w:rPr>
          <w:rFonts w:ascii="Times New Roman" w:hAnsi="Times New Roman" w:cs="Times New Roman"/>
          <w:sz w:val="24"/>
          <w:szCs w:val="24"/>
        </w:rPr>
        <w:t xml:space="preserve"> </w:t>
      </w:r>
      <w:r w:rsidRPr="00D22D59">
        <w:rPr>
          <w:rFonts w:ascii="Times New Roman" w:hAnsi="Times New Roman" w:cs="Times New Roman"/>
          <w:sz w:val="24"/>
          <w:szCs w:val="24"/>
        </w:rPr>
        <w:t>последовательности изложения мыслей, отдельные фактические и речевые неточности.</w:t>
      </w:r>
      <w:r>
        <w:rPr>
          <w:rFonts w:ascii="Times New Roman" w:hAnsi="Times New Roman" w:cs="Times New Roman"/>
          <w:sz w:val="24"/>
          <w:szCs w:val="24"/>
        </w:rPr>
        <w:t xml:space="preserve"> </w:t>
      </w:r>
      <w:r w:rsidRPr="00D22D59">
        <w:rPr>
          <w:rFonts w:ascii="Times New Roman" w:hAnsi="Times New Roman" w:cs="Times New Roman"/>
          <w:sz w:val="24"/>
          <w:szCs w:val="24"/>
        </w:rPr>
        <w:t>Допустимо не более трех речевых недочетов в</w:t>
      </w:r>
      <w:r>
        <w:rPr>
          <w:rFonts w:ascii="Times New Roman" w:hAnsi="Times New Roman" w:cs="Times New Roman"/>
          <w:sz w:val="24"/>
          <w:szCs w:val="24"/>
        </w:rPr>
        <w:t xml:space="preserve"> содержании и построении текста.</w:t>
      </w:r>
    </w:p>
    <w:p w:rsidR="00063CD9" w:rsidRPr="00D22D59" w:rsidRDefault="00063CD9" w:rsidP="00063CD9">
      <w:pPr>
        <w:widowControl w:val="0"/>
        <w:autoSpaceDE w:val="0"/>
        <w:autoSpaceDN w:val="0"/>
        <w:adjustRightInd w:val="0"/>
        <w:ind w:firstLine="567"/>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sidRPr="00D22D59">
        <w:rPr>
          <w:rFonts w:ascii="Times New Roman" w:hAnsi="Times New Roman" w:cs="Times New Roman"/>
          <w:b/>
          <w:sz w:val="24"/>
          <w:szCs w:val="24"/>
        </w:rPr>
        <w:t>«3»</w:t>
      </w:r>
      <w:r w:rsidRPr="00D22D59">
        <w:rPr>
          <w:rFonts w:ascii="Times New Roman" w:hAnsi="Times New Roman" w:cs="Times New Roman"/>
          <w:sz w:val="24"/>
          <w:szCs w:val="24"/>
        </w:rPr>
        <w:t xml:space="preserve"> ставится за некоторые отклонения от авторского (исходного) текста</w:t>
      </w:r>
      <w:r>
        <w:rPr>
          <w:rFonts w:ascii="Times New Roman" w:hAnsi="Times New Roman" w:cs="Times New Roman"/>
          <w:sz w:val="24"/>
          <w:szCs w:val="24"/>
        </w:rPr>
        <w:t xml:space="preserve"> </w:t>
      </w:r>
      <w:r w:rsidRPr="00D22D59">
        <w:rPr>
          <w:rFonts w:ascii="Times New Roman" w:hAnsi="Times New Roman" w:cs="Times New Roman"/>
          <w:sz w:val="24"/>
          <w:szCs w:val="24"/>
        </w:rPr>
        <w:t>(изложение), отклонение от темы (в основном она достоверна, но допущены отдельные</w:t>
      </w:r>
      <w:r>
        <w:rPr>
          <w:rFonts w:ascii="Times New Roman" w:hAnsi="Times New Roman" w:cs="Times New Roman"/>
          <w:sz w:val="24"/>
          <w:szCs w:val="24"/>
        </w:rPr>
        <w:t xml:space="preserve"> </w:t>
      </w:r>
      <w:r w:rsidRPr="00D22D59">
        <w:rPr>
          <w:rFonts w:ascii="Times New Roman" w:hAnsi="Times New Roman" w:cs="Times New Roman"/>
          <w:sz w:val="24"/>
          <w:szCs w:val="24"/>
        </w:rPr>
        <w:t>нарушения в последовательности изложения мыслей, в построении двух-трех предложений),</w:t>
      </w:r>
      <w:r>
        <w:rPr>
          <w:rFonts w:ascii="Times New Roman" w:hAnsi="Times New Roman" w:cs="Times New Roman"/>
          <w:sz w:val="24"/>
          <w:szCs w:val="24"/>
        </w:rPr>
        <w:t xml:space="preserve"> </w:t>
      </w:r>
      <w:r w:rsidRPr="00D22D59">
        <w:rPr>
          <w:rFonts w:ascii="Times New Roman" w:hAnsi="Times New Roman" w:cs="Times New Roman"/>
          <w:sz w:val="24"/>
          <w:szCs w:val="24"/>
        </w:rPr>
        <w:t xml:space="preserve">бедность словаря, речевые неточности. </w:t>
      </w:r>
      <w:proofErr w:type="gramStart"/>
      <w:r w:rsidRPr="00D22D59">
        <w:rPr>
          <w:rFonts w:ascii="Times New Roman" w:hAnsi="Times New Roman" w:cs="Times New Roman"/>
          <w:sz w:val="24"/>
          <w:szCs w:val="24"/>
        </w:rPr>
        <w:t>Допустим не более пяти недочетов</w:t>
      </w:r>
      <w:proofErr w:type="gramEnd"/>
      <w:r w:rsidRPr="00D22D59">
        <w:rPr>
          <w:rFonts w:ascii="Times New Roman" w:hAnsi="Times New Roman" w:cs="Times New Roman"/>
          <w:sz w:val="24"/>
          <w:szCs w:val="24"/>
        </w:rPr>
        <w:t xml:space="preserve"> речи в содержании и</w:t>
      </w:r>
      <w:r>
        <w:rPr>
          <w:rFonts w:ascii="Times New Roman" w:hAnsi="Times New Roman" w:cs="Times New Roman"/>
          <w:sz w:val="24"/>
          <w:szCs w:val="24"/>
        </w:rPr>
        <w:t xml:space="preserve"> построении текста.</w:t>
      </w:r>
    </w:p>
    <w:p w:rsidR="00063CD9" w:rsidRPr="00D22D59" w:rsidRDefault="00063CD9" w:rsidP="00063CD9">
      <w:pPr>
        <w:widowControl w:val="0"/>
        <w:autoSpaceDE w:val="0"/>
        <w:autoSpaceDN w:val="0"/>
        <w:adjustRightInd w:val="0"/>
        <w:ind w:firstLine="567"/>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sidRPr="00D22D59">
        <w:rPr>
          <w:rFonts w:ascii="Times New Roman" w:hAnsi="Times New Roman" w:cs="Times New Roman"/>
          <w:b/>
          <w:sz w:val="24"/>
          <w:szCs w:val="24"/>
        </w:rPr>
        <w:t>«2»</w:t>
      </w:r>
      <w:r w:rsidRPr="00D22D59">
        <w:rPr>
          <w:rFonts w:ascii="Times New Roman" w:hAnsi="Times New Roman" w:cs="Times New Roman"/>
          <w:sz w:val="24"/>
          <w:szCs w:val="24"/>
        </w:rPr>
        <w:t xml:space="preserve"> ставится за несоответствие работы теме, значительные отступления</w:t>
      </w:r>
      <w:r>
        <w:rPr>
          <w:rFonts w:ascii="Times New Roman" w:hAnsi="Times New Roman" w:cs="Times New Roman"/>
          <w:sz w:val="24"/>
          <w:szCs w:val="24"/>
        </w:rPr>
        <w:t xml:space="preserve"> </w:t>
      </w:r>
      <w:r w:rsidRPr="00D22D59">
        <w:rPr>
          <w:rFonts w:ascii="Times New Roman" w:eastAsia="Times New Roman" w:hAnsi="Times New Roman" w:cs="Times New Roman"/>
          <w:color w:val="000000"/>
          <w:sz w:val="24"/>
          <w:szCs w:val="24"/>
        </w:rPr>
        <w:t>от авторского текста, большое количество неточностей фактического характер</w:t>
      </w:r>
      <w:r>
        <w:rPr>
          <w:rFonts w:ascii="Times New Roman" w:eastAsia="Times New Roman" w:hAnsi="Times New Roman" w:cs="Times New Roman"/>
          <w:color w:val="000000"/>
          <w:sz w:val="24"/>
          <w:szCs w:val="24"/>
        </w:rPr>
        <w:t xml:space="preserve">а, нарушение последовательности изложения </w:t>
      </w:r>
      <w:r w:rsidRPr="00D22D59">
        <w:rPr>
          <w:rFonts w:ascii="Times New Roman" w:eastAsia="Times New Roman" w:hAnsi="Times New Roman" w:cs="Times New Roman"/>
          <w:color w:val="000000"/>
          <w:sz w:val="24"/>
          <w:szCs w:val="24"/>
        </w:rPr>
        <w:t>мыс</w:t>
      </w:r>
      <w:r>
        <w:rPr>
          <w:rFonts w:ascii="Times New Roman" w:eastAsia="Times New Roman" w:hAnsi="Times New Roman" w:cs="Times New Roman"/>
          <w:color w:val="000000"/>
          <w:sz w:val="24"/>
          <w:szCs w:val="24"/>
        </w:rPr>
        <w:t xml:space="preserve">лей, отсутствие связи между частями текста, бедность </w:t>
      </w:r>
      <w:r w:rsidRPr="00D22D59">
        <w:rPr>
          <w:rFonts w:ascii="Times New Roman" w:eastAsia="Times New Roman" w:hAnsi="Times New Roman" w:cs="Times New Roman"/>
          <w:color w:val="000000"/>
          <w:sz w:val="24"/>
          <w:szCs w:val="24"/>
        </w:rPr>
        <w:t>словаря. В целом в работе допущено более шести речевых недочетов и ошибок в содержании и построении текста.</w:t>
      </w:r>
    </w:p>
    <w:p w:rsidR="00063CD9" w:rsidRDefault="00063CD9" w:rsidP="00063CD9">
      <w:pPr>
        <w:widowControl w:val="0"/>
        <w:tabs>
          <w:tab w:val="left" w:pos="466"/>
          <w:tab w:val="left" w:pos="588"/>
          <w:tab w:val="left" w:pos="948"/>
          <w:tab w:val="left" w:pos="1208"/>
          <w:tab w:val="left" w:pos="1294"/>
          <w:tab w:val="left" w:pos="1332"/>
          <w:tab w:val="left" w:pos="1720"/>
          <w:tab w:val="left" w:pos="3600"/>
          <w:tab w:val="left" w:pos="5566"/>
        </w:tabs>
        <w:autoSpaceDE w:val="0"/>
        <w:autoSpaceDN w:val="0"/>
        <w:ind w:right="-1" w:firstLine="567"/>
        <w:jc w:val="both"/>
        <w:rPr>
          <w:rFonts w:ascii="Times New Roman" w:hAnsi="Times New Roman" w:cs="Times New Roman"/>
          <w:sz w:val="24"/>
          <w:szCs w:val="24"/>
        </w:rPr>
      </w:pPr>
      <w:r w:rsidRPr="0091600F">
        <w:rPr>
          <w:rFonts w:ascii="Times New Roman" w:eastAsia="Times New Roman" w:hAnsi="Times New Roman" w:cs="Times New Roman"/>
          <w:i/>
          <w:color w:val="000000"/>
          <w:sz w:val="24"/>
          <w:szCs w:val="24"/>
        </w:rPr>
        <w:t>За соблюдение орфографических и</w:t>
      </w:r>
      <w:r>
        <w:rPr>
          <w:rFonts w:ascii="Times New Roman" w:eastAsia="Times New Roman" w:hAnsi="Times New Roman" w:cs="Times New Roman"/>
          <w:i/>
          <w:color w:val="000000"/>
          <w:sz w:val="24"/>
          <w:szCs w:val="24"/>
        </w:rPr>
        <w:t xml:space="preserve"> </w:t>
      </w:r>
      <w:r w:rsidRPr="0091600F">
        <w:rPr>
          <w:rFonts w:ascii="Times New Roman" w:eastAsia="Times New Roman" w:hAnsi="Times New Roman" w:cs="Times New Roman"/>
          <w:i/>
          <w:color w:val="000000"/>
          <w:sz w:val="24"/>
          <w:szCs w:val="24"/>
        </w:rPr>
        <w:t>пунктуационных норм:</w:t>
      </w:r>
    </w:p>
    <w:p w:rsidR="00063CD9" w:rsidRDefault="00063CD9" w:rsidP="00063CD9">
      <w:pPr>
        <w:widowControl w:val="0"/>
        <w:tabs>
          <w:tab w:val="left" w:pos="466"/>
          <w:tab w:val="left" w:pos="588"/>
          <w:tab w:val="left" w:pos="948"/>
          <w:tab w:val="left" w:pos="1208"/>
          <w:tab w:val="left" w:pos="1294"/>
          <w:tab w:val="left" w:pos="1332"/>
          <w:tab w:val="left" w:pos="1720"/>
          <w:tab w:val="left" w:pos="3600"/>
          <w:tab w:val="left" w:pos="5566"/>
        </w:tabs>
        <w:autoSpaceDE w:val="0"/>
        <w:autoSpaceDN w:val="0"/>
        <w:ind w:right="-1" w:firstLine="567"/>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sidRPr="008850E1">
        <w:rPr>
          <w:rFonts w:ascii="Times New Roman" w:eastAsia="Times New Roman" w:hAnsi="Times New Roman" w:cs="Times New Roman"/>
          <w:b/>
          <w:color w:val="000000"/>
          <w:sz w:val="24"/>
          <w:szCs w:val="24"/>
        </w:rPr>
        <w:t>«5»</w:t>
      </w:r>
      <w:r w:rsidRPr="0091600F">
        <w:rPr>
          <w:rFonts w:ascii="Times New Roman" w:eastAsia="Times New Roman" w:hAnsi="Times New Roman" w:cs="Times New Roman"/>
          <w:color w:val="000000"/>
          <w:sz w:val="24"/>
          <w:szCs w:val="24"/>
        </w:rPr>
        <w:t>: отсутствие орфографических и пунктуационных ошибок, допустимо 1-</w:t>
      </w:r>
      <w:r w:rsidRPr="0091600F">
        <w:rPr>
          <w:rFonts w:ascii="Times New Roman" w:hAnsi="Times New Roman" w:cs="Times New Roman"/>
          <w:sz w:val="24"/>
          <w:szCs w:val="24"/>
        </w:rPr>
        <w:tab/>
      </w:r>
      <w:r w:rsidRPr="0091600F">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 xml:space="preserve"> </w:t>
      </w:r>
      <w:r w:rsidRPr="0091600F">
        <w:rPr>
          <w:rFonts w:ascii="Times New Roman" w:eastAsia="Times New Roman" w:hAnsi="Times New Roman" w:cs="Times New Roman"/>
          <w:color w:val="000000"/>
          <w:sz w:val="24"/>
          <w:szCs w:val="24"/>
        </w:rPr>
        <w:t>исправления;</w:t>
      </w:r>
    </w:p>
    <w:p w:rsidR="00063CD9" w:rsidRDefault="00063CD9" w:rsidP="00063CD9">
      <w:pPr>
        <w:widowControl w:val="0"/>
        <w:tabs>
          <w:tab w:val="left" w:pos="466"/>
          <w:tab w:val="left" w:pos="588"/>
          <w:tab w:val="left" w:pos="948"/>
          <w:tab w:val="left" w:pos="1208"/>
          <w:tab w:val="left" w:pos="1294"/>
          <w:tab w:val="left" w:pos="1332"/>
          <w:tab w:val="left" w:pos="1720"/>
          <w:tab w:val="left" w:pos="3600"/>
          <w:tab w:val="left" w:pos="5566"/>
        </w:tabs>
        <w:autoSpaceDE w:val="0"/>
        <w:autoSpaceDN w:val="0"/>
        <w:ind w:right="-1"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Оценка </w:t>
      </w:r>
      <w:r w:rsidRPr="008850E1">
        <w:rPr>
          <w:rFonts w:ascii="Times New Roman" w:eastAsia="Times New Roman" w:hAnsi="Times New Roman" w:cs="Times New Roman"/>
          <w:b/>
          <w:color w:val="000000"/>
          <w:sz w:val="24"/>
          <w:szCs w:val="24"/>
        </w:rPr>
        <w:t>«4»:</w:t>
      </w:r>
      <w:r w:rsidRPr="0091600F">
        <w:rPr>
          <w:rFonts w:ascii="Times New Roman" w:eastAsia="Times New Roman" w:hAnsi="Times New Roman" w:cs="Times New Roman"/>
          <w:color w:val="000000"/>
          <w:sz w:val="24"/>
          <w:szCs w:val="24"/>
        </w:rPr>
        <w:t xml:space="preserve"> не более 2 орфографических и одной пунктуационной ошибки, 1-2 </w:t>
      </w:r>
      <w:r>
        <w:rPr>
          <w:rFonts w:ascii="Times New Roman" w:eastAsia="Times New Roman" w:hAnsi="Times New Roman" w:cs="Times New Roman"/>
          <w:color w:val="000000"/>
          <w:sz w:val="24"/>
          <w:szCs w:val="24"/>
        </w:rPr>
        <w:t>исправления;</w:t>
      </w:r>
    </w:p>
    <w:p w:rsidR="00063CD9" w:rsidRDefault="00063CD9" w:rsidP="00063CD9">
      <w:pPr>
        <w:widowControl w:val="0"/>
        <w:tabs>
          <w:tab w:val="left" w:pos="466"/>
          <w:tab w:val="left" w:pos="588"/>
          <w:tab w:val="left" w:pos="948"/>
          <w:tab w:val="left" w:pos="1208"/>
          <w:tab w:val="left" w:pos="1294"/>
          <w:tab w:val="left" w:pos="1332"/>
          <w:tab w:val="left" w:pos="1720"/>
          <w:tab w:val="left" w:pos="3600"/>
          <w:tab w:val="left" w:pos="5566"/>
        </w:tabs>
        <w:autoSpaceDE w:val="0"/>
        <w:autoSpaceDN w:val="0"/>
        <w:ind w:right="-1"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Оценка</w:t>
      </w:r>
      <w:r>
        <w:rPr>
          <w:rFonts w:ascii="Times New Roman" w:eastAsia="Times New Roman" w:hAnsi="Times New Roman" w:cs="Times New Roman"/>
          <w:color w:val="000000"/>
          <w:sz w:val="24"/>
          <w:szCs w:val="24"/>
        </w:rPr>
        <w:t xml:space="preserve"> </w:t>
      </w:r>
      <w:r w:rsidRPr="008850E1">
        <w:rPr>
          <w:rFonts w:ascii="Times New Roman" w:eastAsia="Times New Roman" w:hAnsi="Times New Roman" w:cs="Times New Roman"/>
          <w:b/>
          <w:color w:val="000000"/>
          <w:sz w:val="24"/>
          <w:szCs w:val="24"/>
        </w:rPr>
        <w:t>«3»:</w:t>
      </w:r>
      <w:r w:rsidRPr="0091600F">
        <w:rPr>
          <w:rFonts w:ascii="Times New Roman" w:eastAsia="Times New Roman" w:hAnsi="Times New Roman" w:cs="Times New Roman"/>
          <w:color w:val="000000"/>
          <w:sz w:val="24"/>
          <w:szCs w:val="24"/>
        </w:rPr>
        <w:t xml:space="preserve"> 3-5 орфографических ошибок, 1-2 пунктуационные, 1-2 исправления;</w:t>
      </w:r>
    </w:p>
    <w:p w:rsidR="00063CD9" w:rsidRPr="008850E1" w:rsidRDefault="00063CD9" w:rsidP="00063CD9">
      <w:pPr>
        <w:widowControl w:val="0"/>
        <w:tabs>
          <w:tab w:val="left" w:pos="466"/>
          <w:tab w:val="left" w:pos="588"/>
          <w:tab w:val="left" w:pos="948"/>
          <w:tab w:val="left" w:pos="1208"/>
          <w:tab w:val="left" w:pos="1294"/>
          <w:tab w:val="left" w:pos="1332"/>
          <w:tab w:val="left" w:pos="1720"/>
          <w:tab w:val="left" w:pos="3600"/>
          <w:tab w:val="left" w:pos="5566"/>
        </w:tabs>
        <w:autoSpaceDE w:val="0"/>
        <w:autoSpaceDN w:val="0"/>
        <w:ind w:right="-1"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Оценка </w:t>
      </w:r>
      <w:r w:rsidRPr="008850E1">
        <w:rPr>
          <w:rFonts w:ascii="Times New Roman" w:eastAsia="Times New Roman" w:hAnsi="Times New Roman" w:cs="Times New Roman"/>
          <w:b/>
          <w:color w:val="000000"/>
          <w:sz w:val="24"/>
          <w:szCs w:val="24"/>
        </w:rPr>
        <w:t>«2»:</w:t>
      </w:r>
      <w:r w:rsidRPr="0091600F">
        <w:rPr>
          <w:rFonts w:ascii="Times New Roman" w:eastAsia="Times New Roman" w:hAnsi="Times New Roman" w:cs="Times New Roman"/>
          <w:color w:val="000000"/>
          <w:sz w:val="24"/>
          <w:szCs w:val="24"/>
        </w:rPr>
        <w:t xml:space="preserve"> 6 и более орфографических ошибок, 3-4 пунктуационных, 3-4 </w:t>
      </w:r>
      <w:r w:rsidRPr="0091600F">
        <w:rPr>
          <w:rFonts w:ascii="Times New Roman" w:eastAsia="Times New Roman" w:hAnsi="Times New Roman" w:cs="Times New Roman"/>
          <w:color w:val="000000"/>
          <w:sz w:val="24"/>
          <w:szCs w:val="24"/>
        </w:rPr>
        <w:lastRenderedPageBreak/>
        <w:t>исправления.</w:t>
      </w:r>
    </w:p>
    <w:p w:rsidR="00063CD9" w:rsidRPr="008850E1" w:rsidRDefault="00063CD9" w:rsidP="00063CD9">
      <w:pPr>
        <w:widowControl w:val="0"/>
        <w:autoSpaceDE w:val="0"/>
        <w:autoSpaceDN w:val="0"/>
        <w:ind w:right="566"/>
        <w:jc w:val="center"/>
        <w:rPr>
          <w:rFonts w:ascii="Times New Roman" w:eastAsia="Times New Roman" w:hAnsi="Times New Roman" w:cs="Times New Roman"/>
          <w:b/>
          <w:i/>
          <w:color w:val="000000"/>
          <w:sz w:val="24"/>
          <w:szCs w:val="24"/>
          <w:u w:val="single"/>
        </w:rPr>
      </w:pPr>
      <w:r w:rsidRPr="008850E1">
        <w:rPr>
          <w:rFonts w:ascii="Times New Roman" w:eastAsia="Times New Roman" w:hAnsi="Times New Roman" w:cs="Times New Roman"/>
          <w:b/>
          <w:i/>
          <w:color w:val="000000"/>
          <w:sz w:val="24"/>
          <w:szCs w:val="24"/>
          <w:u w:val="single"/>
        </w:rPr>
        <w:t>Сочинение</w:t>
      </w:r>
    </w:p>
    <w:p w:rsidR="00063CD9" w:rsidRDefault="00063CD9" w:rsidP="00063CD9">
      <w:pPr>
        <w:widowControl w:val="0"/>
        <w:autoSpaceDE w:val="0"/>
        <w:autoSpaceDN w:val="0"/>
        <w:ind w:right="566" w:firstLine="567"/>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З</w:t>
      </w:r>
      <w:r w:rsidRPr="0091600F">
        <w:rPr>
          <w:rFonts w:ascii="Times New Roman" w:eastAsia="Times New Roman" w:hAnsi="Times New Roman" w:cs="Times New Roman"/>
          <w:i/>
          <w:color w:val="000000"/>
          <w:sz w:val="24"/>
          <w:szCs w:val="24"/>
        </w:rPr>
        <w:t xml:space="preserve">а содержание и </w:t>
      </w:r>
      <w:r>
        <w:rPr>
          <w:rFonts w:ascii="Times New Roman" w:eastAsia="Times New Roman" w:hAnsi="Times New Roman" w:cs="Times New Roman"/>
          <w:i/>
          <w:color w:val="000000"/>
          <w:sz w:val="24"/>
          <w:szCs w:val="24"/>
        </w:rPr>
        <w:t>речевое оформление:</w:t>
      </w:r>
    </w:p>
    <w:p w:rsidR="00063CD9" w:rsidRPr="0091600F" w:rsidRDefault="00063CD9" w:rsidP="00063CD9">
      <w:pPr>
        <w:widowControl w:val="0"/>
        <w:autoSpaceDE w:val="0"/>
        <w:autoSpaceDN w:val="0"/>
        <w:ind w:right="566" w:firstLine="567"/>
        <w:jc w:val="both"/>
        <w:rPr>
          <w:rFonts w:ascii="Times New Roman" w:hAnsi="Times New Roman" w:cs="Times New Roman"/>
          <w:sz w:val="24"/>
          <w:szCs w:val="24"/>
        </w:rPr>
      </w:pPr>
      <w:r w:rsidRPr="008850E1">
        <w:rPr>
          <w:rFonts w:ascii="Times New Roman" w:eastAsia="Times New Roman" w:hAnsi="Times New Roman" w:cs="Times New Roman"/>
          <w:b/>
          <w:color w:val="000000"/>
          <w:sz w:val="24"/>
          <w:szCs w:val="24"/>
        </w:rPr>
        <w:t>Оценка «5»</w:t>
      </w:r>
      <w:r w:rsidRPr="0091600F">
        <w:rPr>
          <w:rFonts w:ascii="Times New Roman" w:eastAsia="Times New Roman" w:hAnsi="Times New Roman" w:cs="Times New Roman"/>
          <w:color w:val="000000"/>
          <w:sz w:val="24"/>
          <w:szCs w:val="24"/>
        </w:rPr>
        <w:t xml:space="preserve"> – логически последовательно раскрыта тема.</w:t>
      </w:r>
    </w:p>
    <w:p w:rsidR="00063CD9" w:rsidRPr="0091600F" w:rsidRDefault="00063CD9" w:rsidP="00063CD9">
      <w:pPr>
        <w:widowControl w:val="0"/>
        <w:autoSpaceDE w:val="0"/>
        <w:autoSpaceDN w:val="0"/>
        <w:ind w:right="566" w:firstLine="567"/>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Оценка</w:t>
      </w:r>
      <w:r w:rsidRPr="0091600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«4»</w:t>
      </w:r>
      <w:r w:rsidRPr="0091600F">
        <w:rPr>
          <w:rFonts w:ascii="Times New Roman" w:eastAsia="Times New Roman" w:hAnsi="Times New Roman" w:cs="Times New Roman"/>
          <w:color w:val="000000"/>
          <w:sz w:val="24"/>
          <w:szCs w:val="24"/>
        </w:rPr>
        <w:t xml:space="preserve"> – незначительно нарушена последовательность изложения мыслей, имеются единичные (1-2) фактические и речевые неточности.</w:t>
      </w:r>
    </w:p>
    <w:p w:rsidR="00063CD9" w:rsidRPr="0091600F" w:rsidRDefault="00063CD9" w:rsidP="00063CD9">
      <w:pPr>
        <w:widowControl w:val="0"/>
        <w:autoSpaceDE w:val="0"/>
        <w:autoSpaceDN w:val="0"/>
        <w:ind w:right="566" w:firstLine="567"/>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Оценка</w:t>
      </w:r>
      <w:r w:rsidRPr="0091600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«3»</w:t>
      </w:r>
      <w:r w:rsidRPr="0091600F">
        <w:rPr>
          <w:rFonts w:ascii="Times New Roman" w:eastAsia="Times New Roman" w:hAnsi="Times New Roman" w:cs="Times New Roman"/>
          <w:color w:val="000000"/>
          <w:sz w:val="24"/>
          <w:szCs w:val="24"/>
        </w:rPr>
        <w:t xml:space="preserve"> – имеются некоторые отступления от темы, допущены отдельные нарушения в последовательности изложения мыслей, в построении 2-3 предложений, беден словарь.</w:t>
      </w:r>
    </w:p>
    <w:p w:rsidR="00063CD9" w:rsidRPr="0091600F" w:rsidRDefault="00063CD9" w:rsidP="00063CD9">
      <w:pPr>
        <w:widowControl w:val="0"/>
        <w:autoSpaceDE w:val="0"/>
        <w:autoSpaceDN w:val="0"/>
        <w:ind w:right="566" w:firstLine="567"/>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Оценка</w:t>
      </w:r>
      <w:r w:rsidRPr="0091600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«2»</w:t>
      </w:r>
      <w:r w:rsidRPr="0091600F">
        <w:rPr>
          <w:rFonts w:ascii="Times New Roman" w:eastAsia="Times New Roman" w:hAnsi="Times New Roman" w:cs="Times New Roman"/>
          <w:color w:val="000000"/>
          <w:sz w:val="24"/>
          <w:szCs w:val="24"/>
        </w:rPr>
        <w:t xml:space="preserve"> – имеются значительные отступления от темы, пропуск важных эпизодов, главной части, основной мысли и др., нарушена последовательность изложения мыслей, отсутствует связь между частями, отдельными предложениями, крайне однообразен словарь.</w:t>
      </w:r>
    </w:p>
    <w:p w:rsidR="00063CD9" w:rsidRPr="008850E1" w:rsidRDefault="00063CD9" w:rsidP="00063CD9">
      <w:pPr>
        <w:widowControl w:val="0"/>
        <w:autoSpaceDE w:val="0"/>
        <w:autoSpaceDN w:val="0"/>
        <w:adjustRightInd w:val="0"/>
        <w:ind w:firstLine="567"/>
        <w:rPr>
          <w:rFonts w:ascii="Times New Roman" w:hAnsi="Times New Roman" w:cs="Times New Roman"/>
          <w:i/>
          <w:iCs/>
          <w:sz w:val="24"/>
          <w:szCs w:val="24"/>
        </w:rPr>
      </w:pPr>
      <w:r w:rsidRPr="008850E1">
        <w:rPr>
          <w:rFonts w:ascii="Times New Roman" w:hAnsi="Times New Roman" w:cs="Times New Roman"/>
          <w:i/>
          <w:iCs/>
          <w:sz w:val="24"/>
          <w:szCs w:val="24"/>
        </w:rPr>
        <w:t>За соблюдение орфографических и пунктуационных норм:</w:t>
      </w:r>
    </w:p>
    <w:p w:rsidR="00063CD9" w:rsidRPr="008850E1" w:rsidRDefault="00063CD9" w:rsidP="00063CD9">
      <w:pPr>
        <w:widowControl w:val="0"/>
        <w:autoSpaceDE w:val="0"/>
        <w:autoSpaceDN w:val="0"/>
        <w:adjustRightInd w:val="0"/>
        <w:ind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Оценка</w:t>
      </w:r>
      <w:r w:rsidRPr="008850E1">
        <w:rPr>
          <w:rFonts w:ascii="Times New Roman" w:hAnsi="Times New Roman" w:cs="Times New Roman"/>
          <w:sz w:val="24"/>
          <w:szCs w:val="24"/>
        </w:rPr>
        <w:t xml:space="preserve"> </w:t>
      </w:r>
      <w:r>
        <w:rPr>
          <w:rFonts w:ascii="Times New Roman" w:hAnsi="Times New Roman" w:cs="Times New Roman"/>
          <w:b/>
          <w:sz w:val="24"/>
          <w:szCs w:val="24"/>
        </w:rPr>
        <w:t>«5»</w:t>
      </w:r>
      <w:r w:rsidRPr="008850E1">
        <w:rPr>
          <w:rFonts w:ascii="Times New Roman" w:hAnsi="Times New Roman" w:cs="Times New Roman"/>
          <w:sz w:val="24"/>
          <w:szCs w:val="24"/>
        </w:rPr>
        <w:t xml:space="preserve"> – нет речевых и орфографических ошибок, допущено 1</w:t>
      </w:r>
      <w:r>
        <w:rPr>
          <w:rFonts w:ascii="Times New Roman" w:hAnsi="Times New Roman" w:cs="Times New Roman"/>
          <w:sz w:val="24"/>
          <w:szCs w:val="24"/>
        </w:rPr>
        <w:t xml:space="preserve"> </w:t>
      </w:r>
      <w:r w:rsidRPr="008850E1">
        <w:rPr>
          <w:rFonts w:ascii="Times New Roman" w:hAnsi="Times New Roman" w:cs="Times New Roman"/>
          <w:sz w:val="24"/>
          <w:szCs w:val="24"/>
        </w:rPr>
        <w:t xml:space="preserve">исправление. </w:t>
      </w:r>
    </w:p>
    <w:p w:rsidR="00063CD9" w:rsidRPr="008850E1" w:rsidRDefault="00063CD9" w:rsidP="00063CD9">
      <w:pPr>
        <w:widowControl w:val="0"/>
        <w:autoSpaceDE w:val="0"/>
        <w:autoSpaceDN w:val="0"/>
        <w:adjustRightInd w:val="0"/>
        <w:ind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Оценка</w:t>
      </w:r>
      <w:r w:rsidRPr="008850E1">
        <w:rPr>
          <w:rFonts w:ascii="Times New Roman" w:hAnsi="Times New Roman" w:cs="Times New Roman"/>
          <w:sz w:val="24"/>
          <w:szCs w:val="24"/>
        </w:rPr>
        <w:t xml:space="preserve"> </w:t>
      </w:r>
      <w:r>
        <w:rPr>
          <w:rFonts w:ascii="Times New Roman" w:hAnsi="Times New Roman" w:cs="Times New Roman"/>
          <w:b/>
          <w:sz w:val="24"/>
          <w:szCs w:val="24"/>
        </w:rPr>
        <w:t>«4»</w:t>
      </w:r>
      <w:r w:rsidRPr="008850E1">
        <w:rPr>
          <w:rFonts w:ascii="Times New Roman" w:hAnsi="Times New Roman" w:cs="Times New Roman"/>
          <w:sz w:val="24"/>
          <w:szCs w:val="24"/>
        </w:rPr>
        <w:t xml:space="preserve"> – имеются 1-2 орфографические ошибки и</w:t>
      </w:r>
      <w:r>
        <w:rPr>
          <w:rFonts w:ascii="Times New Roman" w:hAnsi="Times New Roman" w:cs="Times New Roman"/>
          <w:sz w:val="24"/>
          <w:szCs w:val="24"/>
        </w:rPr>
        <w:t xml:space="preserve"> </w:t>
      </w:r>
      <w:r w:rsidRPr="008850E1">
        <w:rPr>
          <w:rFonts w:ascii="Times New Roman" w:hAnsi="Times New Roman" w:cs="Times New Roman"/>
          <w:sz w:val="24"/>
          <w:szCs w:val="24"/>
        </w:rPr>
        <w:t xml:space="preserve">допущено 1 исправление. </w:t>
      </w:r>
    </w:p>
    <w:p w:rsidR="00063CD9" w:rsidRPr="008850E1" w:rsidRDefault="00063CD9" w:rsidP="00063CD9">
      <w:pPr>
        <w:widowControl w:val="0"/>
        <w:autoSpaceDE w:val="0"/>
        <w:autoSpaceDN w:val="0"/>
        <w:adjustRightInd w:val="0"/>
        <w:ind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Оценка</w:t>
      </w:r>
      <w:r w:rsidRPr="008850E1">
        <w:rPr>
          <w:rFonts w:ascii="Times New Roman" w:hAnsi="Times New Roman" w:cs="Times New Roman"/>
          <w:sz w:val="24"/>
          <w:szCs w:val="24"/>
        </w:rPr>
        <w:t xml:space="preserve"> </w:t>
      </w:r>
      <w:r>
        <w:rPr>
          <w:rFonts w:ascii="Times New Roman" w:hAnsi="Times New Roman" w:cs="Times New Roman"/>
          <w:b/>
          <w:sz w:val="24"/>
          <w:szCs w:val="24"/>
        </w:rPr>
        <w:t>«3»</w:t>
      </w:r>
      <w:r w:rsidRPr="008850E1">
        <w:rPr>
          <w:rFonts w:ascii="Times New Roman" w:hAnsi="Times New Roman" w:cs="Times New Roman"/>
          <w:sz w:val="24"/>
          <w:szCs w:val="24"/>
        </w:rPr>
        <w:t xml:space="preserve"> – имеются 3-6 орфографических</w:t>
      </w:r>
      <w:r>
        <w:rPr>
          <w:rFonts w:ascii="Times New Roman" w:hAnsi="Times New Roman" w:cs="Times New Roman"/>
          <w:sz w:val="24"/>
          <w:szCs w:val="24"/>
        </w:rPr>
        <w:t xml:space="preserve"> </w:t>
      </w:r>
      <w:r w:rsidRPr="008850E1">
        <w:rPr>
          <w:rFonts w:ascii="Times New Roman" w:hAnsi="Times New Roman" w:cs="Times New Roman"/>
          <w:sz w:val="24"/>
          <w:szCs w:val="24"/>
        </w:rPr>
        <w:t>ошиб</w:t>
      </w:r>
      <w:r>
        <w:rPr>
          <w:rFonts w:ascii="Times New Roman" w:hAnsi="Times New Roman" w:cs="Times New Roman"/>
          <w:sz w:val="24"/>
          <w:szCs w:val="24"/>
        </w:rPr>
        <w:t>ок</w:t>
      </w:r>
      <w:r w:rsidRPr="008850E1">
        <w:rPr>
          <w:rFonts w:ascii="Times New Roman" w:hAnsi="Times New Roman" w:cs="Times New Roman"/>
          <w:sz w:val="24"/>
          <w:szCs w:val="24"/>
        </w:rPr>
        <w:t xml:space="preserve"> и 1-2 исправления.</w:t>
      </w:r>
    </w:p>
    <w:p w:rsidR="00063CD9" w:rsidRPr="008850E1" w:rsidRDefault="00063CD9" w:rsidP="00063CD9">
      <w:pPr>
        <w:widowControl w:val="0"/>
        <w:autoSpaceDE w:val="0"/>
        <w:autoSpaceDN w:val="0"/>
        <w:adjustRightInd w:val="0"/>
        <w:ind w:firstLine="567"/>
        <w:rPr>
          <w:rFonts w:ascii="Times New Roman" w:hAnsi="Times New Roman" w:cs="Times New Roman"/>
          <w:sz w:val="20"/>
          <w:szCs w:val="20"/>
        </w:rPr>
      </w:pPr>
      <w:r>
        <w:rPr>
          <w:rFonts w:ascii="Times New Roman" w:eastAsia="Times New Roman" w:hAnsi="Times New Roman" w:cs="Times New Roman"/>
          <w:b/>
          <w:color w:val="000000"/>
          <w:sz w:val="24"/>
          <w:szCs w:val="24"/>
        </w:rPr>
        <w:t>Оценка</w:t>
      </w:r>
      <w:r w:rsidRPr="008850E1">
        <w:rPr>
          <w:rFonts w:ascii="Times New Roman" w:hAnsi="Times New Roman" w:cs="Times New Roman"/>
          <w:sz w:val="24"/>
          <w:szCs w:val="24"/>
        </w:rPr>
        <w:t xml:space="preserve"> </w:t>
      </w:r>
      <w:r>
        <w:rPr>
          <w:rFonts w:ascii="Times New Roman" w:hAnsi="Times New Roman" w:cs="Times New Roman"/>
          <w:b/>
          <w:sz w:val="24"/>
          <w:szCs w:val="24"/>
        </w:rPr>
        <w:t>«2»</w:t>
      </w:r>
      <w:r w:rsidRPr="008850E1">
        <w:rPr>
          <w:rFonts w:ascii="Times New Roman" w:hAnsi="Times New Roman" w:cs="Times New Roman"/>
          <w:sz w:val="24"/>
          <w:szCs w:val="24"/>
        </w:rPr>
        <w:t xml:space="preserve"> – имеются более 6 орфографических ошибок.</w:t>
      </w:r>
    </w:p>
    <w:p w:rsidR="00063CD9" w:rsidRPr="0091600F" w:rsidRDefault="00063CD9" w:rsidP="00063CD9">
      <w:pPr>
        <w:widowControl w:val="0"/>
        <w:autoSpaceDE w:val="0"/>
        <w:autoSpaceDN w:val="0"/>
        <w:ind w:right="566"/>
        <w:rPr>
          <w:rFonts w:ascii="Times New Roman" w:hAnsi="Times New Roman" w:cs="Times New Roman"/>
          <w:sz w:val="24"/>
          <w:szCs w:val="24"/>
        </w:rPr>
      </w:pPr>
    </w:p>
    <w:p w:rsidR="00063CD9" w:rsidRDefault="00063CD9" w:rsidP="00063CD9">
      <w:pPr>
        <w:widowControl w:val="0"/>
        <w:autoSpaceDE w:val="0"/>
        <w:autoSpaceDN w:val="0"/>
        <w:ind w:right="566"/>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ЛИТЕРАТУРНОЕ ЧТЕНИЕ</w:t>
      </w:r>
    </w:p>
    <w:p w:rsidR="00063CD9" w:rsidRPr="00A3312C" w:rsidRDefault="00063CD9" w:rsidP="00063CD9">
      <w:pPr>
        <w:widowControl w:val="0"/>
        <w:tabs>
          <w:tab w:val="left" w:pos="9214"/>
        </w:tabs>
        <w:autoSpaceDE w:val="0"/>
        <w:autoSpaceDN w:val="0"/>
        <w:ind w:right="140" w:firstLine="567"/>
        <w:jc w:val="both"/>
        <w:rPr>
          <w:rFonts w:ascii="Times New Roman" w:hAnsi="Times New Roman" w:cs="Times New Roman"/>
          <w:sz w:val="24"/>
          <w:szCs w:val="24"/>
        </w:rPr>
      </w:pPr>
      <w:r w:rsidRPr="00A3312C">
        <w:rPr>
          <w:rFonts w:ascii="Times New Roman" w:hAnsi="Times New Roman" w:cs="Times New Roman"/>
          <w:sz w:val="24"/>
          <w:szCs w:val="24"/>
        </w:rPr>
        <w:t>Предметными результатами обучения являются формирование необходимого уровня читательской компетентности, овладение техникой чтения, приемами понимания прочитанного и прослушанного произведения, умение анализировать произведение, составлять небольшие собственные высказывания, устно передавать содержание текста по плану, характеризовать героев и давать оценку их поступкам, уметь читать наизусть стихотворения, выступать с небольшими творческими сообщениями.</w:t>
      </w:r>
    </w:p>
    <w:p w:rsidR="00063CD9" w:rsidRPr="00972B82" w:rsidRDefault="00063CD9" w:rsidP="00063CD9">
      <w:pPr>
        <w:widowControl w:val="0"/>
        <w:autoSpaceDE w:val="0"/>
        <w:autoSpaceDN w:val="0"/>
        <w:ind w:right="566"/>
        <w:jc w:val="center"/>
        <w:rPr>
          <w:rFonts w:ascii="Times New Roman" w:hAnsi="Times New Roman" w:cs="Times New Roman"/>
          <w:i/>
          <w:sz w:val="24"/>
          <w:szCs w:val="24"/>
          <w:u w:val="single"/>
        </w:rPr>
      </w:pPr>
      <w:r w:rsidRPr="00972B82">
        <w:rPr>
          <w:rFonts w:ascii="Times New Roman" w:eastAsia="Times New Roman" w:hAnsi="Times New Roman" w:cs="Times New Roman"/>
          <w:b/>
          <w:i/>
          <w:color w:val="000000"/>
          <w:sz w:val="24"/>
          <w:szCs w:val="24"/>
          <w:u w:val="single"/>
        </w:rPr>
        <w:t>Навык чтения</w:t>
      </w:r>
    </w:p>
    <w:p w:rsidR="00063CD9" w:rsidRPr="00972B82" w:rsidRDefault="00063CD9" w:rsidP="00063CD9">
      <w:pPr>
        <w:widowControl w:val="0"/>
        <w:autoSpaceDE w:val="0"/>
        <w:autoSpaceDN w:val="0"/>
        <w:adjustRightInd w:val="0"/>
        <w:ind w:firstLine="567"/>
        <w:rPr>
          <w:rFonts w:ascii="Times New Roman" w:hAnsi="Times New Roman" w:cs="Times New Roman"/>
          <w:sz w:val="24"/>
          <w:szCs w:val="24"/>
        </w:rPr>
      </w:pPr>
      <w:r w:rsidRPr="00972B82">
        <w:rPr>
          <w:rFonts w:ascii="Times New Roman" w:hAnsi="Times New Roman" w:cs="Times New Roman"/>
          <w:sz w:val="24"/>
          <w:szCs w:val="24"/>
        </w:rPr>
        <w:t xml:space="preserve">Оценка по </w:t>
      </w:r>
      <w:r w:rsidRPr="00972B82">
        <w:rPr>
          <w:rFonts w:ascii="Times New Roman" w:hAnsi="Times New Roman" w:cs="Times New Roman"/>
          <w:i/>
          <w:iCs/>
          <w:sz w:val="24"/>
          <w:szCs w:val="24"/>
        </w:rPr>
        <w:t xml:space="preserve">навык у чтения </w:t>
      </w:r>
      <w:r w:rsidRPr="00972B82">
        <w:rPr>
          <w:rFonts w:ascii="Times New Roman" w:hAnsi="Times New Roman" w:cs="Times New Roman"/>
          <w:sz w:val="24"/>
          <w:szCs w:val="24"/>
        </w:rPr>
        <w:t>выставляется в классный журнал по следующим критериям:</w:t>
      </w:r>
    </w:p>
    <w:p w:rsidR="00063CD9" w:rsidRDefault="00063CD9" w:rsidP="00063CD9">
      <w:pPr>
        <w:widowControl w:val="0"/>
        <w:autoSpaceDE w:val="0"/>
        <w:autoSpaceDN w:val="0"/>
        <w:adjustRightInd w:val="0"/>
        <w:ind w:firstLine="567"/>
        <w:rPr>
          <w:rFonts w:ascii="Times New Roman" w:hAnsi="Times New Roman" w:cs="Times New Roman"/>
          <w:sz w:val="24"/>
          <w:szCs w:val="24"/>
        </w:rPr>
      </w:pPr>
      <w:r w:rsidRPr="00972B82">
        <w:rPr>
          <w:rFonts w:ascii="Times New Roman" w:hAnsi="Times New Roman" w:cs="Times New Roman"/>
          <w:sz w:val="24"/>
          <w:szCs w:val="24"/>
        </w:rPr>
        <w:t xml:space="preserve">- беглость, </w:t>
      </w:r>
    </w:p>
    <w:p w:rsidR="00063CD9" w:rsidRDefault="00063CD9" w:rsidP="00063CD9">
      <w:pPr>
        <w:widowControl w:val="0"/>
        <w:autoSpaceDE w:val="0"/>
        <w:autoSpaceDN w:val="0"/>
        <w:adjustRightInd w:val="0"/>
        <w:ind w:firstLine="567"/>
        <w:rPr>
          <w:rFonts w:ascii="Times New Roman" w:hAnsi="Times New Roman" w:cs="Times New Roman"/>
          <w:sz w:val="24"/>
          <w:szCs w:val="24"/>
        </w:rPr>
      </w:pPr>
      <w:r>
        <w:rPr>
          <w:rFonts w:ascii="Times New Roman" w:hAnsi="Times New Roman" w:cs="Times New Roman"/>
          <w:sz w:val="24"/>
          <w:szCs w:val="24"/>
        </w:rPr>
        <w:t xml:space="preserve">- </w:t>
      </w:r>
      <w:r w:rsidRPr="00972B82">
        <w:rPr>
          <w:rFonts w:ascii="Times New Roman" w:hAnsi="Times New Roman" w:cs="Times New Roman"/>
          <w:sz w:val="24"/>
          <w:szCs w:val="24"/>
        </w:rPr>
        <w:t xml:space="preserve">правильность, </w:t>
      </w:r>
    </w:p>
    <w:p w:rsidR="00063CD9" w:rsidRDefault="00063CD9" w:rsidP="00063CD9">
      <w:pPr>
        <w:widowControl w:val="0"/>
        <w:autoSpaceDE w:val="0"/>
        <w:autoSpaceDN w:val="0"/>
        <w:adjustRightInd w:val="0"/>
        <w:ind w:firstLine="567"/>
        <w:rPr>
          <w:rFonts w:ascii="Times New Roman" w:hAnsi="Times New Roman" w:cs="Times New Roman"/>
          <w:sz w:val="24"/>
          <w:szCs w:val="24"/>
        </w:rPr>
      </w:pPr>
      <w:r>
        <w:rPr>
          <w:rFonts w:ascii="Times New Roman" w:hAnsi="Times New Roman" w:cs="Times New Roman"/>
          <w:sz w:val="24"/>
          <w:szCs w:val="24"/>
        </w:rPr>
        <w:t xml:space="preserve">- </w:t>
      </w:r>
      <w:r w:rsidRPr="00972B82">
        <w:rPr>
          <w:rFonts w:ascii="Times New Roman" w:hAnsi="Times New Roman" w:cs="Times New Roman"/>
          <w:sz w:val="24"/>
          <w:szCs w:val="24"/>
        </w:rPr>
        <w:t xml:space="preserve">осознанность, </w:t>
      </w:r>
    </w:p>
    <w:p w:rsidR="00063CD9" w:rsidRPr="00972B82" w:rsidRDefault="00063CD9" w:rsidP="00063CD9">
      <w:pPr>
        <w:widowControl w:val="0"/>
        <w:autoSpaceDE w:val="0"/>
        <w:autoSpaceDN w:val="0"/>
        <w:adjustRightInd w:val="0"/>
        <w:ind w:firstLine="567"/>
        <w:rPr>
          <w:rFonts w:ascii="Times New Roman" w:hAnsi="Times New Roman" w:cs="Times New Roman"/>
          <w:sz w:val="20"/>
          <w:szCs w:val="20"/>
        </w:rPr>
      </w:pPr>
      <w:r>
        <w:rPr>
          <w:rFonts w:ascii="Times New Roman" w:hAnsi="Times New Roman" w:cs="Times New Roman"/>
          <w:sz w:val="24"/>
          <w:szCs w:val="24"/>
        </w:rPr>
        <w:t xml:space="preserve">- </w:t>
      </w:r>
      <w:r w:rsidRPr="00972B82">
        <w:rPr>
          <w:rFonts w:ascii="Times New Roman" w:hAnsi="Times New Roman" w:cs="Times New Roman"/>
          <w:sz w:val="24"/>
          <w:szCs w:val="24"/>
        </w:rPr>
        <w:t>выразительность.</w:t>
      </w:r>
    </w:p>
    <w:p w:rsidR="00063CD9" w:rsidRPr="00972B82" w:rsidRDefault="00063CD9" w:rsidP="00063CD9">
      <w:pPr>
        <w:widowControl w:val="0"/>
        <w:tabs>
          <w:tab w:val="left" w:pos="9214"/>
        </w:tabs>
        <w:autoSpaceDE w:val="0"/>
        <w:autoSpaceDN w:val="0"/>
        <w:ind w:right="-1" w:firstLine="567"/>
        <w:jc w:val="both"/>
        <w:rPr>
          <w:rFonts w:ascii="Times New Roman" w:hAnsi="Times New Roman" w:cs="Times New Roman"/>
          <w:sz w:val="24"/>
          <w:szCs w:val="24"/>
        </w:rPr>
      </w:pPr>
      <w:r w:rsidRPr="00972B82">
        <w:rPr>
          <w:rFonts w:ascii="Times New Roman" w:eastAsia="Times New Roman" w:hAnsi="Times New Roman" w:cs="Times New Roman"/>
          <w:b/>
          <w:color w:val="000000"/>
          <w:sz w:val="24"/>
          <w:szCs w:val="24"/>
        </w:rPr>
        <w:t>Оценка "5"</w:t>
      </w:r>
      <w:r w:rsidRPr="00972B82">
        <w:rPr>
          <w:rFonts w:ascii="Times New Roman" w:eastAsia="Times New Roman" w:hAnsi="Times New Roman" w:cs="Times New Roman"/>
          <w:color w:val="000000"/>
          <w:sz w:val="24"/>
          <w:szCs w:val="24"/>
        </w:rPr>
        <w:t xml:space="preserve"> ставится, если выполнены все 4 требования.</w:t>
      </w:r>
    </w:p>
    <w:p w:rsidR="00063CD9" w:rsidRPr="0091600F" w:rsidRDefault="00063CD9" w:rsidP="00063CD9">
      <w:pPr>
        <w:widowControl w:val="0"/>
        <w:tabs>
          <w:tab w:val="left" w:pos="9214"/>
        </w:tabs>
        <w:autoSpaceDE w:val="0"/>
        <w:autoSpaceDN w:val="0"/>
        <w:ind w:right="-1" w:firstLine="567"/>
        <w:jc w:val="both"/>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 xml:space="preserve">Оценка </w:t>
      </w:r>
      <w:r w:rsidRPr="00972B82">
        <w:rPr>
          <w:rFonts w:ascii="Times New Roman" w:eastAsia="Times New Roman" w:hAnsi="Times New Roman" w:cs="Times New Roman"/>
          <w:b/>
          <w:color w:val="000000"/>
          <w:sz w:val="24"/>
          <w:szCs w:val="24"/>
        </w:rPr>
        <w:t>"4"</w:t>
      </w:r>
      <w:r w:rsidRPr="0091600F">
        <w:rPr>
          <w:rFonts w:ascii="Times New Roman" w:eastAsia="Times New Roman" w:hAnsi="Times New Roman" w:cs="Times New Roman"/>
          <w:b/>
          <w:color w:val="000000"/>
          <w:sz w:val="24"/>
          <w:szCs w:val="24"/>
        </w:rPr>
        <w:t xml:space="preserve"> </w:t>
      </w:r>
      <w:r w:rsidRPr="0091600F">
        <w:rPr>
          <w:rFonts w:ascii="Times New Roman" w:eastAsia="Times New Roman" w:hAnsi="Times New Roman" w:cs="Times New Roman"/>
          <w:color w:val="000000"/>
          <w:sz w:val="24"/>
          <w:szCs w:val="24"/>
        </w:rPr>
        <w:t>ставится, если выполняется норма чтения по беглости (в каждом классе и в каждой четверти она разная), но не выполнено одно из остальных требований.</w:t>
      </w:r>
    </w:p>
    <w:p w:rsidR="00063CD9" w:rsidRDefault="00063CD9" w:rsidP="00063CD9">
      <w:pPr>
        <w:widowControl w:val="0"/>
        <w:tabs>
          <w:tab w:val="left" w:pos="9214"/>
        </w:tabs>
        <w:autoSpaceDE w:val="0"/>
        <w:autoSpaceDN w:val="0"/>
        <w:ind w:right="-1" w:firstLine="567"/>
        <w:jc w:val="both"/>
        <w:rPr>
          <w:rFonts w:ascii="Times New Roman" w:eastAsia="Times New Roman" w:hAnsi="Times New Roman" w:cs="Times New Roman"/>
          <w:color w:val="000000"/>
          <w:sz w:val="24"/>
          <w:szCs w:val="24"/>
        </w:rPr>
      </w:pPr>
      <w:r w:rsidRPr="0091600F">
        <w:rPr>
          <w:rFonts w:ascii="Times New Roman" w:eastAsia="Times New Roman" w:hAnsi="Times New Roman" w:cs="Times New Roman"/>
          <w:b/>
          <w:color w:val="000000"/>
          <w:sz w:val="24"/>
          <w:szCs w:val="24"/>
        </w:rPr>
        <w:t xml:space="preserve">Оценка </w:t>
      </w:r>
      <w:r w:rsidRPr="00972B82">
        <w:rPr>
          <w:rFonts w:ascii="Times New Roman" w:eastAsia="Times New Roman" w:hAnsi="Times New Roman" w:cs="Times New Roman"/>
          <w:b/>
          <w:color w:val="000000"/>
          <w:sz w:val="24"/>
          <w:szCs w:val="24"/>
        </w:rPr>
        <w:t>"3"</w:t>
      </w:r>
      <w:r w:rsidRPr="0091600F">
        <w:rPr>
          <w:rFonts w:ascii="Times New Roman" w:eastAsia="Times New Roman" w:hAnsi="Times New Roman" w:cs="Times New Roman"/>
          <w:color w:val="000000"/>
          <w:sz w:val="24"/>
          <w:szCs w:val="24"/>
        </w:rPr>
        <w:t xml:space="preserve"> ставится, если выполняется норма по беглости, но не выполнено два других требования. </w:t>
      </w:r>
    </w:p>
    <w:p w:rsidR="00063CD9" w:rsidRPr="0091600F" w:rsidRDefault="00063CD9" w:rsidP="00063CD9">
      <w:pPr>
        <w:widowControl w:val="0"/>
        <w:tabs>
          <w:tab w:val="left" w:pos="9214"/>
        </w:tabs>
        <w:autoSpaceDE w:val="0"/>
        <w:autoSpaceDN w:val="0"/>
        <w:ind w:right="-1" w:firstLine="567"/>
        <w:jc w:val="both"/>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 xml:space="preserve">Оценка </w:t>
      </w:r>
      <w:r w:rsidRPr="00972B82">
        <w:rPr>
          <w:rFonts w:ascii="Times New Roman" w:eastAsia="Times New Roman" w:hAnsi="Times New Roman" w:cs="Times New Roman"/>
          <w:b/>
          <w:color w:val="000000"/>
          <w:sz w:val="24"/>
          <w:szCs w:val="24"/>
        </w:rPr>
        <w:t>"2"</w:t>
      </w:r>
      <w:r w:rsidRPr="0091600F">
        <w:rPr>
          <w:rFonts w:ascii="Times New Roman" w:eastAsia="Times New Roman" w:hAnsi="Times New Roman" w:cs="Times New Roman"/>
          <w:color w:val="000000"/>
          <w:sz w:val="24"/>
          <w:szCs w:val="24"/>
        </w:rPr>
        <w:t xml:space="preserve"> ставится, если выполняется норма беглости, но не выполнены остальные три требования или не выполнена норма беглости, а остальные требования выдержаны.</w:t>
      </w:r>
    </w:p>
    <w:p w:rsidR="00063CD9" w:rsidRPr="0091600F" w:rsidRDefault="00063CD9" w:rsidP="00063CD9">
      <w:pPr>
        <w:widowControl w:val="0"/>
        <w:tabs>
          <w:tab w:val="left" w:pos="9214"/>
          <w:tab w:val="left" w:pos="10152"/>
        </w:tabs>
        <w:autoSpaceDE w:val="0"/>
        <w:autoSpaceDN w:val="0"/>
        <w:ind w:right="-1" w:firstLine="567"/>
        <w:jc w:val="both"/>
        <w:rPr>
          <w:rFonts w:ascii="Times New Roman" w:hAnsi="Times New Roman" w:cs="Times New Roman"/>
          <w:sz w:val="24"/>
          <w:szCs w:val="24"/>
        </w:rPr>
      </w:pPr>
      <w:proofErr w:type="gramStart"/>
      <w:r w:rsidRPr="0091600F">
        <w:rPr>
          <w:rFonts w:ascii="Times New Roman" w:eastAsia="Times New Roman" w:hAnsi="Times New Roman" w:cs="Times New Roman"/>
          <w:color w:val="000000"/>
          <w:sz w:val="24"/>
          <w:szCs w:val="24"/>
        </w:rPr>
        <w:t>В индивидуальном порядке, когда учащийся прочитал правильно, выразительно, понял прочитанное, но не уложился в норму по беглости на небольшое количество слов, ставится положительная отметка.</w:t>
      </w:r>
      <w:proofErr w:type="gramEnd"/>
    </w:p>
    <w:p w:rsidR="00063CD9" w:rsidRPr="001C4867" w:rsidRDefault="00063CD9" w:rsidP="00063CD9">
      <w:pPr>
        <w:widowControl w:val="0"/>
        <w:autoSpaceDE w:val="0"/>
        <w:autoSpaceDN w:val="0"/>
        <w:ind w:right="566"/>
        <w:jc w:val="center"/>
        <w:rPr>
          <w:rFonts w:ascii="Times New Roman" w:hAnsi="Times New Roman" w:cs="Times New Roman"/>
          <w:sz w:val="24"/>
          <w:szCs w:val="24"/>
        </w:rPr>
      </w:pPr>
      <w:r w:rsidRPr="001C4867">
        <w:rPr>
          <w:rFonts w:ascii="Times New Roman" w:eastAsia="Times New Roman" w:hAnsi="Times New Roman" w:cs="Times New Roman"/>
          <w:b/>
          <w:color w:val="000000"/>
          <w:sz w:val="24"/>
          <w:szCs w:val="24"/>
        </w:rPr>
        <w:t>Норма беглости чтения</w:t>
      </w:r>
      <w:r>
        <w:rPr>
          <w:rFonts w:ascii="Times New Roman" w:eastAsia="Times New Roman" w:hAnsi="Times New Roman" w:cs="Times New Roman"/>
          <w:b/>
          <w:color w:val="000000"/>
          <w:sz w:val="24"/>
          <w:szCs w:val="24"/>
        </w:rPr>
        <w:t xml:space="preserve"> </w:t>
      </w:r>
      <w:r w:rsidRPr="001C4867">
        <w:rPr>
          <w:rFonts w:ascii="Times New Roman" w:eastAsia="Times New Roman" w:hAnsi="Times New Roman" w:cs="Times New Roman"/>
          <w:color w:val="000000"/>
          <w:sz w:val="24"/>
          <w:szCs w:val="24"/>
        </w:rPr>
        <w:t>(количество слов в минуту)</w:t>
      </w:r>
      <w:r w:rsidRPr="001C4867">
        <w:rPr>
          <w:rFonts w:ascii="Times New Roman" w:eastAsia="Times New Roman" w:hAnsi="Times New Roman" w:cs="Times New Roman"/>
          <w:b/>
          <w:color w:val="000000"/>
          <w:sz w:val="24"/>
          <w:szCs w:val="24"/>
        </w:rPr>
        <w:t>:</w:t>
      </w:r>
    </w:p>
    <w:tbl>
      <w:tblPr>
        <w:tblW w:w="0" w:type="auto"/>
        <w:tblInd w:w="-20" w:type="dxa"/>
        <w:tblLayout w:type="fixed"/>
        <w:tblLook w:val="04A0"/>
      </w:tblPr>
      <w:tblGrid>
        <w:gridCol w:w="1002"/>
        <w:gridCol w:w="1115"/>
        <w:gridCol w:w="1116"/>
        <w:gridCol w:w="1115"/>
        <w:gridCol w:w="1116"/>
        <w:gridCol w:w="1115"/>
        <w:gridCol w:w="1116"/>
        <w:gridCol w:w="1115"/>
        <w:gridCol w:w="1116"/>
      </w:tblGrid>
      <w:tr w:rsidR="00063CD9" w:rsidRPr="0091600F" w:rsidTr="00063CD9">
        <w:trPr>
          <w:trHeight w:hRule="exact" w:val="316"/>
        </w:trPr>
        <w:tc>
          <w:tcPr>
            <w:tcW w:w="1002" w:type="dxa"/>
            <w:vMerge w:val="restart"/>
            <w:tcBorders>
              <w:top w:val="single" w:sz="6" w:space="0" w:color="000000"/>
              <w:left w:val="single" w:sz="6" w:space="0" w:color="000000"/>
              <w:bottom w:val="single" w:sz="4" w:space="0" w:color="000000"/>
              <w:right w:val="single" w:sz="6" w:space="0" w:color="000000"/>
            </w:tcBorders>
            <w:tcMar>
              <w:left w:w="0" w:type="dxa"/>
              <w:right w:w="0" w:type="dxa"/>
            </w:tcMar>
          </w:tcPr>
          <w:p w:rsidR="00063CD9" w:rsidRPr="0091600F" w:rsidRDefault="00063CD9" w:rsidP="00063CD9">
            <w:pPr>
              <w:widowControl w:val="0"/>
              <w:autoSpaceDE w:val="0"/>
              <w:autoSpaceDN w:val="0"/>
              <w:ind w:right="-105"/>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 xml:space="preserve">Классы </w:t>
            </w:r>
          </w:p>
        </w:tc>
        <w:tc>
          <w:tcPr>
            <w:tcW w:w="4462" w:type="dxa"/>
            <w:gridSpan w:val="4"/>
            <w:tcBorders>
              <w:top w:val="single" w:sz="6" w:space="0" w:color="000000"/>
              <w:left w:val="single" w:sz="6" w:space="0" w:color="000000"/>
              <w:bottom w:val="single" w:sz="6" w:space="0" w:color="000000"/>
              <w:right w:val="single" w:sz="6" w:space="0" w:color="000000"/>
            </w:tcBorders>
            <w:tcMar>
              <w:left w:w="0" w:type="dxa"/>
              <w:right w:w="0" w:type="dxa"/>
            </w:tcMar>
          </w:tcPr>
          <w:p w:rsidR="00063CD9" w:rsidRPr="0091600F" w:rsidRDefault="00063CD9" w:rsidP="00063CD9">
            <w:pPr>
              <w:widowControl w:val="0"/>
              <w:autoSpaceDE w:val="0"/>
              <w:autoSpaceDN w:val="0"/>
              <w:ind w:right="-105"/>
              <w:jc w:val="center"/>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Обязательный уровень</w:t>
            </w:r>
          </w:p>
        </w:tc>
        <w:tc>
          <w:tcPr>
            <w:tcW w:w="4462" w:type="dxa"/>
            <w:gridSpan w:val="4"/>
            <w:tcBorders>
              <w:top w:val="single" w:sz="6" w:space="0" w:color="000000"/>
              <w:left w:val="single" w:sz="6" w:space="0" w:color="000000"/>
              <w:bottom w:val="single" w:sz="6" w:space="0" w:color="000000"/>
              <w:right w:val="single" w:sz="6" w:space="0" w:color="000000"/>
            </w:tcBorders>
            <w:tcMar>
              <w:left w:w="0" w:type="dxa"/>
              <w:right w:w="0" w:type="dxa"/>
            </w:tcMar>
          </w:tcPr>
          <w:p w:rsidR="00063CD9" w:rsidRPr="0091600F" w:rsidRDefault="00063CD9" w:rsidP="00063CD9">
            <w:pPr>
              <w:widowControl w:val="0"/>
              <w:autoSpaceDE w:val="0"/>
              <w:autoSpaceDN w:val="0"/>
              <w:ind w:right="-105"/>
              <w:jc w:val="center"/>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Возможный уровень</w:t>
            </w:r>
          </w:p>
        </w:tc>
      </w:tr>
      <w:tr w:rsidR="00063CD9" w:rsidRPr="0091600F" w:rsidTr="00063CD9">
        <w:trPr>
          <w:trHeight w:hRule="exact" w:val="350"/>
        </w:trPr>
        <w:tc>
          <w:tcPr>
            <w:tcW w:w="1002" w:type="dxa"/>
            <w:vMerge/>
            <w:tcBorders>
              <w:top w:val="single" w:sz="6" w:space="0" w:color="000000"/>
              <w:left w:val="single" w:sz="6" w:space="0" w:color="000000"/>
              <w:bottom w:val="single" w:sz="4" w:space="0" w:color="000000"/>
              <w:right w:val="single" w:sz="6" w:space="0" w:color="000000"/>
            </w:tcBorders>
          </w:tcPr>
          <w:p w:rsidR="00063CD9" w:rsidRPr="0091600F" w:rsidRDefault="00063CD9" w:rsidP="00063CD9">
            <w:pPr>
              <w:widowControl w:val="0"/>
              <w:ind w:right="-105"/>
              <w:rPr>
                <w:rFonts w:ascii="Times New Roman" w:hAnsi="Times New Roman" w:cs="Times New Roman"/>
                <w:sz w:val="24"/>
                <w:szCs w:val="24"/>
              </w:rPr>
            </w:pPr>
          </w:p>
        </w:tc>
        <w:tc>
          <w:tcPr>
            <w:tcW w:w="1115" w:type="dxa"/>
            <w:tcBorders>
              <w:top w:val="single" w:sz="6" w:space="0" w:color="000000"/>
              <w:left w:val="single" w:sz="6" w:space="0" w:color="000000"/>
              <w:bottom w:val="single" w:sz="4" w:space="0" w:color="000000"/>
              <w:right w:val="single" w:sz="6" w:space="0" w:color="000000"/>
            </w:tcBorders>
            <w:tcMar>
              <w:left w:w="0" w:type="dxa"/>
              <w:right w:w="0" w:type="dxa"/>
            </w:tcMar>
          </w:tcPr>
          <w:p w:rsidR="00063CD9" w:rsidRPr="0091600F" w:rsidRDefault="00063CD9" w:rsidP="00063CD9">
            <w:pPr>
              <w:widowControl w:val="0"/>
              <w:autoSpaceDE w:val="0"/>
              <w:autoSpaceDN w:val="0"/>
              <w:ind w:right="-105"/>
              <w:jc w:val="center"/>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1ч</w:t>
            </w:r>
          </w:p>
        </w:tc>
        <w:tc>
          <w:tcPr>
            <w:tcW w:w="1116" w:type="dxa"/>
            <w:tcBorders>
              <w:top w:val="single" w:sz="6" w:space="0" w:color="000000"/>
              <w:left w:val="single" w:sz="6" w:space="0" w:color="000000"/>
              <w:bottom w:val="single" w:sz="4" w:space="0" w:color="000000"/>
              <w:right w:val="single" w:sz="6" w:space="0" w:color="000000"/>
            </w:tcBorders>
            <w:tcMar>
              <w:left w:w="0" w:type="dxa"/>
              <w:right w:w="0" w:type="dxa"/>
            </w:tcMar>
          </w:tcPr>
          <w:p w:rsidR="00063CD9" w:rsidRPr="0091600F" w:rsidRDefault="00063CD9" w:rsidP="00063CD9">
            <w:pPr>
              <w:widowControl w:val="0"/>
              <w:autoSpaceDE w:val="0"/>
              <w:autoSpaceDN w:val="0"/>
              <w:ind w:right="-105"/>
              <w:jc w:val="center"/>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2ч</w:t>
            </w:r>
          </w:p>
        </w:tc>
        <w:tc>
          <w:tcPr>
            <w:tcW w:w="1115" w:type="dxa"/>
            <w:tcBorders>
              <w:top w:val="single" w:sz="6" w:space="0" w:color="000000"/>
              <w:left w:val="single" w:sz="6" w:space="0" w:color="000000"/>
              <w:bottom w:val="single" w:sz="4" w:space="0" w:color="000000"/>
              <w:right w:val="single" w:sz="6" w:space="0" w:color="000000"/>
            </w:tcBorders>
            <w:tcMar>
              <w:left w:w="0" w:type="dxa"/>
              <w:right w:w="0" w:type="dxa"/>
            </w:tcMar>
          </w:tcPr>
          <w:p w:rsidR="00063CD9" w:rsidRPr="0091600F" w:rsidRDefault="00063CD9" w:rsidP="00063CD9">
            <w:pPr>
              <w:widowControl w:val="0"/>
              <w:autoSpaceDE w:val="0"/>
              <w:autoSpaceDN w:val="0"/>
              <w:ind w:right="-105"/>
              <w:jc w:val="center"/>
              <w:rPr>
                <w:rFonts w:ascii="Times New Roman" w:hAnsi="Times New Roman" w:cs="Times New Roman"/>
                <w:sz w:val="24"/>
                <w:szCs w:val="24"/>
              </w:rPr>
            </w:pPr>
            <w:proofErr w:type="spellStart"/>
            <w:r w:rsidRPr="0091600F">
              <w:rPr>
                <w:rFonts w:ascii="Times New Roman" w:eastAsia="Times New Roman" w:hAnsi="Times New Roman" w:cs="Times New Roman"/>
                <w:b/>
                <w:color w:val="000000"/>
                <w:sz w:val="24"/>
                <w:szCs w:val="24"/>
              </w:rPr>
              <w:t>Зч</w:t>
            </w:r>
            <w:proofErr w:type="spellEnd"/>
          </w:p>
        </w:tc>
        <w:tc>
          <w:tcPr>
            <w:tcW w:w="1116" w:type="dxa"/>
            <w:tcBorders>
              <w:top w:val="single" w:sz="6" w:space="0" w:color="000000"/>
              <w:left w:val="single" w:sz="6" w:space="0" w:color="000000"/>
              <w:bottom w:val="single" w:sz="4" w:space="0" w:color="000000"/>
              <w:right w:val="single" w:sz="6" w:space="0" w:color="000000"/>
            </w:tcBorders>
            <w:tcMar>
              <w:left w:w="0" w:type="dxa"/>
              <w:right w:w="0" w:type="dxa"/>
            </w:tcMar>
          </w:tcPr>
          <w:p w:rsidR="00063CD9" w:rsidRPr="0091600F" w:rsidRDefault="00063CD9" w:rsidP="00063CD9">
            <w:pPr>
              <w:widowControl w:val="0"/>
              <w:autoSpaceDE w:val="0"/>
              <w:autoSpaceDN w:val="0"/>
              <w:ind w:right="-105"/>
              <w:jc w:val="center"/>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4ч</w:t>
            </w:r>
          </w:p>
        </w:tc>
        <w:tc>
          <w:tcPr>
            <w:tcW w:w="1115" w:type="dxa"/>
            <w:tcBorders>
              <w:top w:val="single" w:sz="6" w:space="0" w:color="000000"/>
              <w:left w:val="single" w:sz="6" w:space="0" w:color="000000"/>
              <w:bottom w:val="single" w:sz="4" w:space="0" w:color="000000"/>
              <w:right w:val="single" w:sz="6" w:space="0" w:color="000000"/>
            </w:tcBorders>
            <w:tcMar>
              <w:left w:w="0" w:type="dxa"/>
              <w:right w:w="0" w:type="dxa"/>
            </w:tcMar>
          </w:tcPr>
          <w:p w:rsidR="00063CD9" w:rsidRPr="0091600F" w:rsidRDefault="00063CD9" w:rsidP="00063CD9">
            <w:pPr>
              <w:widowControl w:val="0"/>
              <w:autoSpaceDE w:val="0"/>
              <w:autoSpaceDN w:val="0"/>
              <w:ind w:right="-105"/>
              <w:jc w:val="center"/>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1ч</w:t>
            </w:r>
          </w:p>
        </w:tc>
        <w:tc>
          <w:tcPr>
            <w:tcW w:w="1116" w:type="dxa"/>
            <w:tcBorders>
              <w:top w:val="single" w:sz="6" w:space="0" w:color="000000"/>
              <w:left w:val="single" w:sz="6" w:space="0" w:color="000000"/>
              <w:bottom w:val="single" w:sz="4" w:space="0" w:color="000000"/>
              <w:right w:val="single" w:sz="6" w:space="0" w:color="000000"/>
            </w:tcBorders>
            <w:tcMar>
              <w:left w:w="0" w:type="dxa"/>
              <w:right w:w="0" w:type="dxa"/>
            </w:tcMar>
          </w:tcPr>
          <w:p w:rsidR="00063CD9" w:rsidRPr="0091600F" w:rsidRDefault="00063CD9" w:rsidP="00063CD9">
            <w:pPr>
              <w:widowControl w:val="0"/>
              <w:autoSpaceDE w:val="0"/>
              <w:autoSpaceDN w:val="0"/>
              <w:ind w:right="-105"/>
              <w:jc w:val="center"/>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2ч</w:t>
            </w:r>
          </w:p>
        </w:tc>
        <w:tc>
          <w:tcPr>
            <w:tcW w:w="1115" w:type="dxa"/>
            <w:tcBorders>
              <w:top w:val="single" w:sz="6" w:space="0" w:color="000000"/>
              <w:left w:val="single" w:sz="6" w:space="0" w:color="000000"/>
              <w:bottom w:val="single" w:sz="4" w:space="0" w:color="000000"/>
              <w:right w:val="single" w:sz="6" w:space="0" w:color="000000"/>
            </w:tcBorders>
            <w:tcMar>
              <w:left w:w="0" w:type="dxa"/>
              <w:right w:w="0" w:type="dxa"/>
            </w:tcMar>
          </w:tcPr>
          <w:p w:rsidR="00063CD9" w:rsidRPr="0091600F" w:rsidRDefault="00063CD9" w:rsidP="00063CD9">
            <w:pPr>
              <w:widowControl w:val="0"/>
              <w:autoSpaceDE w:val="0"/>
              <w:autoSpaceDN w:val="0"/>
              <w:ind w:right="-105"/>
              <w:jc w:val="center"/>
              <w:rPr>
                <w:rFonts w:ascii="Times New Roman" w:hAnsi="Times New Roman" w:cs="Times New Roman"/>
                <w:sz w:val="24"/>
                <w:szCs w:val="24"/>
              </w:rPr>
            </w:pPr>
            <w:proofErr w:type="spellStart"/>
            <w:r w:rsidRPr="0091600F">
              <w:rPr>
                <w:rFonts w:ascii="Times New Roman" w:eastAsia="Times New Roman" w:hAnsi="Times New Roman" w:cs="Times New Roman"/>
                <w:b/>
                <w:color w:val="000000"/>
                <w:sz w:val="24"/>
                <w:szCs w:val="24"/>
              </w:rPr>
              <w:t>Зч</w:t>
            </w:r>
            <w:proofErr w:type="spellEnd"/>
          </w:p>
        </w:tc>
        <w:tc>
          <w:tcPr>
            <w:tcW w:w="1116" w:type="dxa"/>
            <w:tcBorders>
              <w:top w:val="single" w:sz="6" w:space="0" w:color="000000"/>
              <w:left w:val="single" w:sz="6" w:space="0" w:color="000000"/>
              <w:bottom w:val="single" w:sz="4" w:space="0" w:color="000000"/>
              <w:right w:val="single" w:sz="6" w:space="0" w:color="000000"/>
            </w:tcBorders>
            <w:tcMar>
              <w:left w:w="0" w:type="dxa"/>
              <w:right w:w="0" w:type="dxa"/>
            </w:tcMar>
          </w:tcPr>
          <w:p w:rsidR="00063CD9" w:rsidRPr="0091600F" w:rsidRDefault="00063CD9" w:rsidP="00063CD9">
            <w:pPr>
              <w:widowControl w:val="0"/>
              <w:autoSpaceDE w:val="0"/>
              <w:autoSpaceDN w:val="0"/>
              <w:ind w:right="-105"/>
              <w:jc w:val="center"/>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4ч</w:t>
            </w:r>
          </w:p>
        </w:tc>
      </w:tr>
      <w:tr w:rsidR="00063CD9" w:rsidRPr="0091600F" w:rsidTr="00063CD9">
        <w:trPr>
          <w:trHeight w:hRule="exact" w:val="286"/>
        </w:trPr>
        <w:tc>
          <w:tcPr>
            <w:tcW w:w="1002"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1 класс</w:t>
            </w:r>
          </w:p>
        </w:tc>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10-15</w:t>
            </w:r>
          </w:p>
        </w:tc>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w w:val="101"/>
                <w:sz w:val="24"/>
                <w:szCs w:val="24"/>
              </w:rPr>
              <w:t>15-20</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20-30</w:t>
            </w:r>
          </w:p>
        </w:tc>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20-25</w:t>
            </w:r>
          </w:p>
        </w:tc>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25-30</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30-35</w:t>
            </w:r>
          </w:p>
        </w:tc>
      </w:tr>
      <w:tr w:rsidR="00063CD9" w:rsidRPr="0091600F" w:rsidTr="00063CD9">
        <w:trPr>
          <w:trHeight w:hRule="exact" w:val="286"/>
        </w:trPr>
        <w:tc>
          <w:tcPr>
            <w:tcW w:w="1002"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2 класс</w:t>
            </w:r>
          </w:p>
        </w:tc>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Pr>
                <w:rFonts w:ascii="Times New Roman" w:eastAsia="Times New Roman" w:hAnsi="Times New Roman" w:cs="Times New Roman"/>
                <w:color w:val="000000"/>
                <w:sz w:val="24"/>
                <w:szCs w:val="24"/>
              </w:rPr>
              <w:t>40</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50</w:t>
            </w:r>
          </w:p>
        </w:tc>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55</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60</w:t>
            </w:r>
          </w:p>
        </w:tc>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55</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60</w:t>
            </w:r>
          </w:p>
        </w:tc>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65</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70</w:t>
            </w:r>
          </w:p>
        </w:tc>
      </w:tr>
      <w:tr w:rsidR="00063CD9" w:rsidRPr="0091600F" w:rsidTr="00063CD9">
        <w:trPr>
          <w:trHeight w:hRule="exact" w:val="286"/>
        </w:trPr>
        <w:tc>
          <w:tcPr>
            <w:tcW w:w="1002"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3 класс</w:t>
            </w:r>
          </w:p>
        </w:tc>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65</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70</w:t>
            </w:r>
          </w:p>
        </w:tc>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75</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80</w:t>
            </w:r>
          </w:p>
        </w:tc>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75</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80</w:t>
            </w:r>
          </w:p>
        </w:tc>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85</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90</w:t>
            </w:r>
          </w:p>
        </w:tc>
      </w:tr>
      <w:tr w:rsidR="00063CD9" w:rsidRPr="0091600F" w:rsidTr="00063CD9">
        <w:trPr>
          <w:trHeight w:hRule="exact" w:val="286"/>
        </w:trPr>
        <w:tc>
          <w:tcPr>
            <w:tcW w:w="1002"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4 класс</w:t>
            </w:r>
          </w:p>
        </w:tc>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85</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90</w:t>
            </w:r>
          </w:p>
        </w:tc>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95</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100</w:t>
            </w:r>
          </w:p>
        </w:tc>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95</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100</w:t>
            </w:r>
          </w:p>
        </w:tc>
        <w:tc>
          <w:tcPr>
            <w:tcW w:w="1115"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105</w:t>
            </w:r>
          </w:p>
        </w:tc>
        <w:tc>
          <w:tcPr>
            <w:tcW w:w="1116" w:type="dxa"/>
            <w:tcBorders>
              <w:top w:val="single" w:sz="4" w:space="0" w:color="000000"/>
              <w:left w:val="single" w:sz="4" w:space="0" w:color="000000"/>
              <w:bottom w:val="single" w:sz="4" w:space="0" w:color="000000"/>
              <w:right w:val="single" w:sz="4" w:space="0" w:color="000000"/>
            </w:tcBorders>
            <w:tcMar>
              <w:left w:w="0" w:type="dxa"/>
              <w:right w:w="0" w:type="dxa"/>
            </w:tcMar>
          </w:tcPr>
          <w:p w:rsidR="00063CD9" w:rsidRPr="0091600F" w:rsidRDefault="00063CD9" w:rsidP="00063CD9">
            <w:pPr>
              <w:widowControl w:val="0"/>
              <w:autoSpaceDE w:val="0"/>
              <w:autoSpaceDN w:val="0"/>
              <w:jc w:val="center"/>
              <w:rPr>
                <w:rFonts w:ascii="Times New Roman" w:hAnsi="Times New Roman" w:cs="Times New Roman"/>
                <w:sz w:val="24"/>
                <w:szCs w:val="24"/>
              </w:rPr>
            </w:pPr>
            <w:r>
              <w:rPr>
                <w:rFonts w:ascii="Times New Roman" w:eastAsia="Times New Roman" w:hAnsi="Times New Roman" w:cs="Times New Roman"/>
                <w:color w:val="000000"/>
                <w:w w:val="101"/>
                <w:sz w:val="24"/>
                <w:szCs w:val="24"/>
              </w:rPr>
              <w:t>1</w:t>
            </w:r>
            <w:r w:rsidRPr="0091600F">
              <w:rPr>
                <w:rFonts w:ascii="Times New Roman" w:eastAsia="Times New Roman" w:hAnsi="Times New Roman" w:cs="Times New Roman"/>
                <w:color w:val="000000"/>
                <w:w w:val="101"/>
                <w:sz w:val="24"/>
                <w:szCs w:val="24"/>
              </w:rPr>
              <w:t>10</w:t>
            </w:r>
          </w:p>
        </w:tc>
      </w:tr>
    </w:tbl>
    <w:p w:rsidR="00063CD9" w:rsidRDefault="00063CD9" w:rsidP="00063CD9">
      <w:pPr>
        <w:widowControl w:val="0"/>
        <w:tabs>
          <w:tab w:val="left" w:pos="4920"/>
        </w:tabs>
        <w:autoSpaceDE w:val="0"/>
        <w:autoSpaceDN w:val="0"/>
        <w:ind w:right="566"/>
        <w:rPr>
          <w:rFonts w:ascii="Times New Roman" w:hAnsi="Times New Roman" w:cs="Times New Roman"/>
          <w:sz w:val="24"/>
          <w:szCs w:val="24"/>
        </w:rPr>
      </w:pPr>
      <w:r w:rsidRPr="0091600F">
        <w:rPr>
          <w:rFonts w:ascii="Times New Roman" w:hAnsi="Times New Roman" w:cs="Times New Roman"/>
          <w:sz w:val="24"/>
          <w:szCs w:val="24"/>
        </w:rPr>
        <w:tab/>
      </w:r>
    </w:p>
    <w:p w:rsidR="00063CD9" w:rsidRPr="00127470" w:rsidRDefault="00063CD9" w:rsidP="00063CD9">
      <w:pPr>
        <w:pStyle w:val="Default"/>
        <w:widowControl w:val="0"/>
        <w:rPr>
          <w:b/>
        </w:rPr>
      </w:pPr>
      <w:r w:rsidRPr="00127470">
        <w:rPr>
          <w:b/>
        </w:rPr>
        <w:t xml:space="preserve">Классификация ошибок и недочетов, влияющих на снижение оценки </w:t>
      </w:r>
    </w:p>
    <w:p w:rsidR="00063CD9" w:rsidRPr="00127470" w:rsidRDefault="00063CD9" w:rsidP="00063CD9">
      <w:pPr>
        <w:pStyle w:val="Default"/>
        <w:widowControl w:val="0"/>
        <w:rPr>
          <w:b/>
          <w:i/>
        </w:rPr>
      </w:pPr>
      <w:r w:rsidRPr="00127470">
        <w:rPr>
          <w:b/>
          <w:i/>
        </w:rPr>
        <w:lastRenderedPageBreak/>
        <w:t xml:space="preserve">Ошибки: </w:t>
      </w:r>
    </w:p>
    <w:p w:rsidR="00063CD9" w:rsidRPr="00127470" w:rsidRDefault="00063CD9" w:rsidP="00063CD9">
      <w:pPr>
        <w:pStyle w:val="Default"/>
        <w:widowControl w:val="0"/>
        <w:numPr>
          <w:ilvl w:val="0"/>
          <w:numId w:val="34"/>
        </w:numPr>
        <w:jc w:val="both"/>
      </w:pPr>
      <w:r w:rsidRPr="00127470">
        <w:t xml:space="preserve">• искажения читаемых слов (замена, перестановка, пропуски или добавления букв, слогов, слов); </w:t>
      </w:r>
    </w:p>
    <w:p w:rsidR="00063CD9" w:rsidRPr="00127470" w:rsidRDefault="00063CD9" w:rsidP="00063CD9">
      <w:pPr>
        <w:pStyle w:val="Default"/>
        <w:widowControl w:val="0"/>
        <w:numPr>
          <w:ilvl w:val="0"/>
          <w:numId w:val="34"/>
        </w:numPr>
        <w:jc w:val="both"/>
      </w:pPr>
      <w:r w:rsidRPr="00127470">
        <w:t xml:space="preserve">• неправильная постановка ударений (более двух); </w:t>
      </w:r>
    </w:p>
    <w:p w:rsidR="00063CD9" w:rsidRPr="00127470" w:rsidRDefault="00063CD9" w:rsidP="00063CD9">
      <w:pPr>
        <w:pStyle w:val="Default"/>
        <w:widowControl w:val="0"/>
        <w:numPr>
          <w:ilvl w:val="0"/>
          <w:numId w:val="34"/>
        </w:numPr>
        <w:jc w:val="both"/>
      </w:pPr>
      <w:r w:rsidRPr="00127470">
        <w:t xml:space="preserve">• чтение всего текста без смысловых пауз, нарушение темпа и четкости произношения слов при чтении вслух; </w:t>
      </w:r>
    </w:p>
    <w:p w:rsidR="00063CD9" w:rsidRPr="00127470" w:rsidRDefault="00063CD9" w:rsidP="00063CD9">
      <w:pPr>
        <w:pStyle w:val="Default"/>
        <w:widowControl w:val="0"/>
        <w:numPr>
          <w:ilvl w:val="0"/>
          <w:numId w:val="34"/>
        </w:numPr>
        <w:jc w:val="both"/>
      </w:pPr>
      <w:r w:rsidRPr="00127470">
        <w:t xml:space="preserve">• непонимание общего смысла прочитанного текста за установленное время чтения; </w:t>
      </w:r>
    </w:p>
    <w:p w:rsidR="00063CD9" w:rsidRPr="00127470" w:rsidRDefault="00063CD9" w:rsidP="00063CD9">
      <w:pPr>
        <w:pStyle w:val="Default"/>
        <w:widowControl w:val="0"/>
        <w:numPr>
          <w:ilvl w:val="0"/>
          <w:numId w:val="34"/>
        </w:numPr>
        <w:jc w:val="both"/>
      </w:pPr>
      <w:r w:rsidRPr="00127470">
        <w:t xml:space="preserve">• неправильные ответы на вопросы по содержанию текста; </w:t>
      </w:r>
    </w:p>
    <w:p w:rsidR="00063CD9" w:rsidRPr="00127470" w:rsidRDefault="00063CD9" w:rsidP="00063CD9">
      <w:pPr>
        <w:pStyle w:val="Default"/>
        <w:widowControl w:val="0"/>
        <w:numPr>
          <w:ilvl w:val="0"/>
          <w:numId w:val="34"/>
        </w:numPr>
        <w:jc w:val="both"/>
      </w:pPr>
      <w:r w:rsidRPr="00127470">
        <w:t xml:space="preserve">• неумение выделить основную мысль прочитанного; неумение найти в тексте слова и выражения, подтверждающие понимание основного содержания прочитанного; </w:t>
      </w:r>
    </w:p>
    <w:p w:rsidR="00063CD9" w:rsidRPr="00127470" w:rsidRDefault="00063CD9" w:rsidP="00063CD9">
      <w:pPr>
        <w:pStyle w:val="Default"/>
        <w:widowControl w:val="0"/>
        <w:numPr>
          <w:ilvl w:val="0"/>
          <w:numId w:val="34"/>
        </w:numPr>
        <w:jc w:val="both"/>
      </w:pPr>
      <w:r w:rsidRPr="00127470">
        <w:t xml:space="preserve">• нарушение при пересказе последовательности событий в произведении; </w:t>
      </w:r>
    </w:p>
    <w:p w:rsidR="00063CD9" w:rsidRPr="00127470" w:rsidRDefault="00063CD9" w:rsidP="00063CD9">
      <w:pPr>
        <w:pStyle w:val="Default"/>
        <w:widowControl w:val="0"/>
        <w:numPr>
          <w:ilvl w:val="0"/>
          <w:numId w:val="34"/>
        </w:numPr>
        <w:jc w:val="both"/>
      </w:pPr>
      <w:r w:rsidRPr="00127470">
        <w:t xml:space="preserve">• нетвердое знание наизусть подготовленного текста; </w:t>
      </w:r>
    </w:p>
    <w:p w:rsidR="00063CD9" w:rsidRPr="00127470" w:rsidRDefault="00063CD9" w:rsidP="00063CD9">
      <w:pPr>
        <w:pStyle w:val="Default"/>
        <w:widowControl w:val="0"/>
        <w:numPr>
          <w:ilvl w:val="0"/>
          <w:numId w:val="34"/>
        </w:numPr>
        <w:jc w:val="both"/>
      </w:pPr>
      <w:r w:rsidRPr="00127470">
        <w:t xml:space="preserve">• монотонность чтения, отсутствие средств выразительности. </w:t>
      </w:r>
    </w:p>
    <w:p w:rsidR="00063CD9" w:rsidRPr="00127470" w:rsidRDefault="00063CD9" w:rsidP="00063CD9">
      <w:pPr>
        <w:pStyle w:val="Default"/>
        <w:widowControl w:val="0"/>
        <w:jc w:val="both"/>
        <w:rPr>
          <w:b/>
          <w:i/>
        </w:rPr>
      </w:pPr>
      <w:r w:rsidRPr="00127470">
        <w:rPr>
          <w:b/>
          <w:i/>
        </w:rPr>
        <w:t xml:space="preserve">Недочеты: </w:t>
      </w:r>
    </w:p>
    <w:p w:rsidR="00063CD9" w:rsidRPr="00127470" w:rsidRDefault="00063CD9" w:rsidP="00063CD9">
      <w:pPr>
        <w:pStyle w:val="Default"/>
        <w:widowControl w:val="0"/>
        <w:numPr>
          <w:ilvl w:val="0"/>
          <w:numId w:val="35"/>
        </w:numPr>
        <w:jc w:val="both"/>
      </w:pPr>
      <w:r w:rsidRPr="00127470">
        <w:t xml:space="preserve">• не более двух неправильных ударений; </w:t>
      </w:r>
    </w:p>
    <w:p w:rsidR="00063CD9" w:rsidRPr="00127470" w:rsidRDefault="00063CD9" w:rsidP="00063CD9">
      <w:pPr>
        <w:pStyle w:val="Default"/>
        <w:widowControl w:val="0"/>
        <w:numPr>
          <w:ilvl w:val="0"/>
          <w:numId w:val="35"/>
        </w:numPr>
        <w:jc w:val="both"/>
      </w:pPr>
      <w:r w:rsidRPr="00127470">
        <w:t xml:space="preserve">• отдельные нарушения смысловых пауз, темпа и четкости произношения слов при чтении вслух; </w:t>
      </w:r>
    </w:p>
    <w:p w:rsidR="00063CD9" w:rsidRPr="00127470" w:rsidRDefault="00063CD9" w:rsidP="00063CD9">
      <w:pPr>
        <w:pStyle w:val="Default"/>
        <w:widowControl w:val="0"/>
        <w:numPr>
          <w:ilvl w:val="0"/>
          <w:numId w:val="35"/>
        </w:numPr>
        <w:jc w:val="both"/>
      </w:pPr>
      <w:r w:rsidRPr="00127470">
        <w:t xml:space="preserve">• осознание прочитанного текста за время, немного превышающее установленное; </w:t>
      </w:r>
    </w:p>
    <w:p w:rsidR="00063CD9" w:rsidRPr="00127470" w:rsidRDefault="00063CD9" w:rsidP="00063CD9">
      <w:pPr>
        <w:pStyle w:val="Default"/>
        <w:widowControl w:val="0"/>
        <w:numPr>
          <w:ilvl w:val="0"/>
          <w:numId w:val="36"/>
        </w:numPr>
        <w:jc w:val="both"/>
      </w:pPr>
      <w:r w:rsidRPr="00127470">
        <w:t xml:space="preserve">• неточности при формулировке основной мысли произведения; </w:t>
      </w:r>
    </w:p>
    <w:p w:rsidR="00063CD9" w:rsidRDefault="00063CD9" w:rsidP="00063CD9">
      <w:pPr>
        <w:pStyle w:val="Default"/>
        <w:widowControl w:val="0"/>
        <w:numPr>
          <w:ilvl w:val="0"/>
          <w:numId w:val="36"/>
        </w:numPr>
        <w:jc w:val="both"/>
      </w:pPr>
      <w:r w:rsidRPr="00127470">
        <w:t xml:space="preserve">• нецелесообразность использования средств выразительности, недостаточная выразительность при передаче характера персонажа. </w:t>
      </w:r>
    </w:p>
    <w:p w:rsidR="00063CD9" w:rsidRPr="00645DBE" w:rsidRDefault="00063CD9" w:rsidP="00063CD9">
      <w:pPr>
        <w:pStyle w:val="af1"/>
        <w:widowControl w:val="0"/>
        <w:numPr>
          <w:ilvl w:val="0"/>
          <w:numId w:val="36"/>
        </w:numPr>
        <w:autoSpaceDE w:val="0"/>
        <w:autoSpaceDN w:val="0"/>
        <w:spacing w:after="0" w:line="240" w:lineRule="auto"/>
        <w:ind w:right="-1"/>
        <w:contextualSpacing w:val="0"/>
        <w:jc w:val="both"/>
        <w:rPr>
          <w:rFonts w:ascii="Times New Roman" w:hAnsi="Times New Roman" w:cs="Times New Roman"/>
          <w:sz w:val="24"/>
          <w:szCs w:val="24"/>
          <w:lang w:val="ru-RU"/>
        </w:rPr>
      </w:pPr>
      <w:r w:rsidRPr="00645DBE">
        <w:rPr>
          <w:rFonts w:ascii="Times New Roman" w:eastAsia="Times New Roman" w:hAnsi="Times New Roman" w:cs="Times New Roman"/>
          <w:color w:val="000000"/>
          <w:sz w:val="24"/>
          <w:szCs w:val="24"/>
          <w:lang w:val="ru-RU"/>
        </w:rPr>
        <w:t xml:space="preserve">Кроме навыка чтения учитель контролирует и собственно </w:t>
      </w:r>
      <w:r w:rsidRPr="00645DBE">
        <w:rPr>
          <w:rFonts w:ascii="Times New Roman" w:eastAsia="Times New Roman" w:hAnsi="Times New Roman" w:cs="Times New Roman"/>
          <w:i/>
          <w:color w:val="000000"/>
          <w:sz w:val="24"/>
          <w:szCs w:val="24"/>
          <w:lang w:val="ru-RU"/>
        </w:rPr>
        <w:t>читательскую деятельность</w:t>
      </w:r>
      <w:r w:rsidRPr="00645DBE">
        <w:rPr>
          <w:rFonts w:ascii="Times New Roman" w:eastAsia="Times New Roman" w:hAnsi="Times New Roman" w:cs="Times New Roman"/>
          <w:i/>
          <w:color w:val="000000"/>
          <w:sz w:val="24"/>
          <w:szCs w:val="24"/>
          <w:u w:val="single"/>
          <w:lang w:val="ru-RU"/>
        </w:rPr>
        <w:t xml:space="preserve"> </w:t>
      </w:r>
      <w:r w:rsidRPr="00645DBE">
        <w:rPr>
          <w:rFonts w:ascii="Times New Roman" w:eastAsia="Times New Roman" w:hAnsi="Times New Roman" w:cs="Times New Roman"/>
          <w:color w:val="000000"/>
          <w:sz w:val="24"/>
          <w:szCs w:val="24"/>
          <w:lang w:val="ru-RU"/>
        </w:rPr>
        <w:t>школьника: умение ориентироваться в книге, знание литературных произведений, их жанров и особенностей, знание имен детских писателей и поэтов и их жанровые приоритеты (писал сказки, стихи о природе и т.п.).</w:t>
      </w:r>
    </w:p>
    <w:p w:rsidR="00063CD9" w:rsidRPr="001C4867" w:rsidRDefault="00063CD9" w:rsidP="00063CD9">
      <w:pPr>
        <w:widowControl w:val="0"/>
        <w:tabs>
          <w:tab w:val="left" w:pos="4920"/>
        </w:tabs>
        <w:autoSpaceDE w:val="0"/>
        <w:autoSpaceDN w:val="0"/>
        <w:ind w:right="566"/>
        <w:jc w:val="center"/>
        <w:rPr>
          <w:rFonts w:ascii="Times New Roman" w:eastAsia="Times New Roman" w:hAnsi="Times New Roman" w:cs="Times New Roman"/>
          <w:b/>
          <w:i/>
          <w:color w:val="000000"/>
          <w:sz w:val="24"/>
          <w:szCs w:val="24"/>
          <w:u w:val="single"/>
        </w:rPr>
      </w:pPr>
      <w:r w:rsidRPr="001C4867">
        <w:rPr>
          <w:rFonts w:ascii="Times New Roman" w:eastAsia="Times New Roman" w:hAnsi="Times New Roman" w:cs="Times New Roman"/>
          <w:b/>
          <w:i/>
          <w:color w:val="000000"/>
          <w:sz w:val="24"/>
          <w:szCs w:val="24"/>
          <w:u w:val="single"/>
        </w:rPr>
        <w:t>Чтение наизусть</w:t>
      </w:r>
    </w:p>
    <w:p w:rsidR="00063CD9" w:rsidRDefault="00063CD9" w:rsidP="00063CD9">
      <w:pPr>
        <w:widowControl w:val="0"/>
        <w:tabs>
          <w:tab w:val="left" w:pos="4920"/>
        </w:tabs>
        <w:autoSpaceDE w:val="0"/>
        <w:autoSpaceDN w:val="0"/>
        <w:ind w:right="-1" w:firstLine="567"/>
        <w:jc w:val="both"/>
        <w:rPr>
          <w:rFonts w:ascii="Times New Roman" w:eastAsia="Times New Roman" w:hAnsi="Times New Roman" w:cs="Times New Roman"/>
          <w:b/>
          <w:color w:val="000000"/>
          <w:sz w:val="24"/>
          <w:szCs w:val="24"/>
        </w:rPr>
      </w:pPr>
      <w:r w:rsidRPr="0091600F">
        <w:rPr>
          <w:rFonts w:ascii="Times New Roman" w:eastAsia="Times New Roman" w:hAnsi="Times New Roman" w:cs="Times New Roman"/>
          <w:b/>
          <w:color w:val="000000"/>
          <w:sz w:val="24"/>
          <w:szCs w:val="24"/>
        </w:rPr>
        <w:t xml:space="preserve">Оценка "5" </w:t>
      </w:r>
      <w:r w:rsidRPr="0091600F">
        <w:rPr>
          <w:rFonts w:ascii="Times New Roman" w:eastAsia="Times New Roman" w:hAnsi="Times New Roman" w:cs="Times New Roman"/>
          <w:color w:val="000000"/>
          <w:sz w:val="24"/>
          <w:szCs w:val="24"/>
        </w:rPr>
        <w:t>- твёрдо, без подсказок, знает наизусть, выразительно читает.</w:t>
      </w:r>
      <w:r w:rsidRPr="001C4867">
        <w:rPr>
          <w:rFonts w:ascii="Times New Roman" w:eastAsia="Times New Roman" w:hAnsi="Times New Roman" w:cs="Times New Roman"/>
          <w:b/>
          <w:color w:val="000000"/>
          <w:sz w:val="24"/>
          <w:szCs w:val="24"/>
        </w:rPr>
        <w:t xml:space="preserve"> </w:t>
      </w:r>
    </w:p>
    <w:p w:rsidR="00063CD9" w:rsidRPr="0091600F" w:rsidRDefault="00063CD9" w:rsidP="00063CD9">
      <w:pPr>
        <w:widowControl w:val="0"/>
        <w:tabs>
          <w:tab w:val="left" w:pos="4920"/>
        </w:tabs>
        <w:autoSpaceDE w:val="0"/>
        <w:autoSpaceDN w:val="0"/>
        <w:ind w:right="-1" w:firstLine="567"/>
        <w:jc w:val="both"/>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 xml:space="preserve">Оценка </w:t>
      </w:r>
      <w:r w:rsidRPr="001C4867">
        <w:rPr>
          <w:rFonts w:ascii="Times New Roman" w:eastAsia="Times New Roman" w:hAnsi="Times New Roman" w:cs="Times New Roman"/>
          <w:b/>
          <w:color w:val="000000"/>
          <w:sz w:val="24"/>
          <w:szCs w:val="24"/>
        </w:rPr>
        <w:t>"4"</w:t>
      </w:r>
      <w:r w:rsidRPr="0091600F">
        <w:rPr>
          <w:rFonts w:ascii="Times New Roman" w:eastAsia="Times New Roman" w:hAnsi="Times New Roman" w:cs="Times New Roman"/>
          <w:color w:val="000000"/>
          <w:sz w:val="24"/>
          <w:szCs w:val="24"/>
        </w:rPr>
        <w:t xml:space="preserve"> - знает стихотворение наизусть, но допускает при</w:t>
      </w:r>
      <w:r w:rsidRPr="001C4867">
        <w:rPr>
          <w:rFonts w:ascii="Times New Roman" w:eastAsia="Times New Roman" w:hAnsi="Times New Roman" w:cs="Times New Roman"/>
          <w:color w:val="000000"/>
          <w:sz w:val="24"/>
          <w:szCs w:val="24"/>
        </w:rPr>
        <w:t xml:space="preserve"> чтении перестановку</w:t>
      </w:r>
      <w:r>
        <w:rPr>
          <w:rFonts w:ascii="Times New Roman" w:eastAsia="Times New Roman" w:hAnsi="Times New Roman" w:cs="Times New Roman"/>
          <w:color w:val="000000"/>
          <w:sz w:val="24"/>
          <w:szCs w:val="24"/>
        </w:rPr>
        <w:t xml:space="preserve"> </w:t>
      </w:r>
      <w:r w:rsidRPr="0091600F">
        <w:rPr>
          <w:rFonts w:ascii="Times New Roman" w:eastAsia="Times New Roman" w:hAnsi="Times New Roman" w:cs="Times New Roman"/>
          <w:color w:val="000000"/>
          <w:sz w:val="24"/>
          <w:szCs w:val="24"/>
        </w:rPr>
        <w:t>слов, самостоятельно исправляет допущенные неточности.</w:t>
      </w:r>
    </w:p>
    <w:p w:rsidR="00063CD9" w:rsidRDefault="00063CD9" w:rsidP="00063CD9">
      <w:pPr>
        <w:widowControl w:val="0"/>
        <w:autoSpaceDE w:val="0"/>
        <w:autoSpaceDN w:val="0"/>
        <w:ind w:right="-1" w:firstLine="567"/>
        <w:jc w:val="both"/>
        <w:rPr>
          <w:rFonts w:ascii="Times New Roman" w:eastAsia="Times New Roman" w:hAnsi="Times New Roman" w:cs="Times New Roman"/>
          <w:color w:val="000000"/>
          <w:sz w:val="24"/>
          <w:szCs w:val="24"/>
        </w:rPr>
      </w:pPr>
      <w:r w:rsidRPr="0091600F">
        <w:rPr>
          <w:rFonts w:ascii="Times New Roman" w:eastAsia="Times New Roman" w:hAnsi="Times New Roman" w:cs="Times New Roman"/>
          <w:b/>
          <w:color w:val="000000"/>
          <w:sz w:val="24"/>
          <w:szCs w:val="24"/>
        </w:rPr>
        <w:t xml:space="preserve">Оценка </w:t>
      </w:r>
      <w:r w:rsidRPr="001C4867">
        <w:rPr>
          <w:rFonts w:ascii="Times New Roman" w:eastAsia="Times New Roman" w:hAnsi="Times New Roman" w:cs="Times New Roman"/>
          <w:b/>
          <w:color w:val="000000"/>
          <w:sz w:val="24"/>
          <w:szCs w:val="24"/>
        </w:rPr>
        <w:t>"3"</w:t>
      </w:r>
      <w:r w:rsidRPr="0091600F">
        <w:rPr>
          <w:rFonts w:ascii="Times New Roman" w:eastAsia="Times New Roman" w:hAnsi="Times New Roman" w:cs="Times New Roman"/>
          <w:color w:val="000000"/>
          <w:sz w:val="24"/>
          <w:szCs w:val="24"/>
        </w:rPr>
        <w:t xml:space="preserve"> - читает наизусть, но при чтении обнаруживает нетвёрдое усвоение текста. </w:t>
      </w:r>
    </w:p>
    <w:p w:rsidR="00063CD9" w:rsidRPr="0091600F" w:rsidRDefault="00063CD9" w:rsidP="00063CD9">
      <w:pPr>
        <w:widowControl w:val="0"/>
        <w:autoSpaceDE w:val="0"/>
        <w:autoSpaceDN w:val="0"/>
        <w:ind w:right="-1" w:firstLine="567"/>
        <w:jc w:val="both"/>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 xml:space="preserve">Оценка </w:t>
      </w:r>
      <w:r w:rsidRPr="001C4867">
        <w:rPr>
          <w:rFonts w:ascii="Times New Roman" w:eastAsia="Times New Roman" w:hAnsi="Times New Roman" w:cs="Times New Roman"/>
          <w:b/>
          <w:color w:val="000000"/>
          <w:sz w:val="24"/>
          <w:szCs w:val="24"/>
        </w:rPr>
        <w:t>"2"</w:t>
      </w:r>
      <w:r w:rsidRPr="0091600F">
        <w:rPr>
          <w:rFonts w:ascii="Times New Roman" w:eastAsia="Times New Roman" w:hAnsi="Times New Roman" w:cs="Times New Roman"/>
          <w:color w:val="000000"/>
          <w:sz w:val="24"/>
          <w:szCs w:val="24"/>
        </w:rPr>
        <w:t xml:space="preserve"> - нарушает последовательность при чтении, не полностью воспроизводит текст</w:t>
      </w:r>
      <w:r>
        <w:rPr>
          <w:rFonts w:ascii="Times New Roman" w:eastAsia="Times New Roman" w:hAnsi="Times New Roman" w:cs="Times New Roman"/>
          <w:color w:val="000000"/>
          <w:sz w:val="24"/>
          <w:szCs w:val="24"/>
        </w:rPr>
        <w:t>.</w:t>
      </w:r>
    </w:p>
    <w:p w:rsidR="00063CD9" w:rsidRPr="001C4867" w:rsidRDefault="00063CD9" w:rsidP="00063CD9">
      <w:pPr>
        <w:widowControl w:val="0"/>
        <w:autoSpaceDE w:val="0"/>
        <w:autoSpaceDN w:val="0"/>
        <w:ind w:right="566"/>
        <w:jc w:val="center"/>
        <w:rPr>
          <w:rFonts w:ascii="Times New Roman" w:eastAsia="Times New Roman" w:hAnsi="Times New Roman" w:cs="Times New Roman"/>
          <w:b/>
          <w:i/>
          <w:color w:val="000000"/>
          <w:sz w:val="24"/>
          <w:szCs w:val="24"/>
          <w:u w:val="single"/>
        </w:rPr>
      </w:pPr>
      <w:r w:rsidRPr="001C4867">
        <w:rPr>
          <w:rFonts w:ascii="Times New Roman" w:eastAsia="Times New Roman" w:hAnsi="Times New Roman" w:cs="Times New Roman"/>
          <w:b/>
          <w:i/>
          <w:color w:val="000000"/>
          <w:sz w:val="24"/>
          <w:szCs w:val="24"/>
          <w:u w:val="single"/>
        </w:rPr>
        <w:t>Выразительное чтение текста</w:t>
      </w:r>
    </w:p>
    <w:p w:rsidR="00063CD9" w:rsidRPr="0091600F" w:rsidRDefault="00063CD9" w:rsidP="00063CD9">
      <w:pPr>
        <w:widowControl w:val="0"/>
        <w:autoSpaceDE w:val="0"/>
        <w:autoSpaceDN w:val="0"/>
        <w:ind w:left="567" w:right="566"/>
        <w:rPr>
          <w:rFonts w:ascii="Times New Roman" w:hAnsi="Times New Roman" w:cs="Times New Roman"/>
          <w:sz w:val="24"/>
          <w:szCs w:val="24"/>
        </w:rPr>
      </w:pPr>
      <w:r w:rsidRPr="0091600F">
        <w:rPr>
          <w:rFonts w:ascii="Times New Roman" w:eastAsia="Times New Roman" w:hAnsi="Times New Roman" w:cs="Times New Roman"/>
          <w:i/>
          <w:color w:val="000000"/>
          <w:sz w:val="24"/>
          <w:szCs w:val="24"/>
        </w:rPr>
        <w:t xml:space="preserve">Требования к выразительному чтению: </w:t>
      </w:r>
      <w:r w:rsidRPr="0091600F">
        <w:rPr>
          <w:rFonts w:ascii="Times New Roman" w:hAnsi="Times New Roman" w:cs="Times New Roman"/>
          <w:sz w:val="24"/>
          <w:szCs w:val="24"/>
        </w:rPr>
        <w:br/>
      </w:r>
      <w:r w:rsidRPr="0091600F">
        <w:rPr>
          <w:rFonts w:ascii="Times New Roman" w:eastAsia="Times New Roman" w:hAnsi="Times New Roman" w:cs="Times New Roman"/>
          <w:color w:val="000000"/>
          <w:sz w:val="24"/>
          <w:szCs w:val="24"/>
        </w:rPr>
        <w:t>1. Правильная постановка логического ударения</w:t>
      </w:r>
    </w:p>
    <w:p w:rsidR="00063CD9" w:rsidRPr="0091600F" w:rsidRDefault="00063CD9" w:rsidP="00063CD9">
      <w:pPr>
        <w:widowControl w:val="0"/>
        <w:autoSpaceDE w:val="0"/>
        <w:autoSpaceDN w:val="0"/>
        <w:ind w:left="567" w:right="566"/>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 xml:space="preserve">2. Соблюдение пауз </w:t>
      </w:r>
      <w:r w:rsidRPr="0091600F">
        <w:rPr>
          <w:rFonts w:ascii="Times New Roman" w:hAnsi="Times New Roman" w:cs="Times New Roman"/>
          <w:sz w:val="24"/>
          <w:szCs w:val="24"/>
        </w:rPr>
        <w:br/>
      </w:r>
      <w:r w:rsidRPr="0091600F">
        <w:rPr>
          <w:rFonts w:ascii="Times New Roman" w:eastAsia="Times New Roman" w:hAnsi="Times New Roman" w:cs="Times New Roman"/>
          <w:color w:val="000000"/>
          <w:sz w:val="24"/>
          <w:szCs w:val="24"/>
        </w:rPr>
        <w:t xml:space="preserve">3. Правильный выбор темпа </w:t>
      </w:r>
      <w:r w:rsidRPr="0091600F">
        <w:rPr>
          <w:rFonts w:ascii="Times New Roman" w:hAnsi="Times New Roman" w:cs="Times New Roman"/>
          <w:sz w:val="24"/>
          <w:szCs w:val="24"/>
        </w:rPr>
        <w:br/>
      </w:r>
      <w:r w:rsidRPr="0091600F">
        <w:rPr>
          <w:rFonts w:ascii="Times New Roman" w:eastAsia="Times New Roman" w:hAnsi="Times New Roman" w:cs="Times New Roman"/>
          <w:color w:val="000000"/>
          <w:sz w:val="24"/>
          <w:szCs w:val="24"/>
        </w:rPr>
        <w:t xml:space="preserve">4. Соблюдение нужной интонации </w:t>
      </w:r>
      <w:r w:rsidRPr="0091600F">
        <w:rPr>
          <w:rFonts w:ascii="Times New Roman" w:hAnsi="Times New Roman" w:cs="Times New Roman"/>
          <w:sz w:val="24"/>
          <w:szCs w:val="24"/>
        </w:rPr>
        <w:br/>
      </w:r>
      <w:r w:rsidRPr="0091600F">
        <w:rPr>
          <w:rFonts w:ascii="Times New Roman" w:eastAsia="Times New Roman" w:hAnsi="Times New Roman" w:cs="Times New Roman"/>
          <w:color w:val="000000"/>
          <w:sz w:val="24"/>
          <w:szCs w:val="24"/>
        </w:rPr>
        <w:t>5. Безошибочное чтение</w:t>
      </w:r>
    </w:p>
    <w:p w:rsidR="00063CD9" w:rsidRDefault="00063CD9" w:rsidP="00063CD9">
      <w:pPr>
        <w:widowControl w:val="0"/>
        <w:autoSpaceDE w:val="0"/>
        <w:autoSpaceDN w:val="0"/>
        <w:ind w:right="566" w:firstLine="567"/>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 xml:space="preserve">Оценка "5" </w:t>
      </w:r>
      <w:r w:rsidRPr="0091600F">
        <w:rPr>
          <w:rFonts w:ascii="Times New Roman" w:eastAsia="Times New Roman" w:hAnsi="Times New Roman" w:cs="Times New Roman"/>
          <w:color w:val="000000"/>
          <w:sz w:val="24"/>
          <w:szCs w:val="24"/>
        </w:rPr>
        <w:t xml:space="preserve">- выполнены правильно все требования </w:t>
      </w:r>
    </w:p>
    <w:p w:rsidR="00063CD9" w:rsidRDefault="00063CD9" w:rsidP="00063CD9">
      <w:pPr>
        <w:widowControl w:val="0"/>
        <w:autoSpaceDE w:val="0"/>
        <w:autoSpaceDN w:val="0"/>
        <w:ind w:right="566" w:firstLine="567"/>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 xml:space="preserve">Оценка "4" </w:t>
      </w:r>
      <w:r w:rsidRPr="0091600F">
        <w:rPr>
          <w:rFonts w:ascii="Times New Roman" w:eastAsia="Times New Roman" w:hAnsi="Times New Roman" w:cs="Times New Roman"/>
          <w:color w:val="000000"/>
          <w:sz w:val="24"/>
          <w:szCs w:val="24"/>
        </w:rPr>
        <w:t xml:space="preserve">- не соблюдены 1-2 требования </w:t>
      </w:r>
    </w:p>
    <w:p w:rsidR="00063CD9" w:rsidRDefault="00063CD9" w:rsidP="00063CD9">
      <w:pPr>
        <w:widowControl w:val="0"/>
        <w:autoSpaceDE w:val="0"/>
        <w:autoSpaceDN w:val="0"/>
        <w:ind w:right="566" w:firstLine="567"/>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 xml:space="preserve">Оценка "3" </w:t>
      </w:r>
      <w:r w:rsidRPr="0091600F">
        <w:rPr>
          <w:rFonts w:ascii="Times New Roman" w:eastAsia="Times New Roman" w:hAnsi="Times New Roman" w:cs="Times New Roman"/>
          <w:color w:val="000000"/>
          <w:sz w:val="24"/>
          <w:szCs w:val="24"/>
        </w:rPr>
        <w:t xml:space="preserve">- допущены ошибки по трём требованиям </w:t>
      </w:r>
    </w:p>
    <w:p w:rsidR="00063CD9" w:rsidRPr="0091600F" w:rsidRDefault="00063CD9" w:rsidP="00063CD9">
      <w:pPr>
        <w:widowControl w:val="0"/>
        <w:autoSpaceDE w:val="0"/>
        <w:autoSpaceDN w:val="0"/>
        <w:ind w:right="566" w:firstLine="567"/>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 xml:space="preserve">Оценка "2" </w:t>
      </w:r>
      <w:r w:rsidRPr="0091600F">
        <w:rPr>
          <w:rFonts w:ascii="Times New Roman" w:eastAsia="Times New Roman" w:hAnsi="Times New Roman" w:cs="Times New Roman"/>
          <w:color w:val="000000"/>
          <w:sz w:val="24"/>
          <w:szCs w:val="24"/>
        </w:rPr>
        <w:t>- допущены ошибки более чем по трём требованиям</w:t>
      </w:r>
    </w:p>
    <w:p w:rsidR="00063CD9" w:rsidRPr="001C4867" w:rsidRDefault="00063CD9" w:rsidP="00063CD9">
      <w:pPr>
        <w:widowControl w:val="0"/>
        <w:tabs>
          <w:tab w:val="left" w:pos="4248"/>
          <w:tab w:val="left" w:pos="9214"/>
        </w:tabs>
        <w:autoSpaceDE w:val="0"/>
        <w:autoSpaceDN w:val="0"/>
        <w:ind w:right="-1"/>
        <w:jc w:val="center"/>
        <w:rPr>
          <w:rFonts w:ascii="Times New Roman" w:eastAsia="Times New Roman" w:hAnsi="Times New Roman" w:cs="Times New Roman"/>
          <w:b/>
          <w:i/>
          <w:color w:val="000000"/>
          <w:sz w:val="24"/>
          <w:szCs w:val="24"/>
          <w:u w:val="single"/>
        </w:rPr>
      </w:pPr>
      <w:r w:rsidRPr="001C4867">
        <w:rPr>
          <w:rFonts w:ascii="Times New Roman" w:eastAsia="Times New Roman" w:hAnsi="Times New Roman" w:cs="Times New Roman"/>
          <w:b/>
          <w:i/>
          <w:color w:val="000000"/>
          <w:sz w:val="24"/>
          <w:szCs w:val="24"/>
          <w:u w:val="single"/>
        </w:rPr>
        <w:t>Чтение по ролям</w:t>
      </w:r>
    </w:p>
    <w:p w:rsidR="00063CD9" w:rsidRPr="0091600F" w:rsidRDefault="00063CD9" w:rsidP="00063CD9">
      <w:pPr>
        <w:widowControl w:val="0"/>
        <w:tabs>
          <w:tab w:val="left" w:pos="4248"/>
        </w:tabs>
        <w:autoSpaceDE w:val="0"/>
        <w:autoSpaceDN w:val="0"/>
        <w:ind w:right="566" w:firstLine="567"/>
        <w:rPr>
          <w:rFonts w:ascii="Times New Roman" w:hAnsi="Times New Roman" w:cs="Times New Roman"/>
          <w:sz w:val="24"/>
          <w:szCs w:val="24"/>
        </w:rPr>
      </w:pPr>
      <w:r w:rsidRPr="0091600F">
        <w:rPr>
          <w:rFonts w:ascii="Times New Roman" w:eastAsia="Times New Roman" w:hAnsi="Times New Roman" w:cs="Times New Roman"/>
          <w:i/>
          <w:color w:val="000000"/>
          <w:sz w:val="24"/>
          <w:szCs w:val="24"/>
        </w:rPr>
        <w:t>Требования к чтению по ролям:</w:t>
      </w:r>
    </w:p>
    <w:p w:rsidR="00063CD9" w:rsidRPr="0091600F" w:rsidRDefault="00063CD9" w:rsidP="00063CD9">
      <w:pPr>
        <w:widowControl w:val="0"/>
        <w:tabs>
          <w:tab w:val="left" w:pos="567"/>
        </w:tabs>
        <w:autoSpaceDE w:val="0"/>
        <w:autoSpaceDN w:val="0"/>
        <w:ind w:left="567" w:right="566"/>
        <w:rPr>
          <w:rFonts w:ascii="Times New Roman" w:hAnsi="Times New Roman" w:cs="Times New Roman"/>
          <w:sz w:val="24"/>
          <w:szCs w:val="24"/>
        </w:rPr>
      </w:pPr>
      <w:r w:rsidRPr="0091600F">
        <w:rPr>
          <w:rFonts w:ascii="Times New Roman" w:eastAsia="Times New Roman" w:hAnsi="Times New Roman" w:cs="Times New Roman"/>
          <w:color w:val="000000"/>
          <w:sz w:val="24"/>
          <w:szCs w:val="24"/>
        </w:rPr>
        <w:t xml:space="preserve">1. Своевременно начинать читать свои слова </w:t>
      </w:r>
      <w:r w:rsidRPr="0091600F">
        <w:rPr>
          <w:rFonts w:ascii="Times New Roman" w:hAnsi="Times New Roman" w:cs="Times New Roman"/>
          <w:sz w:val="24"/>
          <w:szCs w:val="24"/>
        </w:rPr>
        <w:br/>
      </w:r>
      <w:r w:rsidRPr="0091600F">
        <w:rPr>
          <w:rFonts w:ascii="Times New Roman" w:eastAsia="Times New Roman" w:hAnsi="Times New Roman" w:cs="Times New Roman"/>
          <w:color w:val="000000"/>
          <w:sz w:val="24"/>
          <w:szCs w:val="24"/>
        </w:rPr>
        <w:t xml:space="preserve">2. Подбирать правильную интонацию </w:t>
      </w:r>
      <w:r w:rsidRPr="0091600F">
        <w:rPr>
          <w:rFonts w:ascii="Times New Roman" w:hAnsi="Times New Roman" w:cs="Times New Roman"/>
          <w:sz w:val="24"/>
          <w:szCs w:val="24"/>
        </w:rPr>
        <w:br/>
      </w:r>
      <w:r w:rsidRPr="0091600F">
        <w:rPr>
          <w:rFonts w:ascii="Times New Roman" w:eastAsia="Times New Roman" w:hAnsi="Times New Roman" w:cs="Times New Roman"/>
          <w:color w:val="000000"/>
          <w:sz w:val="24"/>
          <w:szCs w:val="24"/>
        </w:rPr>
        <w:t xml:space="preserve">3. Читать безошибочно </w:t>
      </w:r>
      <w:r w:rsidRPr="0091600F">
        <w:rPr>
          <w:rFonts w:ascii="Times New Roman" w:hAnsi="Times New Roman" w:cs="Times New Roman"/>
          <w:sz w:val="24"/>
          <w:szCs w:val="24"/>
        </w:rPr>
        <w:br/>
      </w:r>
      <w:r w:rsidRPr="0091600F">
        <w:rPr>
          <w:rFonts w:ascii="Times New Roman" w:eastAsia="Times New Roman" w:hAnsi="Times New Roman" w:cs="Times New Roman"/>
          <w:color w:val="000000"/>
          <w:sz w:val="24"/>
          <w:szCs w:val="24"/>
        </w:rPr>
        <w:t>4. Читать выразительно</w:t>
      </w:r>
    </w:p>
    <w:p w:rsidR="00063CD9" w:rsidRDefault="00063CD9" w:rsidP="00063CD9">
      <w:pPr>
        <w:widowControl w:val="0"/>
        <w:autoSpaceDE w:val="0"/>
        <w:autoSpaceDN w:val="0"/>
        <w:ind w:right="566" w:firstLine="567"/>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 xml:space="preserve">Оценка </w:t>
      </w:r>
      <w:r w:rsidRPr="001C4867">
        <w:rPr>
          <w:rFonts w:ascii="Times New Roman" w:eastAsia="Times New Roman" w:hAnsi="Times New Roman" w:cs="Times New Roman"/>
          <w:b/>
          <w:color w:val="000000"/>
          <w:sz w:val="24"/>
          <w:szCs w:val="24"/>
        </w:rPr>
        <w:t>"5"</w:t>
      </w:r>
      <w:r w:rsidRPr="0091600F">
        <w:rPr>
          <w:rFonts w:ascii="Times New Roman" w:eastAsia="Times New Roman" w:hAnsi="Times New Roman" w:cs="Times New Roman"/>
          <w:color w:val="000000"/>
          <w:sz w:val="24"/>
          <w:szCs w:val="24"/>
        </w:rPr>
        <w:t xml:space="preserve"> - выполнены все требования </w:t>
      </w:r>
    </w:p>
    <w:p w:rsidR="00063CD9" w:rsidRDefault="00063CD9" w:rsidP="00063CD9">
      <w:pPr>
        <w:widowControl w:val="0"/>
        <w:autoSpaceDE w:val="0"/>
        <w:autoSpaceDN w:val="0"/>
        <w:ind w:right="566" w:firstLine="567"/>
        <w:rPr>
          <w:rFonts w:ascii="Times New Roman" w:eastAsia="Times New Roman" w:hAnsi="Times New Roman" w:cs="Times New Roman"/>
          <w:color w:val="000000"/>
          <w:sz w:val="24"/>
          <w:szCs w:val="24"/>
        </w:rPr>
      </w:pPr>
      <w:r w:rsidRPr="0091600F">
        <w:rPr>
          <w:rFonts w:ascii="Times New Roman" w:eastAsia="Times New Roman" w:hAnsi="Times New Roman" w:cs="Times New Roman"/>
          <w:b/>
          <w:color w:val="000000"/>
          <w:sz w:val="24"/>
          <w:szCs w:val="24"/>
        </w:rPr>
        <w:t xml:space="preserve">Оценка </w:t>
      </w:r>
      <w:r w:rsidRPr="001C4867">
        <w:rPr>
          <w:rFonts w:ascii="Times New Roman" w:eastAsia="Times New Roman" w:hAnsi="Times New Roman" w:cs="Times New Roman"/>
          <w:b/>
          <w:color w:val="000000"/>
          <w:sz w:val="24"/>
          <w:szCs w:val="24"/>
        </w:rPr>
        <w:t>"4"</w:t>
      </w:r>
      <w:r w:rsidRPr="0091600F">
        <w:rPr>
          <w:rFonts w:ascii="Times New Roman" w:eastAsia="Times New Roman" w:hAnsi="Times New Roman" w:cs="Times New Roman"/>
          <w:color w:val="000000"/>
          <w:sz w:val="24"/>
          <w:szCs w:val="24"/>
        </w:rPr>
        <w:t xml:space="preserve"> - допущены ошибки по одному какому-то требованию </w:t>
      </w:r>
    </w:p>
    <w:p w:rsidR="00063CD9" w:rsidRDefault="00063CD9" w:rsidP="00063CD9">
      <w:pPr>
        <w:widowControl w:val="0"/>
        <w:autoSpaceDE w:val="0"/>
        <w:autoSpaceDN w:val="0"/>
        <w:ind w:right="566" w:firstLine="567"/>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 xml:space="preserve">Оценка </w:t>
      </w:r>
      <w:r w:rsidRPr="001C4867">
        <w:rPr>
          <w:rFonts w:ascii="Times New Roman" w:eastAsia="Times New Roman" w:hAnsi="Times New Roman" w:cs="Times New Roman"/>
          <w:b/>
          <w:color w:val="000000"/>
          <w:sz w:val="24"/>
          <w:szCs w:val="24"/>
        </w:rPr>
        <w:t>"3"</w:t>
      </w:r>
      <w:r w:rsidRPr="0091600F">
        <w:rPr>
          <w:rFonts w:ascii="Times New Roman" w:eastAsia="Times New Roman" w:hAnsi="Times New Roman" w:cs="Times New Roman"/>
          <w:color w:val="000000"/>
          <w:sz w:val="24"/>
          <w:szCs w:val="24"/>
        </w:rPr>
        <w:t xml:space="preserve"> - допущены ошибки по двум требованиям </w:t>
      </w:r>
    </w:p>
    <w:p w:rsidR="00063CD9" w:rsidRPr="0091600F" w:rsidRDefault="00063CD9" w:rsidP="00063CD9">
      <w:pPr>
        <w:widowControl w:val="0"/>
        <w:autoSpaceDE w:val="0"/>
        <w:autoSpaceDN w:val="0"/>
        <w:ind w:right="566" w:firstLine="567"/>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 xml:space="preserve">Оценка </w:t>
      </w:r>
      <w:r w:rsidRPr="001C4867">
        <w:rPr>
          <w:rFonts w:ascii="Times New Roman" w:eastAsia="Times New Roman" w:hAnsi="Times New Roman" w:cs="Times New Roman"/>
          <w:b/>
          <w:color w:val="000000"/>
          <w:sz w:val="24"/>
          <w:szCs w:val="24"/>
        </w:rPr>
        <w:t>"2"</w:t>
      </w:r>
      <w:r w:rsidRPr="0091600F">
        <w:rPr>
          <w:rFonts w:ascii="Times New Roman" w:eastAsia="Times New Roman" w:hAnsi="Times New Roman" w:cs="Times New Roman"/>
          <w:color w:val="000000"/>
          <w:sz w:val="24"/>
          <w:szCs w:val="24"/>
        </w:rPr>
        <w:t xml:space="preserve"> - допущены ошибки по трём требованиям</w:t>
      </w:r>
    </w:p>
    <w:p w:rsidR="00063CD9" w:rsidRDefault="00063CD9" w:rsidP="00063CD9">
      <w:pPr>
        <w:widowControl w:val="0"/>
        <w:tabs>
          <w:tab w:val="left" w:pos="9214"/>
        </w:tabs>
        <w:autoSpaceDE w:val="0"/>
        <w:autoSpaceDN w:val="0"/>
        <w:ind w:right="-1"/>
        <w:jc w:val="center"/>
        <w:rPr>
          <w:rFonts w:ascii="Times New Roman" w:eastAsia="Times New Roman" w:hAnsi="Times New Roman" w:cs="Times New Roman"/>
          <w:b/>
          <w:i/>
          <w:color w:val="000000"/>
          <w:sz w:val="24"/>
          <w:szCs w:val="24"/>
          <w:u w:val="single"/>
        </w:rPr>
      </w:pPr>
      <w:r>
        <w:rPr>
          <w:rFonts w:ascii="Times New Roman" w:eastAsia="Times New Roman" w:hAnsi="Times New Roman" w:cs="Times New Roman"/>
          <w:b/>
          <w:i/>
          <w:color w:val="000000"/>
          <w:sz w:val="24"/>
          <w:szCs w:val="24"/>
          <w:u w:val="single"/>
        </w:rPr>
        <w:lastRenderedPageBreak/>
        <w:t>Пересказ</w:t>
      </w:r>
    </w:p>
    <w:p w:rsidR="00063CD9" w:rsidRPr="0091600F" w:rsidRDefault="00063CD9" w:rsidP="00063CD9">
      <w:pPr>
        <w:widowControl w:val="0"/>
        <w:tabs>
          <w:tab w:val="left" w:pos="9356"/>
        </w:tabs>
        <w:autoSpaceDE w:val="0"/>
        <w:autoSpaceDN w:val="0"/>
        <w:ind w:right="140" w:firstLine="567"/>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При проверке умения пересказывать те</w:t>
      </w:r>
      <w:proofErr w:type="gramStart"/>
      <w:r>
        <w:rPr>
          <w:rFonts w:ascii="Times New Roman" w:eastAsia="Times New Roman" w:hAnsi="Times New Roman" w:cs="Times New Roman"/>
          <w:color w:val="000000"/>
          <w:sz w:val="24"/>
          <w:szCs w:val="24"/>
        </w:rPr>
        <w:t>кст пр</w:t>
      </w:r>
      <w:proofErr w:type="gramEnd"/>
      <w:r>
        <w:rPr>
          <w:rFonts w:ascii="Times New Roman" w:eastAsia="Times New Roman" w:hAnsi="Times New Roman" w:cs="Times New Roman"/>
          <w:color w:val="000000"/>
          <w:sz w:val="24"/>
          <w:szCs w:val="24"/>
        </w:rPr>
        <w:t xml:space="preserve">оизведения особое внимание уделяется </w:t>
      </w:r>
      <w:r w:rsidRPr="0091600F">
        <w:rPr>
          <w:rFonts w:ascii="Times New Roman" w:eastAsia="Times New Roman" w:hAnsi="Times New Roman" w:cs="Times New Roman"/>
          <w:color w:val="000000"/>
          <w:sz w:val="24"/>
          <w:szCs w:val="24"/>
        </w:rPr>
        <w:t>правильности передачи основного содержания текста, последовательности и полноте развития сюжета, выразительности при характеристике образов.</w:t>
      </w:r>
    </w:p>
    <w:p w:rsidR="00063CD9" w:rsidRPr="0091600F" w:rsidRDefault="00063CD9" w:rsidP="00063CD9">
      <w:pPr>
        <w:widowControl w:val="0"/>
        <w:tabs>
          <w:tab w:val="left" w:pos="9214"/>
        </w:tabs>
        <w:autoSpaceDE w:val="0"/>
        <w:autoSpaceDN w:val="0"/>
        <w:ind w:right="-1" w:firstLine="567"/>
        <w:jc w:val="both"/>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 xml:space="preserve">Оценка "5" </w:t>
      </w:r>
      <w:r w:rsidRPr="0091600F">
        <w:rPr>
          <w:rFonts w:ascii="Times New Roman" w:eastAsia="Times New Roman" w:hAnsi="Times New Roman" w:cs="Times New Roman"/>
          <w:color w:val="000000"/>
          <w:sz w:val="24"/>
          <w:szCs w:val="24"/>
        </w:rPr>
        <w:t>- пересказывает содержание прочитанного самостоятельно, последовательно, не упуская главного (подробно или кратко, или по плану), правильно отвечает на вопрос, умеет подкрепить ответ на вопрос чтением соответствующих отрывков.</w:t>
      </w:r>
    </w:p>
    <w:p w:rsidR="00063CD9" w:rsidRDefault="00063CD9" w:rsidP="00063CD9">
      <w:pPr>
        <w:widowControl w:val="0"/>
        <w:autoSpaceDE w:val="0"/>
        <w:autoSpaceDN w:val="0"/>
        <w:ind w:right="-1" w:firstLine="567"/>
        <w:jc w:val="both"/>
        <w:rPr>
          <w:rFonts w:ascii="Times New Roman" w:eastAsia="Times New Roman" w:hAnsi="Times New Roman" w:cs="Times New Roman"/>
          <w:b/>
          <w:color w:val="000000"/>
          <w:sz w:val="24"/>
          <w:szCs w:val="24"/>
        </w:rPr>
      </w:pPr>
      <w:r w:rsidRPr="0091600F">
        <w:rPr>
          <w:rFonts w:ascii="Times New Roman" w:eastAsia="Times New Roman" w:hAnsi="Times New Roman" w:cs="Times New Roman"/>
          <w:b/>
          <w:color w:val="000000"/>
          <w:sz w:val="24"/>
          <w:szCs w:val="24"/>
        </w:rPr>
        <w:t xml:space="preserve">Оценка "4" </w:t>
      </w:r>
      <w:r w:rsidRPr="0091600F">
        <w:rPr>
          <w:rFonts w:ascii="Times New Roman" w:eastAsia="Times New Roman" w:hAnsi="Times New Roman" w:cs="Times New Roman"/>
          <w:color w:val="000000"/>
          <w:sz w:val="24"/>
          <w:szCs w:val="24"/>
        </w:rPr>
        <w:t>- допускает 1-2 ошибки, неточности, сам исправляет их.</w:t>
      </w:r>
      <w:r w:rsidRPr="001C4867">
        <w:rPr>
          <w:rFonts w:ascii="Times New Roman" w:eastAsia="Times New Roman" w:hAnsi="Times New Roman" w:cs="Times New Roman"/>
          <w:b/>
          <w:color w:val="000000"/>
          <w:sz w:val="24"/>
          <w:szCs w:val="24"/>
        </w:rPr>
        <w:t xml:space="preserve"> </w:t>
      </w:r>
    </w:p>
    <w:p w:rsidR="00063CD9" w:rsidRDefault="00063CD9" w:rsidP="00063CD9">
      <w:pPr>
        <w:widowControl w:val="0"/>
        <w:autoSpaceDE w:val="0"/>
        <w:autoSpaceDN w:val="0"/>
        <w:ind w:right="-1" w:firstLine="567"/>
        <w:jc w:val="both"/>
        <w:rPr>
          <w:rFonts w:ascii="Times New Roman" w:eastAsia="Times New Roman" w:hAnsi="Times New Roman" w:cs="Times New Roman"/>
          <w:color w:val="000000"/>
          <w:sz w:val="24"/>
          <w:szCs w:val="24"/>
        </w:rPr>
      </w:pPr>
      <w:r w:rsidRPr="001C4867">
        <w:rPr>
          <w:rFonts w:ascii="Times New Roman" w:eastAsia="Times New Roman" w:hAnsi="Times New Roman" w:cs="Times New Roman"/>
          <w:b/>
          <w:color w:val="000000"/>
          <w:sz w:val="24"/>
          <w:szCs w:val="24"/>
        </w:rPr>
        <w:t xml:space="preserve">Оценка   "3" </w:t>
      </w:r>
      <w:r w:rsidRPr="001C4867">
        <w:rPr>
          <w:rFonts w:ascii="Times New Roman" w:eastAsia="Times New Roman" w:hAnsi="Times New Roman" w:cs="Times New Roman"/>
          <w:color w:val="000000"/>
          <w:sz w:val="24"/>
          <w:szCs w:val="24"/>
        </w:rPr>
        <w:t>- пересказывает   при помощи наводящих вопросов учителя, не</w:t>
      </w:r>
      <w:r>
        <w:rPr>
          <w:rFonts w:ascii="Times New Roman" w:eastAsia="Times New Roman" w:hAnsi="Times New Roman" w:cs="Times New Roman"/>
          <w:color w:val="000000"/>
          <w:sz w:val="24"/>
          <w:szCs w:val="24"/>
        </w:rPr>
        <w:t xml:space="preserve"> </w:t>
      </w:r>
      <w:r w:rsidRPr="0091600F">
        <w:rPr>
          <w:rFonts w:ascii="Times New Roman" w:eastAsia="Times New Roman" w:hAnsi="Times New Roman" w:cs="Times New Roman"/>
          <w:color w:val="000000"/>
          <w:sz w:val="24"/>
          <w:szCs w:val="24"/>
        </w:rPr>
        <w:t xml:space="preserve">умеет последовательно передать содержание прочитанного, допускает речевые ошибки. </w:t>
      </w:r>
    </w:p>
    <w:p w:rsidR="00063CD9" w:rsidRPr="0091600F" w:rsidRDefault="00063CD9" w:rsidP="00063CD9">
      <w:pPr>
        <w:widowControl w:val="0"/>
        <w:autoSpaceDE w:val="0"/>
        <w:autoSpaceDN w:val="0"/>
        <w:ind w:right="-1" w:firstLine="567"/>
        <w:jc w:val="both"/>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 xml:space="preserve">Оценка "2" </w:t>
      </w:r>
      <w:r w:rsidRPr="0091600F">
        <w:rPr>
          <w:rFonts w:ascii="Times New Roman" w:eastAsia="Times New Roman" w:hAnsi="Times New Roman" w:cs="Times New Roman"/>
          <w:color w:val="000000"/>
          <w:sz w:val="24"/>
          <w:szCs w:val="24"/>
        </w:rPr>
        <w:t>- не может передать содержание прочитанного.</w:t>
      </w:r>
    </w:p>
    <w:p w:rsidR="00063CD9" w:rsidRPr="0072624C" w:rsidRDefault="00063CD9" w:rsidP="00063CD9">
      <w:pPr>
        <w:pStyle w:val="Default"/>
        <w:widowControl w:val="0"/>
        <w:jc w:val="center"/>
        <w:rPr>
          <w:i/>
          <w:u w:val="single"/>
        </w:rPr>
      </w:pPr>
      <w:r w:rsidRPr="0072624C">
        <w:rPr>
          <w:b/>
          <w:bCs/>
          <w:i/>
          <w:u w:val="single"/>
        </w:rPr>
        <w:t>Устные ответы</w:t>
      </w:r>
    </w:p>
    <w:p w:rsidR="00063CD9" w:rsidRPr="0072624C" w:rsidRDefault="00063CD9" w:rsidP="00063CD9">
      <w:pPr>
        <w:pStyle w:val="Default"/>
        <w:widowControl w:val="0"/>
        <w:ind w:firstLine="567"/>
        <w:jc w:val="both"/>
      </w:pPr>
      <w:r>
        <w:t xml:space="preserve">При оценке ответа ученика надо руководствоваться следующими критериями: </w:t>
      </w:r>
    </w:p>
    <w:p w:rsidR="00063CD9" w:rsidRDefault="00063CD9" w:rsidP="00063CD9">
      <w:pPr>
        <w:pStyle w:val="Default"/>
        <w:widowControl w:val="0"/>
        <w:numPr>
          <w:ilvl w:val="0"/>
          <w:numId w:val="37"/>
        </w:numPr>
        <w:tabs>
          <w:tab w:val="left" w:pos="1418"/>
        </w:tabs>
        <w:ind w:firstLine="567"/>
        <w:jc w:val="both"/>
      </w:pPr>
      <w:r>
        <w:t xml:space="preserve">полнота и правильность ответа; </w:t>
      </w:r>
    </w:p>
    <w:p w:rsidR="00063CD9" w:rsidRDefault="00063CD9" w:rsidP="00063CD9">
      <w:pPr>
        <w:pStyle w:val="Default"/>
        <w:widowControl w:val="0"/>
        <w:numPr>
          <w:ilvl w:val="0"/>
          <w:numId w:val="37"/>
        </w:numPr>
        <w:tabs>
          <w:tab w:val="left" w:pos="1418"/>
        </w:tabs>
        <w:ind w:firstLine="567"/>
        <w:jc w:val="both"/>
      </w:pPr>
      <w:r>
        <w:t xml:space="preserve">степень осознанности, понимания изученного; </w:t>
      </w:r>
    </w:p>
    <w:p w:rsidR="00063CD9" w:rsidRDefault="00063CD9" w:rsidP="00063CD9">
      <w:pPr>
        <w:pStyle w:val="Default"/>
        <w:widowControl w:val="0"/>
        <w:numPr>
          <w:ilvl w:val="0"/>
          <w:numId w:val="37"/>
        </w:numPr>
        <w:tabs>
          <w:tab w:val="left" w:pos="1418"/>
        </w:tabs>
        <w:ind w:firstLine="567"/>
        <w:jc w:val="both"/>
      </w:pPr>
      <w:r>
        <w:t xml:space="preserve">языковое оформление ответа. </w:t>
      </w:r>
    </w:p>
    <w:p w:rsidR="00063CD9" w:rsidRDefault="00063CD9" w:rsidP="00063CD9">
      <w:pPr>
        <w:pStyle w:val="Default"/>
        <w:widowControl w:val="0"/>
        <w:ind w:firstLine="567"/>
        <w:jc w:val="both"/>
      </w:pPr>
      <w:proofErr w:type="gramStart"/>
      <w:r>
        <w:rPr>
          <w:rFonts w:eastAsia="Times New Roman"/>
          <w:b/>
        </w:rPr>
        <w:t xml:space="preserve">Оценка </w:t>
      </w:r>
      <w:r w:rsidRPr="0072624C">
        <w:rPr>
          <w:b/>
        </w:rPr>
        <w:t>«5»</w:t>
      </w:r>
      <w:r>
        <w:t xml:space="preserve"> ставится, если ученик полно излагает изученный материал, дает правильное определение языковых понятий;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излагает материал последовательно и правильно с точки зрения норм литературного языка; демонстрирует повышенный уровень знаний. </w:t>
      </w:r>
      <w:proofErr w:type="gramEnd"/>
    </w:p>
    <w:p w:rsidR="00063CD9" w:rsidRDefault="00063CD9" w:rsidP="00063CD9">
      <w:pPr>
        <w:pStyle w:val="Default"/>
        <w:widowControl w:val="0"/>
        <w:ind w:firstLine="567"/>
        <w:jc w:val="both"/>
      </w:pPr>
      <w:r>
        <w:rPr>
          <w:rFonts w:eastAsia="Times New Roman"/>
          <w:b/>
        </w:rPr>
        <w:t xml:space="preserve">Оценка </w:t>
      </w:r>
      <w:r w:rsidRPr="0072624C">
        <w:rPr>
          <w:b/>
        </w:rPr>
        <w:t>«4»</w:t>
      </w:r>
      <w:r>
        <w:t xml:space="preserve"> ставится, если ученик полно излагает изученный материал, дает правильное определение языковых понятий;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излагает материал последовательно и правильно с точки зрения норм литературного языка. </w:t>
      </w:r>
    </w:p>
    <w:p w:rsidR="00063CD9" w:rsidRDefault="00063CD9" w:rsidP="00063CD9">
      <w:pPr>
        <w:pStyle w:val="Default"/>
        <w:widowControl w:val="0"/>
        <w:ind w:firstLine="567"/>
        <w:jc w:val="both"/>
      </w:pPr>
      <w:r>
        <w:rPr>
          <w:rFonts w:eastAsia="Times New Roman"/>
          <w:b/>
        </w:rPr>
        <w:t>Оценка</w:t>
      </w:r>
      <w:r>
        <w:t xml:space="preserve"> </w:t>
      </w:r>
      <w:r w:rsidRPr="0072624C">
        <w:rPr>
          <w:b/>
        </w:rPr>
        <w:t>«3»</w:t>
      </w:r>
      <w:r>
        <w:t xml:space="preserve"> ставится, если ученик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 </w:t>
      </w:r>
    </w:p>
    <w:p w:rsidR="00063CD9" w:rsidRDefault="00063CD9" w:rsidP="00063CD9">
      <w:pPr>
        <w:pStyle w:val="Default"/>
        <w:widowControl w:val="0"/>
        <w:ind w:firstLine="567"/>
        <w:jc w:val="both"/>
      </w:pPr>
      <w:r>
        <w:rPr>
          <w:rFonts w:eastAsia="Times New Roman"/>
          <w:b/>
        </w:rPr>
        <w:t xml:space="preserve">Оценка </w:t>
      </w:r>
      <w:r w:rsidRPr="0072624C">
        <w:rPr>
          <w:b/>
        </w:rPr>
        <w:t>«2»</w:t>
      </w:r>
      <w:r>
        <w:t xml:space="preserve"> ставится, если ученик обнаруживает знание и понимание основных положений данной темы, но излагает материал неполно и допускает неточности в определении понятий или формулировке правил; не умеет достаточно глубоко и доказательно обосновать свои суждения и привести свои примеры; излагает материал непоследовательно и допускает ошибки в языковом оформлении излагаемого. </w:t>
      </w:r>
    </w:p>
    <w:p w:rsidR="00063CD9" w:rsidRDefault="00063CD9" w:rsidP="00063CD9">
      <w:pPr>
        <w:pStyle w:val="Default"/>
        <w:widowControl w:val="0"/>
        <w:ind w:firstLine="567"/>
        <w:jc w:val="both"/>
      </w:pPr>
      <w:proofErr w:type="gramStart"/>
      <w:r>
        <w:t xml:space="preserve">Отметка «5», «4», «3», «2» 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то есть за сумму ответов, данных учеником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 </w:t>
      </w:r>
      <w:proofErr w:type="gramEnd"/>
    </w:p>
    <w:p w:rsidR="00063CD9" w:rsidRDefault="00063CD9" w:rsidP="00063CD9">
      <w:pPr>
        <w:widowControl w:val="0"/>
        <w:tabs>
          <w:tab w:val="left" w:pos="710"/>
        </w:tabs>
        <w:autoSpaceDE w:val="0"/>
        <w:autoSpaceDN w:val="0"/>
        <w:ind w:right="-1"/>
        <w:jc w:val="center"/>
        <w:rPr>
          <w:rFonts w:ascii="Times New Roman" w:hAnsi="Times New Roman" w:cs="Times New Roman"/>
          <w:i/>
          <w:sz w:val="24"/>
          <w:szCs w:val="24"/>
          <w:u w:val="single"/>
        </w:rPr>
      </w:pPr>
      <w:r>
        <w:rPr>
          <w:rFonts w:ascii="Times New Roman" w:hAnsi="Times New Roman" w:cs="Times New Roman"/>
          <w:b/>
          <w:i/>
          <w:sz w:val="24"/>
          <w:szCs w:val="24"/>
          <w:u w:val="single"/>
        </w:rPr>
        <w:t>Тест</w:t>
      </w:r>
    </w:p>
    <w:p w:rsidR="00063CD9" w:rsidRDefault="00063CD9" w:rsidP="00063CD9">
      <w:pPr>
        <w:widowControl w:val="0"/>
        <w:tabs>
          <w:tab w:val="left" w:pos="710"/>
        </w:tabs>
        <w:autoSpaceDE w:val="0"/>
        <w:autoSpaceDN w:val="0"/>
        <w:ind w:right="-1" w:firstLine="567"/>
        <w:jc w:val="both"/>
        <w:rPr>
          <w:rFonts w:ascii="Times New Roman" w:hAnsi="Times New Roman" w:cs="Times New Roman"/>
          <w:sz w:val="24"/>
          <w:szCs w:val="24"/>
        </w:rPr>
      </w:pPr>
      <w:r>
        <w:rPr>
          <w:rFonts w:ascii="Times New Roman" w:hAnsi="Times New Roman" w:cs="Times New Roman"/>
          <w:sz w:val="24"/>
          <w:szCs w:val="24"/>
        </w:rPr>
        <w:t>Оценивание тестовых работ обучающихся осуществляется в зависимости от процентного соотношения выполненных заданий.</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hAnsi="Times New Roman" w:cs="Times New Roman"/>
          <w:sz w:val="24"/>
          <w:szCs w:val="24"/>
        </w:rPr>
        <w:t>Оценивается работа следующим образом:</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«5»</w:t>
      </w:r>
      <w:r>
        <w:rPr>
          <w:rFonts w:ascii="Times New Roman" w:hAnsi="Times New Roman" w:cs="Times New Roman"/>
          <w:sz w:val="24"/>
          <w:szCs w:val="24"/>
        </w:rPr>
        <w:t xml:space="preserve"> - 85 – 100 %; </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«4»</w:t>
      </w:r>
      <w:r>
        <w:rPr>
          <w:rFonts w:ascii="Times New Roman" w:hAnsi="Times New Roman" w:cs="Times New Roman"/>
          <w:sz w:val="24"/>
          <w:szCs w:val="24"/>
        </w:rPr>
        <w:t xml:space="preserve"> - 65 – 84 %; </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 xml:space="preserve">«3» </w:t>
      </w:r>
      <w:r>
        <w:rPr>
          <w:rFonts w:ascii="Times New Roman" w:hAnsi="Times New Roman" w:cs="Times New Roman"/>
          <w:sz w:val="24"/>
          <w:szCs w:val="24"/>
        </w:rPr>
        <w:t xml:space="preserve">- 45 – 64 %; </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«2»</w:t>
      </w:r>
      <w:r>
        <w:rPr>
          <w:rFonts w:ascii="Times New Roman" w:hAnsi="Times New Roman" w:cs="Times New Roman"/>
          <w:sz w:val="24"/>
          <w:szCs w:val="24"/>
        </w:rPr>
        <w:t xml:space="preserve"> - 0 – 44 %.</w:t>
      </w:r>
    </w:p>
    <w:p w:rsidR="00063CD9" w:rsidRPr="00645DBE" w:rsidRDefault="00063CD9" w:rsidP="00063CD9">
      <w:pPr>
        <w:pStyle w:val="Default"/>
        <w:widowControl w:val="0"/>
        <w:jc w:val="center"/>
        <w:rPr>
          <w:b/>
          <w:i/>
          <w:u w:val="single"/>
        </w:rPr>
      </w:pPr>
      <w:r w:rsidRPr="00645DBE">
        <w:rPr>
          <w:b/>
          <w:i/>
          <w:u w:val="single"/>
        </w:rPr>
        <w:t>Текущие и итоговые контрольные работы</w:t>
      </w:r>
    </w:p>
    <w:p w:rsidR="00063CD9" w:rsidRDefault="00063CD9" w:rsidP="00063CD9">
      <w:pPr>
        <w:pStyle w:val="Default"/>
        <w:widowControl w:val="0"/>
        <w:ind w:firstLine="567"/>
      </w:pPr>
      <w:r>
        <w:rPr>
          <w:rFonts w:eastAsia="Times New Roman"/>
          <w:b/>
        </w:rPr>
        <w:t xml:space="preserve">Оценка </w:t>
      </w:r>
      <w:r w:rsidRPr="00645DBE">
        <w:rPr>
          <w:b/>
        </w:rPr>
        <w:t>«5»</w:t>
      </w:r>
      <w:r>
        <w:t xml:space="preserve"> - если все задания </w:t>
      </w:r>
      <w:proofErr w:type="gramStart"/>
      <w:r>
        <w:t>выполнены</w:t>
      </w:r>
      <w:proofErr w:type="gramEnd"/>
      <w:r>
        <w:t xml:space="preserve"> верно; </w:t>
      </w:r>
    </w:p>
    <w:p w:rsidR="00063CD9" w:rsidRDefault="00063CD9" w:rsidP="00063CD9">
      <w:pPr>
        <w:pStyle w:val="Default"/>
        <w:widowControl w:val="0"/>
        <w:ind w:firstLine="567"/>
      </w:pPr>
      <w:r>
        <w:rPr>
          <w:rFonts w:eastAsia="Times New Roman"/>
          <w:b/>
        </w:rPr>
        <w:t xml:space="preserve">Оценка </w:t>
      </w:r>
      <w:r w:rsidRPr="00645DBE">
        <w:rPr>
          <w:b/>
        </w:rPr>
        <w:t>«4»</w:t>
      </w:r>
      <w:r>
        <w:t xml:space="preserve"> - если выполнено не менее 3/4 всех заданий; </w:t>
      </w:r>
    </w:p>
    <w:p w:rsidR="00063CD9" w:rsidRDefault="00063CD9" w:rsidP="00063CD9">
      <w:pPr>
        <w:pStyle w:val="Default"/>
        <w:widowControl w:val="0"/>
        <w:ind w:firstLine="567"/>
      </w:pPr>
      <w:r>
        <w:rPr>
          <w:rFonts w:eastAsia="Times New Roman"/>
          <w:b/>
        </w:rPr>
        <w:t xml:space="preserve">Оценка </w:t>
      </w:r>
      <w:r w:rsidRPr="00645DBE">
        <w:rPr>
          <w:b/>
        </w:rPr>
        <w:t>«3»</w:t>
      </w:r>
      <w:r>
        <w:t xml:space="preserve"> - если выполнено 1/2 всех заданий; </w:t>
      </w:r>
    </w:p>
    <w:p w:rsidR="00063CD9" w:rsidRDefault="00063CD9" w:rsidP="00063CD9">
      <w:pPr>
        <w:pStyle w:val="Default"/>
        <w:widowControl w:val="0"/>
        <w:ind w:firstLine="567"/>
      </w:pPr>
      <w:r>
        <w:rPr>
          <w:rFonts w:eastAsia="Times New Roman"/>
          <w:b/>
        </w:rPr>
        <w:lastRenderedPageBreak/>
        <w:t xml:space="preserve">Оценка </w:t>
      </w:r>
      <w:r w:rsidRPr="00645DBE">
        <w:rPr>
          <w:b/>
        </w:rPr>
        <w:t>«2»</w:t>
      </w:r>
      <w:r>
        <w:t xml:space="preserve"> - если выполнено менее 1/2 всех заданий. </w:t>
      </w:r>
    </w:p>
    <w:p w:rsidR="00063CD9" w:rsidRDefault="00063CD9" w:rsidP="00063CD9">
      <w:pPr>
        <w:widowControl w:val="0"/>
        <w:autoSpaceDE w:val="0"/>
        <w:autoSpaceDN w:val="0"/>
        <w:ind w:right="566"/>
        <w:jc w:val="center"/>
        <w:rPr>
          <w:rFonts w:ascii="Times New Roman" w:eastAsia="Times New Roman" w:hAnsi="Times New Roman" w:cs="Times New Roman"/>
          <w:b/>
          <w:i/>
          <w:color w:val="000000"/>
          <w:sz w:val="24"/>
          <w:szCs w:val="24"/>
          <w:u w:val="single"/>
        </w:rPr>
      </w:pPr>
      <w:r>
        <w:rPr>
          <w:rFonts w:ascii="Times New Roman" w:eastAsia="Times New Roman" w:hAnsi="Times New Roman" w:cs="Times New Roman"/>
          <w:b/>
          <w:i/>
          <w:color w:val="000000"/>
          <w:sz w:val="24"/>
          <w:szCs w:val="24"/>
          <w:u w:val="single"/>
        </w:rPr>
        <w:t>Р</w:t>
      </w:r>
      <w:r w:rsidRPr="00645DBE">
        <w:rPr>
          <w:rFonts w:ascii="Times New Roman" w:eastAsia="Times New Roman" w:hAnsi="Times New Roman" w:cs="Times New Roman"/>
          <w:b/>
          <w:i/>
          <w:color w:val="000000"/>
          <w:sz w:val="24"/>
          <w:szCs w:val="24"/>
          <w:u w:val="single"/>
        </w:rPr>
        <w:t>абота с книгой</w:t>
      </w:r>
    </w:p>
    <w:p w:rsidR="00063CD9" w:rsidRPr="0091600F" w:rsidRDefault="00063CD9" w:rsidP="00063CD9">
      <w:pPr>
        <w:widowControl w:val="0"/>
        <w:tabs>
          <w:tab w:val="left" w:pos="9356"/>
        </w:tabs>
        <w:autoSpaceDE w:val="0"/>
        <w:autoSpaceDN w:val="0"/>
        <w:ind w:right="-1" w:firstLine="567"/>
        <w:jc w:val="both"/>
        <w:rPr>
          <w:rFonts w:ascii="Times New Roman" w:hAnsi="Times New Roman" w:cs="Times New Roman"/>
          <w:sz w:val="24"/>
          <w:szCs w:val="24"/>
        </w:rPr>
      </w:pPr>
      <w:r w:rsidRPr="00645DBE">
        <w:rPr>
          <w:rFonts w:ascii="Times New Roman" w:eastAsia="Times New Roman" w:hAnsi="Times New Roman" w:cs="Times New Roman"/>
          <w:b/>
          <w:color w:val="000000"/>
          <w:sz w:val="24"/>
          <w:szCs w:val="24"/>
        </w:rPr>
        <w:t>Высокому уровню</w:t>
      </w:r>
      <w:r w:rsidRPr="0091600F">
        <w:rPr>
          <w:rFonts w:ascii="Times New Roman" w:eastAsia="Times New Roman" w:hAnsi="Times New Roman" w:cs="Times New Roman"/>
          <w:i/>
          <w:color w:val="000000"/>
          <w:sz w:val="24"/>
          <w:szCs w:val="24"/>
        </w:rPr>
        <w:t xml:space="preserve"> </w:t>
      </w:r>
      <w:r w:rsidRPr="0091600F">
        <w:rPr>
          <w:rFonts w:ascii="Times New Roman" w:eastAsia="Times New Roman" w:hAnsi="Times New Roman" w:cs="Times New Roman"/>
          <w:color w:val="000000"/>
          <w:sz w:val="24"/>
          <w:szCs w:val="24"/>
        </w:rPr>
        <w:t>развития умения соответствует способность ученика самостоятельно ориентироваться в детской книге, легко вычленять на о</w:t>
      </w:r>
      <w:r>
        <w:rPr>
          <w:rFonts w:ascii="Times New Roman" w:eastAsia="Times New Roman" w:hAnsi="Times New Roman" w:cs="Times New Roman"/>
          <w:color w:val="000000"/>
          <w:sz w:val="24"/>
          <w:szCs w:val="24"/>
        </w:rPr>
        <w:t xml:space="preserve">бложке и прочитывать название, определять тему, сопоставлять три внешних показателя её содержания </w:t>
      </w:r>
      <w:r w:rsidRPr="0091600F">
        <w:rPr>
          <w:rFonts w:ascii="Times New Roman" w:eastAsia="Times New Roman" w:hAnsi="Times New Roman" w:cs="Times New Roman"/>
          <w:color w:val="000000"/>
          <w:sz w:val="24"/>
          <w:szCs w:val="24"/>
        </w:rPr>
        <w:t>(фамилию автора, заглавие, иллюстрации).</w:t>
      </w:r>
    </w:p>
    <w:p w:rsidR="00063CD9" w:rsidRPr="0091600F" w:rsidRDefault="00063CD9" w:rsidP="00063CD9">
      <w:pPr>
        <w:widowControl w:val="0"/>
        <w:tabs>
          <w:tab w:val="left" w:pos="9356"/>
        </w:tabs>
        <w:autoSpaceDE w:val="0"/>
        <w:autoSpaceDN w:val="0"/>
        <w:ind w:right="-1" w:firstLine="567"/>
        <w:jc w:val="both"/>
        <w:rPr>
          <w:rFonts w:ascii="Times New Roman" w:hAnsi="Times New Roman" w:cs="Times New Roman"/>
          <w:sz w:val="24"/>
          <w:szCs w:val="24"/>
        </w:rPr>
      </w:pPr>
      <w:r w:rsidRPr="00645DBE">
        <w:rPr>
          <w:rFonts w:ascii="Times New Roman" w:eastAsia="Times New Roman" w:hAnsi="Times New Roman" w:cs="Times New Roman"/>
          <w:b/>
          <w:color w:val="000000"/>
          <w:sz w:val="24"/>
          <w:szCs w:val="24"/>
        </w:rPr>
        <w:t>Повышенному уровню</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развития </w:t>
      </w:r>
      <w:r w:rsidRPr="0091600F">
        <w:rPr>
          <w:rFonts w:ascii="Times New Roman" w:eastAsia="Times New Roman" w:hAnsi="Times New Roman" w:cs="Times New Roman"/>
          <w:color w:val="000000"/>
          <w:sz w:val="24"/>
          <w:szCs w:val="24"/>
        </w:rPr>
        <w:t>умения соответствует умение самостоятельн</w:t>
      </w:r>
      <w:r>
        <w:rPr>
          <w:rFonts w:ascii="Times New Roman" w:eastAsia="Times New Roman" w:hAnsi="Times New Roman" w:cs="Times New Roman"/>
          <w:color w:val="000000"/>
          <w:sz w:val="24"/>
          <w:szCs w:val="24"/>
        </w:rPr>
        <w:t xml:space="preserve">о </w:t>
      </w:r>
      <w:r w:rsidRPr="0091600F">
        <w:rPr>
          <w:rFonts w:ascii="Times New Roman" w:eastAsia="Times New Roman" w:hAnsi="Times New Roman" w:cs="Times New Roman"/>
          <w:color w:val="000000"/>
          <w:sz w:val="24"/>
          <w:szCs w:val="24"/>
        </w:rPr>
        <w:t>ориентироваться в детской книге, вычленять на обложке и прочитывать название книг</w:t>
      </w:r>
      <w:r>
        <w:rPr>
          <w:rFonts w:ascii="Times New Roman" w:eastAsia="Times New Roman" w:hAnsi="Times New Roman" w:cs="Times New Roman"/>
          <w:color w:val="000000"/>
          <w:sz w:val="24"/>
          <w:szCs w:val="24"/>
        </w:rPr>
        <w:t xml:space="preserve">и (фамилию автора и заглавие), определять тему, сопоставляя не менее </w:t>
      </w:r>
      <w:r w:rsidRPr="0091600F">
        <w:rPr>
          <w:rFonts w:ascii="Times New Roman" w:eastAsia="Times New Roman" w:hAnsi="Times New Roman" w:cs="Times New Roman"/>
          <w:color w:val="000000"/>
          <w:sz w:val="24"/>
          <w:szCs w:val="24"/>
        </w:rPr>
        <w:t>двух основных внешних показателей её содержания.</w:t>
      </w:r>
    </w:p>
    <w:p w:rsidR="00063CD9" w:rsidRPr="0091600F" w:rsidRDefault="00063CD9" w:rsidP="00063CD9">
      <w:pPr>
        <w:widowControl w:val="0"/>
        <w:tabs>
          <w:tab w:val="left" w:pos="9356"/>
        </w:tabs>
        <w:autoSpaceDE w:val="0"/>
        <w:autoSpaceDN w:val="0"/>
        <w:ind w:right="-1" w:firstLine="567"/>
        <w:jc w:val="both"/>
        <w:rPr>
          <w:rFonts w:ascii="Times New Roman" w:hAnsi="Times New Roman" w:cs="Times New Roman"/>
          <w:sz w:val="24"/>
          <w:szCs w:val="24"/>
        </w:rPr>
      </w:pPr>
      <w:r w:rsidRPr="00645DBE">
        <w:rPr>
          <w:rFonts w:ascii="Times New Roman" w:eastAsia="Times New Roman" w:hAnsi="Times New Roman" w:cs="Times New Roman"/>
          <w:b/>
          <w:color w:val="000000"/>
          <w:sz w:val="24"/>
          <w:szCs w:val="24"/>
        </w:rPr>
        <w:t>Базовому уровню</w:t>
      </w:r>
      <w:r>
        <w:rPr>
          <w:rFonts w:ascii="Times New Roman" w:eastAsia="Times New Roman" w:hAnsi="Times New Roman" w:cs="Times New Roman"/>
          <w:i/>
          <w:color w:val="000000"/>
          <w:sz w:val="24"/>
          <w:szCs w:val="24"/>
        </w:rPr>
        <w:t xml:space="preserve"> </w:t>
      </w:r>
      <w:r w:rsidRPr="0091600F">
        <w:rPr>
          <w:rFonts w:ascii="Times New Roman" w:eastAsia="Times New Roman" w:hAnsi="Times New Roman" w:cs="Times New Roman"/>
          <w:color w:val="000000"/>
          <w:sz w:val="24"/>
          <w:szCs w:val="24"/>
        </w:rPr>
        <w:t>развития умения соответствует такая деятельность ученика, при которой он обращается к книге только после напоминания учителя, самостоятельно ориентируется только в книге с типовым оформлением, вычленяет и прочитывает название с помощью учителя, определяет тему, принимая во внимание главным образом иллюстрации на обложке и в тексте.</w:t>
      </w:r>
    </w:p>
    <w:p w:rsidR="00063CD9" w:rsidRDefault="00063CD9" w:rsidP="00063CD9">
      <w:pPr>
        <w:widowControl w:val="0"/>
        <w:tabs>
          <w:tab w:val="left" w:pos="9356"/>
        </w:tabs>
        <w:autoSpaceDE w:val="0"/>
        <w:autoSpaceDN w:val="0"/>
        <w:ind w:right="-1" w:firstLine="567"/>
        <w:jc w:val="both"/>
        <w:rPr>
          <w:rFonts w:ascii="Times New Roman" w:eastAsia="Times New Roman" w:hAnsi="Times New Roman" w:cs="Times New Roman"/>
          <w:color w:val="000000"/>
          <w:sz w:val="24"/>
          <w:szCs w:val="24"/>
        </w:rPr>
      </w:pPr>
      <w:r w:rsidRPr="00645DBE">
        <w:rPr>
          <w:rFonts w:ascii="Times New Roman" w:eastAsia="Times New Roman" w:hAnsi="Times New Roman" w:cs="Times New Roman"/>
          <w:b/>
          <w:color w:val="000000"/>
          <w:sz w:val="24"/>
          <w:szCs w:val="24"/>
        </w:rPr>
        <w:t xml:space="preserve">Ниже базового уровня </w:t>
      </w:r>
      <w:r w:rsidRPr="0091600F">
        <w:rPr>
          <w:rFonts w:ascii="Times New Roman" w:eastAsia="Times New Roman" w:hAnsi="Times New Roman" w:cs="Times New Roman"/>
          <w:color w:val="000000"/>
          <w:sz w:val="24"/>
          <w:szCs w:val="24"/>
        </w:rPr>
        <w:t>развития умения соответствует такая деятельность ученика, при которой ученик не может самостоятельно ориентироваться в книге, не вычленяет, не прочитывает название, не может определить тему.</w:t>
      </w:r>
    </w:p>
    <w:p w:rsidR="00063CD9" w:rsidRDefault="00063CD9" w:rsidP="00063CD9">
      <w:pPr>
        <w:widowControl w:val="0"/>
        <w:tabs>
          <w:tab w:val="left" w:pos="9356"/>
        </w:tabs>
        <w:autoSpaceDE w:val="0"/>
        <w:autoSpaceDN w:val="0"/>
        <w:ind w:right="-1" w:firstLine="567"/>
        <w:jc w:val="both"/>
        <w:rPr>
          <w:rFonts w:ascii="Times New Roman" w:eastAsia="Times New Roman" w:hAnsi="Times New Roman" w:cs="Times New Roman"/>
          <w:color w:val="000000"/>
          <w:sz w:val="24"/>
          <w:szCs w:val="24"/>
        </w:rPr>
      </w:pPr>
    </w:p>
    <w:p w:rsidR="00063CD9" w:rsidRPr="00D90B8A" w:rsidRDefault="00063CD9" w:rsidP="00063CD9">
      <w:pPr>
        <w:widowControl w:val="0"/>
        <w:tabs>
          <w:tab w:val="left" w:pos="0"/>
          <w:tab w:val="left" w:pos="9356"/>
        </w:tabs>
        <w:autoSpaceDE w:val="0"/>
        <w:autoSpaceDN w:val="0"/>
        <w:ind w:right="-1" w:firstLine="567"/>
        <w:jc w:val="center"/>
        <w:rPr>
          <w:rFonts w:ascii="Times New Roman" w:eastAsia="PT Astra Serif" w:hAnsi="Times New Roman" w:cs="Times New Roman"/>
          <w:b/>
          <w:kern w:val="1"/>
          <w:sz w:val="24"/>
          <w:szCs w:val="24"/>
          <w:lang w:eastAsia="ru-RU"/>
        </w:rPr>
      </w:pPr>
      <w:r w:rsidRPr="00D90B8A">
        <w:rPr>
          <w:rFonts w:ascii="Times New Roman" w:eastAsia="PT Astra Serif" w:hAnsi="Times New Roman" w:cs="Times New Roman"/>
          <w:b/>
          <w:bCs/>
          <w:kern w:val="1"/>
          <w:sz w:val="24"/>
          <w:szCs w:val="24"/>
          <w:lang w:eastAsia="ru-RU"/>
        </w:rPr>
        <w:t>ИНОСТРАННЫЙ ЯЗЫК</w:t>
      </w:r>
    </w:p>
    <w:p w:rsidR="00063CD9" w:rsidRPr="002930C9" w:rsidRDefault="00063CD9" w:rsidP="00063CD9">
      <w:pPr>
        <w:widowControl w:val="0"/>
        <w:numPr>
          <w:ilvl w:val="0"/>
          <w:numId w:val="25"/>
        </w:numPr>
        <w:pBdr>
          <w:top w:val="none" w:sz="0" w:space="0" w:color="000000"/>
          <w:left w:val="none" w:sz="0" w:space="0" w:color="000000"/>
          <w:bottom w:val="none" w:sz="0" w:space="0" w:color="000000"/>
          <w:right w:val="none" w:sz="0" w:space="0" w:color="000000"/>
        </w:pBdr>
        <w:tabs>
          <w:tab w:val="left" w:pos="0"/>
        </w:tabs>
        <w:jc w:val="center"/>
        <w:textAlignment w:val="baseline"/>
        <w:outlineLvl w:val="0"/>
        <w:rPr>
          <w:rFonts w:ascii="Times New Roman" w:eastAsia="PT Astra Serif" w:hAnsi="Times New Roman" w:cs="Times New Roman"/>
          <w:b/>
          <w:i/>
          <w:kern w:val="1"/>
          <w:sz w:val="24"/>
          <w:szCs w:val="24"/>
          <w:u w:val="single"/>
          <w:lang w:eastAsia="ru-RU"/>
        </w:rPr>
      </w:pPr>
      <w:r w:rsidRPr="002930C9">
        <w:rPr>
          <w:rFonts w:ascii="Times New Roman" w:eastAsia="PT Astra Serif" w:hAnsi="Times New Roman" w:cs="Times New Roman"/>
          <w:b/>
          <w:i/>
          <w:kern w:val="1"/>
          <w:sz w:val="24"/>
          <w:szCs w:val="24"/>
          <w:u w:val="single"/>
          <w:lang w:eastAsia="ru-RU"/>
        </w:rPr>
        <w:t xml:space="preserve">Чтение с пониманием основного содержания прочитанного </w:t>
      </w:r>
      <w:r w:rsidRPr="002930C9">
        <w:rPr>
          <w:rFonts w:ascii="Times New Roman" w:eastAsia="PT Astra Serif" w:hAnsi="Times New Roman" w:cs="Times New Roman"/>
          <w:b/>
          <w:i/>
          <w:spacing w:val="-2"/>
          <w:kern w:val="1"/>
          <w:sz w:val="24"/>
          <w:szCs w:val="24"/>
          <w:u w:val="single"/>
          <w:lang w:eastAsia="ru-RU"/>
        </w:rPr>
        <w:t>(ознакомительное)</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34"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«5»</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ставится ученику, если он понял основное содержание оригинального текста, может выделить основную мысль, определить основные факты, умеет догадываться о значении незнакомых слов из контекста, либо по словообразовательным элементам, либо по сходству с родным языком. Скорость чтения иноязычного текста может быть несколько замедленной по сравнению с той, с которой ученик читает на родном языке. Заметим, что скорость чтения на родном языке у учащихся разная.</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25"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«4»</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 xml:space="preserve">ставится ученику, если он понял основное содержание оригинального текста, может выделить основную мысль, определить отдельные факты. Однако у него недостаточно развита языковая догадка, и он затрудняется в понимании некоторых незнакомых слов, он вынужден чаще обращаться к словарю, а темп чтения более </w:t>
      </w:r>
      <w:r w:rsidRPr="00D90B8A">
        <w:rPr>
          <w:rFonts w:ascii="Times New Roman" w:eastAsia="PT Astra Serif" w:hAnsi="Times New Roman" w:cs="Times New Roman"/>
          <w:spacing w:val="-2"/>
          <w:kern w:val="1"/>
          <w:sz w:val="24"/>
          <w:szCs w:val="24"/>
          <w:lang w:eastAsia="ru-RU"/>
        </w:rPr>
        <w:t>медленен.</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36"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«3»</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ставится ученику, который не совсем точно понял основное содержание прочитанного, умеет выделить в тексте только небольшое количество фактов, совсем не развита языковая догадка.</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29" w:firstLine="567"/>
        <w:jc w:val="both"/>
        <w:textAlignment w:val="baseline"/>
        <w:rPr>
          <w:rFonts w:ascii="Times New Roman" w:eastAsia="PT Astra Serif" w:hAnsi="Times New Roman" w:cs="Times New Roman"/>
          <w:kern w:val="1"/>
          <w:sz w:val="24"/>
          <w:szCs w:val="24"/>
          <w:lang w:eastAsia="ru-RU"/>
        </w:rPr>
      </w:pPr>
      <w:r w:rsidRPr="002930C9">
        <w:rPr>
          <w:rFonts w:ascii="Times New Roman" w:eastAsia="PT Astra Serif" w:hAnsi="Times New Roman" w:cs="Times New Roman"/>
          <w:b/>
          <w:kern w:val="1"/>
          <w:sz w:val="24"/>
          <w:szCs w:val="24"/>
          <w:lang w:eastAsia="ru-RU"/>
        </w:rPr>
        <w:t>Оценка «2»</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 xml:space="preserve">выставляется ученику в том случае, если он не понял текст или понял содержание текста неправильно, не ориентируется в тексте при поиске определенных фактов, не умеет </w:t>
      </w:r>
      <w:proofErr w:type="spellStart"/>
      <w:r w:rsidRPr="00D90B8A">
        <w:rPr>
          <w:rFonts w:ascii="Times New Roman" w:eastAsia="PT Astra Serif" w:hAnsi="Times New Roman" w:cs="Times New Roman"/>
          <w:kern w:val="1"/>
          <w:sz w:val="24"/>
          <w:szCs w:val="24"/>
          <w:lang w:eastAsia="ru-RU"/>
        </w:rPr>
        <w:t>семантизировать</w:t>
      </w:r>
      <w:proofErr w:type="spellEnd"/>
      <w:r w:rsidRPr="00D90B8A">
        <w:rPr>
          <w:rFonts w:ascii="Times New Roman" w:eastAsia="PT Astra Serif" w:hAnsi="Times New Roman" w:cs="Times New Roman"/>
          <w:kern w:val="1"/>
          <w:sz w:val="24"/>
          <w:szCs w:val="24"/>
          <w:lang w:eastAsia="ru-RU"/>
        </w:rPr>
        <w:t xml:space="preserve"> (понимать значение) незнакомую лексику.</w:t>
      </w:r>
    </w:p>
    <w:p w:rsidR="00063CD9" w:rsidRPr="002930C9" w:rsidRDefault="00063CD9" w:rsidP="00063CD9">
      <w:pPr>
        <w:widowControl w:val="0"/>
        <w:numPr>
          <w:ilvl w:val="0"/>
          <w:numId w:val="25"/>
        </w:numPr>
        <w:pBdr>
          <w:top w:val="none" w:sz="0" w:space="0" w:color="000000"/>
          <w:left w:val="none" w:sz="0" w:space="0" w:color="000000"/>
          <w:bottom w:val="none" w:sz="0" w:space="0" w:color="000000"/>
          <w:right w:val="none" w:sz="0" w:space="0" w:color="000000"/>
        </w:pBdr>
        <w:tabs>
          <w:tab w:val="left" w:pos="0"/>
        </w:tabs>
        <w:jc w:val="center"/>
        <w:textAlignment w:val="baseline"/>
        <w:outlineLvl w:val="0"/>
        <w:rPr>
          <w:rFonts w:ascii="Times New Roman" w:eastAsia="PT Astra Serif" w:hAnsi="Times New Roman" w:cs="Times New Roman"/>
          <w:b/>
          <w:i/>
          <w:kern w:val="1"/>
          <w:sz w:val="24"/>
          <w:szCs w:val="24"/>
          <w:u w:val="single"/>
          <w:lang w:eastAsia="ru-RU"/>
        </w:rPr>
      </w:pPr>
      <w:r w:rsidRPr="002930C9">
        <w:rPr>
          <w:rFonts w:ascii="Times New Roman" w:eastAsia="PT Astra Serif" w:hAnsi="Times New Roman" w:cs="Times New Roman"/>
          <w:b/>
          <w:i/>
          <w:kern w:val="1"/>
          <w:sz w:val="24"/>
          <w:szCs w:val="24"/>
          <w:u w:val="single"/>
          <w:lang w:eastAsia="ru-RU"/>
        </w:rPr>
        <w:t xml:space="preserve">Чтение с полным пониманием содержания </w:t>
      </w:r>
      <w:r w:rsidRPr="002930C9">
        <w:rPr>
          <w:rFonts w:ascii="Times New Roman" w:eastAsia="PT Astra Serif" w:hAnsi="Times New Roman" w:cs="Times New Roman"/>
          <w:b/>
          <w:i/>
          <w:spacing w:val="-2"/>
          <w:kern w:val="1"/>
          <w:sz w:val="24"/>
          <w:szCs w:val="24"/>
          <w:u w:val="single"/>
          <w:lang w:eastAsia="ru-RU"/>
        </w:rPr>
        <w:t>(изучающее)</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32"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«5»</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 xml:space="preserve">ставится ученику, когда он полностью понял несложный оригинальный текст (публицистический, научно-популярный; инструкцию или отрывок из туристического проспекта). Он использовал при этом все известные приемы, направленные на понимание </w:t>
      </w:r>
      <w:proofErr w:type="gramStart"/>
      <w:r w:rsidRPr="00D90B8A">
        <w:rPr>
          <w:rFonts w:ascii="Times New Roman" w:eastAsia="PT Astra Serif" w:hAnsi="Times New Roman" w:cs="Times New Roman"/>
          <w:kern w:val="1"/>
          <w:sz w:val="24"/>
          <w:szCs w:val="24"/>
          <w:lang w:eastAsia="ru-RU"/>
        </w:rPr>
        <w:t>прочитанного</w:t>
      </w:r>
      <w:proofErr w:type="gramEnd"/>
      <w:r w:rsidRPr="00D90B8A">
        <w:rPr>
          <w:rFonts w:ascii="Times New Roman" w:eastAsia="PT Astra Serif" w:hAnsi="Times New Roman" w:cs="Times New Roman"/>
          <w:kern w:val="1"/>
          <w:sz w:val="24"/>
          <w:szCs w:val="24"/>
          <w:lang w:eastAsia="ru-RU"/>
        </w:rPr>
        <w:t xml:space="preserve"> (смысловую догадку, анализ).</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34"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«4»</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ставится ученику, если он полностью понял текст, но многократно обращался к словарю.</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37"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«3»</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ставится, если ученик понял текст не полностью, не владеет приемами его смысловой переработки.</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35" w:firstLine="567"/>
        <w:jc w:val="both"/>
        <w:textAlignment w:val="baseline"/>
        <w:rPr>
          <w:rFonts w:ascii="Times New Roman" w:eastAsia="PT Astra Serif" w:hAnsi="Times New Roman" w:cs="Times New Roman"/>
          <w:kern w:val="1"/>
          <w:sz w:val="24"/>
          <w:szCs w:val="24"/>
          <w:lang w:eastAsia="ru-RU"/>
        </w:rPr>
      </w:pPr>
      <w:r w:rsidRPr="002930C9">
        <w:rPr>
          <w:rFonts w:ascii="Times New Roman" w:eastAsia="PT Astra Serif" w:hAnsi="Times New Roman" w:cs="Times New Roman"/>
          <w:b/>
          <w:kern w:val="1"/>
          <w:sz w:val="24"/>
          <w:szCs w:val="24"/>
          <w:lang w:eastAsia="ru-RU"/>
        </w:rPr>
        <w:t>Оценка «2»</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ставится в том случае, когда текст учеником не понят. Он с трудом может найти незнакомые слова в словаре.</w:t>
      </w:r>
    </w:p>
    <w:p w:rsidR="00063CD9" w:rsidRPr="002930C9" w:rsidRDefault="00063CD9" w:rsidP="00063CD9">
      <w:pPr>
        <w:widowControl w:val="0"/>
        <w:numPr>
          <w:ilvl w:val="0"/>
          <w:numId w:val="25"/>
        </w:numPr>
        <w:pBdr>
          <w:top w:val="none" w:sz="0" w:space="0" w:color="000000"/>
          <w:left w:val="none" w:sz="0" w:space="0" w:color="000000"/>
          <w:bottom w:val="none" w:sz="0" w:space="0" w:color="000000"/>
          <w:right w:val="none" w:sz="0" w:space="0" w:color="000000"/>
        </w:pBdr>
        <w:tabs>
          <w:tab w:val="left" w:pos="0"/>
        </w:tabs>
        <w:jc w:val="center"/>
        <w:textAlignment w:val="baseline"/>
        <w:outlineLvl w:val="0"/>
        <w:rPr>
          <w:rFonts w:ascii="Times New Roman" w:eastAsia="PT Astra Serif" w:hAnsi="Times New Roman" w:cs="Times New Roman"/>
          <w:b/>
          <w:i/>
          <w:kern w:val="1"/>
          <w:sz w:val="24"/>
          <w:szCs w:val="24"/>
          <w:u w:val="single"/>
          <w:lang w:eastAsia="ru-RU"/>
        </w:rPr>
      </w:pPr>
      <w:r w:rsidRPr="002930C9">
        <w:rPr>
          <w:rFonts w:ascii="Times New Roman" w:eastAsia="PT Astra Serif" w:hAnsi="Times New Roman" w:cs="Times New Roman"/>
          <w:b/>
          <w:i/>
          <w:kern w:val="1"/>
          <w:sz w:val="24"/>
          <w:szCs w:val="24"/>
          <w:u w:val="single"/>
          <w:lang w:eastAsia="ru-RU"/>
        </w:rPr>
        <w:t>Чтение с нахождением интересующей или нужной информаци</w:t>
      </w:r>
      <w:proofErr w:type="gramStart"/>
      <w:r w:rsidRPr="002930C9">
        <w:rPr>
          <w:rFonts w:ascii="Times New Roman" w:eastAsia="PT Astra Serif" w:hAnsi="Times New Roman" w:cs="Times New Roman"/>
          <w:b/>
          <w:i/>
          <w:kern w:val="1"/>
          <w:sz w:val="24"/>
          <w:szCs w:val="24"/>
          <w:u w:val="single"/>
          <w:lang w:eastAsia="ru-RU"/>
        </w:rPr>
        <w:t>и</w:t>
      </w:r>
      <w:r w:rsidRPr="002930C9">
        <w:rPr>
          <w:rFonts w:ascii="Times New Roman" w:eastAsia="PT Astra Serif" w:hAnsi="Times New Roman" w:cs="Times New Roman"/>
          <w:b/>
          <w:i/>
          <w:spacing w:val="-2"/>
          <w:kern w:val="1"/>
          <w:sz w:val="24"/>
          <w:szCs w:val="24"/>
          <w:u w:val="single"/>
          <w:lang w:eastAsia="ru-RU"/>
        </w:rPr>
        <w:t>(</w:t>
      </w:r>
      <w:proofErr w:type="gramEnd"/>
      <w:r w:rsidRPr="002930C9">
        <w:rPr>
          <w:rFonts w:ascii="Times New Roman" w:eastAsia="PT Astra Serif" w:hAnsi="Times New Roman" w:cs="Times New Roman"/>
          <w:b/>
          <w:i/>
          <w:spacing w:val="-2"/>
          <w:kern w:val="1"/>
          <w:sz w:val="24"/>
          <w:szCs w:val="24"/>
          <w:u w:val="single"/>
          <w:lang w:eastAsia="ru-RU"/>
        </w:rPr>
        <w:t>просмотровое)</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31"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«5»</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ставится ученику, если он может достаточно быстро просмотреть несложный оригинальный текст (типа расписания поездов, меню, программы телепередач) или несколько небольших текстов и выбрать правильно запрашиваемую информацию.</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32"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lastRenderedPageBreak/>
        <w:t>Оценка «4»</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ставится ученику при достаточно быстром просмотре текста, но при этом он находит только примерно 2/3 заданной информации.</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31"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«3»</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ставится, если ученик находит в данном тексте (или данных текстах) примерно 2/3 заданной информации.</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firstLine="567"/>
        <w:jc w:val="both"/>
        <w:textAlignment w:val="baseline"/>
        <w:rPr>
          <w:rFonts w:ascii="Times New Roman" w:eastAsia="PT Astra Serif" w:hAnsi="Times New Roman" w:cs="Times New Roman"/>
          <w:spacing w:val="-2"/>
          <w:kern w:val="1"/>
          <w:sz w:val="24"/>
          <w:szCs w:val="24"/>
          <w:lang w:eastAsia="ru-RU"/>
        </w:rPr>
      </w:pPr>
      <w:r w:rsidRPr="002930C9">
        <w:rPr>
          <w:rFonts w:ascii="Times New Roman" w:eastAsia="PT Astra Serif" w:hAnsi="Times New Roman" w:cs="Times New Roman"/>
          <w:b/>
          <w:kern w:val="1"/>
          <w:sz w:val="24"/>
          <w:szCs w:val="24"/>
          <w:lang w:eastAsia="ru-RU"/>
        </w:rPr>
        <w:t>Оценка «2»</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 xml:space="preserve">ставится в том случае, если ученик практически не ориентируется в </w:t>
      </w:r>
      <w:r w:rsidRPr="00D90B8A">
        <w:rPr>
          <w:rFonts w:ascii="Times New Roman" w:eastAsia="PT Astra Serif" w:hAnsi="Times New Roman" w:cs="Times New Roman"/>
          <w:spacing w:val="-2"/>
          <w:kern w:val="1"/>
          <w:sz w:val="24"/>
          <w:szCs w:val="24"/>
          <w:lang w:eastAsia="ru-RU"/>
        </w:rPr>
        <w:t>тексте.</w:t>
      </w:r>
    </w:p>
    <w:p w:rsidR="00063CD9" w:rsidRPr="002930C9" w:rsidRDefault="00063CD9" w:rsidP="00063CD9">
      <w:pPr>
        <w:widowControl w:val="0"/>
        <w:numPr>
          <w:ilvl w:val="0"/>
          <w:numId w:val="25"/>
        </w:numPr>
        <w:pBdr>
          <w:top w:val="none" w:sz="0" w:space="0" w:color="000000"/>
          <w:left w:val="none" w:sz="0" w:space="0" w:color="000000"/>
          <w:bottom w:val="none" w:sz="0" w:space="0" w:color="000000"/>
          <w:right w:val="none" w:sz="0" w:space="0" w:color="000000"/>
        </w:pBdr>
        <w:tabs>
          <w:tab w:val="left" w:pos="0"/>
        </w:tabs>
        <w:jc w:val="center"/>
        <w:textAlignment w:val="baseline"/>
        <w:outlineLvl w:val="0"/>
        <w:rPr>
          <w:rFonts w:ascii="Times New Roman" w:eastAsia="PT Astra Serif" w:hAnsi="Times New Roman" w:cs="Times New Roman"/>
          <w:b/>
          <w:i/>
          <w:kern w:val="1"/>
          <w:sz w:val="24"/>
          <w:szCs w:val="24"/>
          <w:u w:val="single"/>
          <w:lang w:eastAsia="ru-RU"/>
        </w:rPr>
      </w:pPr>
      <w:proofErr w:type="spellStart"/>
      <w:r w:rsidRPr="002930C9">
        <w:rPr>
          <w:rFonts w:ascii="Times New Roman" w:eastAsia="PT Astra Serif" w:hAnsi="Times New Roman" w:cs="Times New Roman"/>
          <w:b/>
          <w:i/>
          <w:spacing w:val="-2"/>
          <w:kern w:val="1"/>
          <w:sz w:val="24"/>
          <w:szCs w:val="24"/>
          <w:u w:val="single"/>
          <w:lang w:eastAsia="ru-RU"/>
        </w:rPr>
        <w:t>Аудирование</w:t>
      </w:r>
      <w:proofErr w:type="spellEnd"/>
    </w:p>
    <w:p w:rsidR="00063CD9" w:rsidRPr="002930C9" w:rsidRDefault="00063CD9" w:rsidP="00063CD9">
      <w:pPr>
        <w:widowControl w:val="0"/>
        <w:numPr>
          <w:ilvl w:val="0"/>
          <w:numId w:val="25"/>
        </w:numPr>
        <w:pBdr>
          <w:top w:val="none" w:sz="0" w:space="0" w:color="000000"/>
          <w:left w:val="none" w:sz="0" w:space="0" w:color="000000"/>
          <w:bottom w:val="none" w:sz="0" w:space="0" w:color="000000"/>
          <w:right w:val="none" w:sz="0" w:space="0" w:color="000000"/>
        </w:pBdr>
        <w:tabs>
          <w:tab w:val="left" w:pos="0"/>
        </w:tabs>
        <w:ind w:firstLine="567"/>
        <w:jc w:val="both"/>
        <w:textAlignment w:val="baseline"/>
        <w:outlineLvl w:val="0"/>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kern w:val="1"/>
          <w:sz w:val="24"/>
          <w:szCs w:val="24"/>
          <w:lang w:eastAsia="ru-RU"/>
        </w:rPr>
        <w:t>Основной речевой задачей при понимании звучащих текстов на слух является извлечение основной или заданной ученику информации.</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31"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«5»</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ставится ученику, который понял основные факты, сумел выделить отдельную, значимую для себя информацию (например, из прогноза погоды, объявления, программы радио и телепередач), догадался о значении части незнакомых слов по контексту, сумел использовать информацию для решения поставленной задачи</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35"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«4»</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ставится ученику, который понял не все основные факты. При решении коммуникативной задачи он использовал только 2/3 информации.</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24"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«3»</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 xml:space="preserve">ставится ученику, если он понял только 50 % текста. Отдельные факты понял неправильно. Не сумел полностью решить поставленную перед ним коммуникативную </w:t>
      </w:r>
      <w:r w:rsidRPr="00D90B8A">
        <w:rPr>
          <w:rFonts w:ascii="Times New Roman" w:eastAsia="PT Astra Serif" w:hAnsi="Times New Roman" w:cs="Times New Roman"/>
          <w:spacing w:val="-2"/>
          <w:kern w:val="1"/>
          <w:sz w:val="24"/>
          <w:szCs w:val="24"/>
          <w:lang w:eastAsia="ru-RU"/>
        </w:rPr>
        <w:t>задачу.</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firstLine="567"/>
        <w:jc w:val="both"/>
        <w:textAlignment w:val="baseline"/>
        <w:rPr>
          <w:rFonts w:ascii="Times New Roman" w:eastAsia="PT Astra Serif" w:hAnsi="Times New Roman" w:cs="Times New Roman"/>
          <w:b/>
          <w:spacing w:val="-2"/>
          <w:kern w:val="1"/>
          <w:sz w:val="24"/>
          <w:szCs w:val="24"/>
          <w:lang w:eastAsia="ru-RU"/>
        </w:rPr>
      </w:pPr>
      <w:r w:rsidRPr="002930C9">
        <w:rPr>
          <w:rFonts w:ascii="Times New Roman" w:eastAsia="PT Astra Serif" w:hAnsi="Times New Roman" w:cs="Times New Roman"/>
          <w:b/>
          <w:kern w:val="1"/>
          <w:sz w:val="24"/>
          <w:szCs w:val="24"/>
          <w:lang w:eastAsia="ru-RU"/>
        </w:rPr>
        <w:t>Оценка «2»</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ставится,</w:t>
      </w:r>
      <w:r>
        <w:rPr>
          <w:rFonts w:ascii="Times New Roman" w:eastAsia="PT Astra Serif" w:hAnsi="Times New Roman" w:cs="Times New Roman"/>
          <w:kern w:val="1"/>
          <w:sz w:val="24"/>
          <w:szCs w:val="24"/>
          <w:lang w:eastAsia="ru-RU"/>
        </w:rPr>
        <w:t xml:space="preserve"> </w:t>
      </w:r>
      <w:r w:rsidRPr="00D90B8A">
        <w:rPr>
          <w:rFonts w:ascii="Times New Roman" w:eastAsia="PT Astra Serif" w:hAnsi="Times New Roman" w:cs="Times New Roman"/>
          <w:kern w:val="1"/>
          <w:sz w:val="24"/>
          <w:szCs w:val="24"/>
          <w:lang w:eastAsia="ru-RU"/>
        </w:rPr>
        <w:t>если</w:t>
      </w:r>
      <w:r>
        <w:rPr>
          <w:rFonts w:ascii="Times New Roman" w:eastAsia="PT Astra Serif" w:hAnsi="Times New Roman" w:cs="Times New Roman"/>
          <w:kern w:val="1"/>
          <w:sz w:val="24"/>
          <w:szCs w:val="24"/>
          <w:lang w:eastAsia="ru-RU"/>
        </w:rPr>
        <w:t xml:space="preserve"> </w:t>
      </w:r>
      <w:r w:rsidRPr="00D90B8A">
        <w:rPr>
          <w:rFonts w:ascii="Times New Roman" w:eastAsia="PT Astra Serif" w:hAnsi="Times New Roman" w:cs="Times New Roman"/>
          <w:kern w:val="1"/>
          <w:sz w:val="24"/>
          <w:szCs w:val="24"/>
          <w:lang w:eastAsia="ru-RU"/>
        </w:rPr>
        <w:t>ученик</w:t>
      </w:r>
      <w:r>
        <w:rPr>
          <w:rFonts w:ascii="Times New Roman" w:eastAsia="PT Astra Serif" w:hAnsi="Times New Roman" w:cs="Times New Roman"/>
          <w:kern w:val="1"/>
          <w:sz w:val="24"/>
          <w:szCs w:val="24"/>
          <w:lang w:eastAsia="ru-RU"/>
        </w:rPr>
        <w:t xml:space="preserve"> </w:t>
      </w:r>
      <w:r w:rsidRPr="00D90B8A">
        <w:rPr>
          <w:rFonts w:ascii="Times New Roman" w:eastAsia="PT Astra Serif" w:hAnsi="Times New Roman" w:cs="Times New Roman"/>
          <w:kern w:val="1"/>
          <w:sz w:val="24"/>
          <w:szCs w:val="24"/>
          <w:lang w:eastAsia="ru-RU"/>
        </w:rPr>
        <w:t>понял</w:t>
      </w:r>
      <w:r>
        <w:rPr>
          <w:rFonts w:ascii="Times New Roman" w:eastAsia="PT Astra Serif" w:hAnsi="Times New Roman" w:cs="Times New Roman"/>
          <w:kern w:val="1"/>
          <w:sz w:val="24"/>
          <w:szCs w:val="24"/>
          <w:lang w:eastAsia="ru-RU"/>
        </w:rPr>
        <w:t xml:space="preserve"> </w:t>
      </w:r>
      <w:r w:rsidRPr="00D90B8A">
        <w:rPr>
          <w:rFonts w:ascii="Times New Roman" w:eastAsia="PT Astra Serif" w:hAnsi="Times New Roman" w:cs="Times New Roman"/>
          <w:kern w:val="1"/>
          <w:sz w:val="24"/>
          <w:szCs w:val="24"/>
          <w:lang w:eastAsia="ru-RU"/>
        </w:rPr>
        <w:t>менее</w:t>
      </w:r>
      <w:r>
        <w:rPr>
          <w:rFonts w:ascii="Times New Roman" w:eastAsia="PT Astra Serif" w:hAnsi="Times New Roman" w:cs="Times New Roman"/>
          <w:kern w:val="1"/>
          <w:sz w:val="24"/>
          <w:szCs w:val="24"/>
          <w:lang w:eastAsia="ru-RU"/>
        </w:rPr>
        <w:t xml:space="preserve"> </w:t>
      </w:r>
      <w:r w:rsidRPr="00D90B8A">
        <w:rPr>
          <w:rFonts w:ascii="Times New Roman" w:eastAsia="PT Astra Serif" w:hAnsi="Times New Roman" w:cs="Times New Roman"/>
          <w:kern w:val="1"/>
          <w:sz w:val="24"/>
          <w:szCs w:val="24"/>
          <w:lang w:eastAsia="ru-RU"/>
        </w:rPr>
        <w:t>50%</w:t>
      </w:r>
      <w:r>
        <w:rPr>
          <w:rFonts w:ascii="Times New Roman" w:eastAsia="PT Astra Serif" w:hAnsi="Times New Roman" w:cs="Times New Roman"/>
          <w:kern w:val="1"/>
          <w:sz w:val="24"/>
          <w:szCs w:val="24"/>
          <w:lang w:eastAsia="ru-RU"/>
        </w:rPr>
        <w:t xml:space="preserve"> </w:t>
      </w:r>
      <w:r w:rsidRPr="00D90B8A">
        <w:rPr>
          <w:rFonts w:ascii="Times New Roman" w:eastAsia="PT Astra Serif" w:hAnsi="Times New Roman" w:cs="Times New Roman"/>
          <w:kern w:val="1"/>
          <w:sz w:val="24"/>
          <w:szCs w:val="24"/>
          <w:lang w:eastAsia="ru-RU"/>
        </w:rPr>
        <w:t>текста и выделил из него менее половины основных фактов. Он не смог решить поставленную перед ним речевую задачу.</w:t>
      </w:r>
    </w:p>
    <w:p w:rsidR="00063CD9" w:rsidRPr="002930C9"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PT Astra Serif" w:hAnsi="Times New Roman" w:cs="Times New Roman"/>
          <w:b/>
          <w:i/>
          <w:kern w:val="1"/>
          <w:sz w:val="24"/>
          <w:szCs w:val="24"/>
          <w:u w:val="single"/>
          <w:lang w:eastAsia="ru-RU"/>
        </w:rPr>
      </w:pPr>
      <w:r w:rsidRPr="002930C9">
        <w:rPr>
          <w:rFonts w:ascii="Times New Roman" w:eastAsia="PT Astra Serif" w:hAnsi="Times New Roman" w:cs="Times New Roman"/>
          <w:b/>
          <w:i/>
          <w:spacing w:val="-2"/>
          <w:kern w:val="1"/>
          <w:sz w:val="24"/>
          <w:szCs w:val="24"/>
          <w:u w:val="single"/>
          <w:lang w:eastAsia="ru-RU"/>
        </w:rPr>
        <w:t>Говорение</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firstLine="567"/>
        <w:jc w:val="both"/>
        <w:textAlignment w:val="baseline"/>
        <w:rPr>
          <w:rFonts w:ascii="Times New Roman" w:eastAsia="PT Astra Serif" w:hAnsi="Times New Roman" w:cs="Times New Roman"/>
          <w:kern w:val="1"/>
          <w:sz w:val="24"/>
          <w:szCs w:val="24"/>
          <w:lang w:eastAsia="ru-RU"/>
        </w:rPr>
      </w:pPr>
      <w:r w:rsidRPr="00D90B8A">
        <w:rPr>
          <w:rFonts w:ascii="Times New Roman" w:eastAsia="PT Astra Serif" w:hAnsi="Times New Roman" w:cs="Times New Roman"/>
          <w:kern w:val="1"/>
          <w:sz w:val="24"/>
          <w:szCs w:val="24"/>
          <w:lang w:eastAsia="ru-RU"/>
        </w:rPr>
        <w:t>Говорение в реальной жизни выступает в двух формах общения: в виде связных высказываний типа описания или рассказа и в виде участия в беседе с партнером.</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firstLine="567"/>
        <w:jc w:val="both"/>
        <w:textAlignment w:val="baseline"/>
        <w:rPr>
          <w:rFonts w:ascii="Times New Roman" w:eastAsia="PT Astra Serif" w:hAnsi="Times New Roman" w:cs="Times New Roman"/>
          <w:kern w:val="1"/>
          <w:sz w:val="24"/>
          <w:szCs w:val="24"/>
          <w:lang w:eastAsia="ru-RU"/>
        </w:rPr>
      </w:pPr>
      <w:r w:rsidRPr="00D90B8A">
        <w:rPr>
          <w:rFonts w:ascii="Times New Roman" w:eastAsia="PT Astra Serif" w:hAnsi="Times New Roman" w:cs="Times New Roman"/>
          <w:kern w:val="1"/>
          <w:sz w:val="24"/>
          <w:szCs w:val="24"/>
          <w:lang w:eastAsia="ru-RU"/>
        </w:rPr>
        <w:t>Во-первых, важными показателями рассказа или описания являются соответствия темы, полнота изложения, разнообразие языковых средств, а в ходе беседы — понимание партнера, правильное реагирование на реплики партнера, разнообразие своих реплик. Только при соблюдении этих условий речевой деятельности можно говорить о реальном общении. Поэтому все эти моменты должны учитываться, прежде всего, при оценке речевых произведений школьников.</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firstLine="567"/>
        <w:jc w:val="both"/>
        <w:textAlignment w:val="baseline"/>
        <w:rPr>
          <w:rFonts w:ascii="Times New Roman" w:eastAsia="PT Astra Serif" w:hAnsi="Times New Roman" w:cs="Times New Roman"/>
          <w:kern w:val="1"/>
          <w:sz w:val="24"/>
          <w:szCs w:val="24"/>
          <w:lang w:eastAsia="ru-RU"/>
        </w:rPr>
      </w:pPr>
      <w:r w:rsidRPr="00D90B8A">
        <w:rPr>
          <w:rFonts w:ascii="Times New Roman" w:eastAsia="PT Astra Serif" w:hAnsi="Times New Roman" w:cs="Times New Roman"/>
          <w:kern w:val="1"/>
          <w:sz w:val="24"/>
          <w:szCs w:val="24"/>
          <w:lang w:eastAsia="ru-RU"/>
        </w:rPr>
        <w:t>Во-вторых, ошибки бывают разными. Одни из них нарушают общение, т. е. ведут к непониманию. Другие же, хотя и свидетельствуют о нарушениях нормы, но не нарушают понимания. Последние можно рассматривать как оговорки.</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firstLine="567"/>
        <w:jc w:val="both"/>
        <w:textAlignment w:val="baseline"/>
        <w:rPr>
          <w:rFonts w:ascii="Times New Roman" w:eastAsia="PT Astra Serif" w:hAnsi="Times New Roman" w:cs="Times New Roman"/>
          <w:kern w:val="1"/>
          <w:sz w:val="24"/>
          <w:szCs w:val="24"/>
          <w:lang w:eastAsia="ru-RU"/>
        </w:rPr>
      </w:pPr>
      <w:r w:rsidRPr="00D90B8A">
        <w:rPr>
          <w:rFonts w:ascii="Times New Roman" w:eastAsia="PT Astra Serif" w:hAnsi="Times New Roman" w:cs="Times New Roman"/>
          <w:kern w:val="1"/>
          <w:sz w:val="24"/>
          <w:szCs w:val="24"/>
          <w:lang w:eastAsia="ru-RU"/>
        </w:rPr>
        <w:t xml:space="preserve">В связи с этим основными критериями оценки умений говорения следует </w:t>
      </w:r>
      <w:r w:rsidRPr="00D90B8A">
        <w:rPr>
          <w:rFonts w:ascii="Times New Roman" w:eastAsia="PT Astra Serif" w:hAnsi="Times New Roman" w:cs="Times New Roman"/>
          <w:spacing w:val="-2"/>
          <w:kern w:val="1"/>
          <w:sz w:val="24"/>
          <w:szCs w:val="24"/>
          <w:lang w:eastAsia="ru-RU"/>
        </w:rPr>
        <w:t>считать:</w:t>
      </w:r>
    </w:p>
    <w:p w:rsidR="00063CD9" w:rsidRPr="00D90B8A" w:rsidRDefault="00063CD9" w:rsidP="00063CD9">
      <w:pPr>
        <w:widowControl w:val="0"/>
        <w:numPr>
          <w:ilvl w:val="1"/>
          <w:numId w:val="26"/>
        </w:numPr>
        <w:pBdr>
          <w:top w:val="none" w:sz="0" w:space="0" w:color="000000"/>
          <w:left w:val="none" w:sz="0" w:space="0" w:color="000000"/>
          <w:bottom w:val="none" w:sz="0" w:space="0" w:color="000000"/>
          <w:right w:val="none" w:sz="0" w:space="0" w:color="000000"/>
        </w:pBdr>
        <w:tabs>
          <w:tab w:val="left" w:pos="1276"/>
        </w:tabs>
        <w:ind w:firstLine="567"/>
        <w:jc w:val="both"/>
        <w:textAlignment w:val="baseline"/>
        <w:rPr>
          <w:rFonts w:ascii="Times New Roman" w:eastAsia="PT Astra Serif" w:hAnsi="Times New Roman" w:cs="Times New Roman"/>
          <w:kern w:val="1"/>
          <w:sz w:val="24"/>
          <w:szCs w:val="24"/>
          <w:lang w:eastAsia="ru-RU"/>
        </w:rPr>
      </w:pPr>
      <w:r w:rsidRPr="00D90B8A">
        <w:rPr>
          <w:rFonts w:ascii="Times New Roman" w:eastAsia="PT Astra Serif" w:hAnsi="Times New Roman" w:cs="Times New Roman"/>
          <w:kern w:val="1"/>
          <w:sz w:val="24"/>
          <w:szCs w:val="24"/>
          <w:lang w:eastAsia="ru-RU"/>
        </w:rPr>
        <w:t xml:space="preserve">Соответствие </w:t>
      </w:r>
      <w:r w:rsidRPr="00D90B8A">
        <w:rPr>
          <w:rFonts w:ascii="Times New Roman" w:eastAsia="PT Astra Serif" w:hAnsi="Times New Roman" w:cs="Times New Roman"/>
          <w:spacing w:val="-2"/>
          <w:kern w:val="1"/>
          <w:sz w:val="24"/>
          <w:szCs w:val="24"/>
          <w:lang w:eastAsia="ru-RU"/>
        </w:rPr>
        <w:t>теме,</w:t>
      </w:r>
    </w:p>
    <w:p w:rsidR="00063CD9" w:rsidRPr="00D90B8A" w:rsidRDefault="00063CD9" w:rsidP="00063CD9">
      <w:pPr>
        <w:widowControl w:val="0"/>
        <w:numPr>
          <w:ilvl w:val="1"/>
          <w:numId w:val="26"/>
        </w:numPr>
        <w:pBdr>
          <w:top w:val="none" w:sz="0" w:space="0" w:color="000000"/>
          <w:left w:val="none" w:sz="0" w:space="0" w:color="000000"/>
          <w:bottom w:val="none" w:sz="0" w:space="0" w:color="000000"/>
          <w:right w:val="none" w:sz="0" w:space="0" w:color="000000"/>
        </w:pBdr>
        <w:tabs>
          <w:tab w:val="left" w:pos="624"/>
          <w:tab w:val="left" w:pos="1276"/>
        </w:tabs>
        <w:ind w:firstLine="567"/>
        <w:jc w:val="both"/>
        <w:textAlignment w:val="baseline"/>
        <w:rPr>
          <w:rFonts w:ascii="Times New Roman" w:eastAsia="PT Astra Serif" w:hAnsi="Times New Roman" w:cs="Times New Roman"/>
          <w:kern w:val="1"/>
          <w:sz w:val="24"/>
          <w:szCs w:val="24"/>
          <w:lang w:eastAsia="ru-RU"/>
        </w:rPr>
      </w:pPr>
      <w:r w:rsidRPr="00D90B8A">
        <w:rPr>
          <w:rFonts w:ascii="Times New Roman" w:eastAsia="PT Astra Serif" w:hAnsi="Times New Roman" w:cs="Times New Roman"/>
          <w:kern w:val="1"/>
          <w:sz w:val="24"/>
          <w:szCs w:val="24"/>
          <w:lang w:eastAsia="ru-RU"/>
        </w:rPr>
        <w:t xml:space="preserve">Достаточный объем </w:t>
      </w:r>
      <w:r w:rsidRPr="00D90B8A">
        <w:rPr>
          <w:rFonts w:ascii="Times New Roman" w:eastAsia="PT Astra Serif" w:hAnsi="Times New Roman" w:cs="Times New Roman"/>
          <w:spacing w:val="-2"/>
          <w:kern w:val="1"/>
          <w:sz w:val="24"/>
          <w:szCs w:val="24"/>
          <w:lang w:eastAsia="ru-RU"/>
        </w:rPr>
        <w:t>высказывания,</w:t>
      </w:r>
    </w:p>
    <w:p w:rsidR="00063CD9" w:rsidRPr="00D90B8A" w:rsidRDefault="00063CD9" w:rsidP="00063CD9">
      <w:pPr>
        <w:widowControl w:val="0"/>
        <w:numPr>
          <w:ilvl w:val="1"/>
          <w:numId w:val="26"/>
        </w:numPr>
        <w:pBdr>
          <w:top w:val="none" w:sz="0" w:space="0" w:color="000000"/>
          <w:left w:val="none" w:sz="0" w:space="0" w:color="000000"/>
          <w:bottom w:val="none" w:sz="0" w:space="0" w:color="000000"/>
          <w:right w:val="none" w:sz="0" w:space="0" w:color="000000"/>
        </w:pBdr>
        <w:tabs>
          <w:tab w:val="left" w:pos="624"/>
          <w:tab w:val="left" w:pos="1276"/>
        </w:tabs>
        <w:ind w:firstLine="567"/>
        <w:jc w:val="both"/>
        <w:textAlignment w:val="baseline"/>
        <w:rPr>
          <w:rFonts w:ascii="Times New Roman" w:eastAsia="PT Astra Serif" w:hAnsi="Times New Roman" w:cs="Times New Roman"/>
          <w:kern w:val="1"/>
          <w:sz w:val="24"/>
          <w:szCs w:val="24"/>
          <w:lang w:eastAsia="ru-RU"/>
        </w:rPr>
      </w:pPr>
      <w:r w:rsidRPr="00D90B8A">
        <w:rPr>
          <w:rFonts w:ascii="Times New Roman" w:eastAsia="PT Astra Serif" w:hAnsi="Times New Roman" w:cs="Times New Roman"/>
          <w:kern w:val="1"/>
          <w:sz w:val="24"/>
          <w:szCs w:val="24"/>
          <w:lang w:eastAsia="ru-RU"/>
        </w:rPr>
        <w:t>Разнообразие языковых средств и т.</w:t>
      </w:r>
      <w:r w:rsidRPr="00D90B8A">
        <w:rPr>
          <w:rFonts w:ascii="Times New Roman" w:eastAsia="PT Astra Serif" w:hAnsi="Times New Roman" w:cs="Times New Roman"/>
          <w:spacing w:val="-5"/>
          <w:kern w:val="1"/>
          <w:sz w:val="24"/>
          <w:szCs w:val="24"/>
          <w:lang w:eastAsia="ru-RU"/>
        </w:rPr>
        <w:t>п.,</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firstLine="567"/>
        <w:jc w:val="both"/>
        <w:textAlignment w:val="baseline"/>
        <w:rPr>
          <w:rFonts w:ascii="Times New Roman" w:eastAsia="PT Astra Serif" w:hAnsi="Times New Roman" w:cs="Times New Roman"/>
          <w:kern w:val="1"/>
          <w:sz w:val="24"/>
          <w:szCs w:val="24"/>
          <w:lang w:eastAsia="ru-RU"/>
        </w:rPr>
      </w:pPr>
      <w:r w:rsidRPr="00D90B8A">
        <w:rPr>
          <w:rFonts w:ascii="Times New Roman" w:eastAsia="PT Astra Serif" w:hAnsi="Times New Roman" w:cs="Times New Roman"/>
          <w:kern w:val="1"/>
          <w:sz w:val="24"/>
          <w:szCs w:val="24"/>
          <w:lang w:eastAsia="ru-RU"/>
        </w:rPr>
        <w:t xml:space="preserve">А ошибки целесообразно рассматривать как дополнительный </w:t>
      </w:r>
      <w:r w:rsidRPr="00D90B8A">
        <w:rPr>
          <w:rFonts w:ascii="Times New Roman" w:eastAsia="PT Astra Serif" w:hAnsi="Times New Roman" w:cs="Times New Roman"/>
          <w:spacing w:val="-2"/>
          <w:kern w:val="1"/>
          <w:sz w:val="24"/>
          <w:szCs w:val="24"/>
          <w:lang w:eastAsia="ru-RU"/>
        </w:rPr>
        <w:t>критерий.</w:t>
      </w:r>
    </w:p>
    <w:p w:rsidR="00063CD9" w:rsidRPr="002930C9" w:rsidRDefault="00063CD9" w:rsidP="00063CD9">
      <w:pPr>
        <w:widowControl w:val="0"/>
        <w:numPr>
          <w:ilvl w:val="0"/>
          <w:numId w:val="25"/>
        </w:numPr>
        <w:pBdr>
          <w:top w:val="none" w:sz="0" w:space="0" w:color="000000"/>
          <w:left w:val="none" w:sz="0" w:space="0" w:color="000000"/>
          <w:bottom w:val="none" w:sz="0" w:space="0" w:color="000000"/>
          <w:right w:val="none" w:sz="0" w:space="0" w:color="000000"/>
        </w:pBdr>
        <w:tabs>
          <w:tab w:val="left" w:pos="0"/>
        </w:tabs>
        <w:jc w:val="center"/>
        <w:textAlignment w:val="baseline"/>
        <w:outlineLvl w:val="0"/>
        <w:rPr>
          <w:rFonts w:ascii="Times New Roman" w:eastAsia="PT Astra Serif" w:hAnsi="Times New Roman" w:cs="Times New Roman"/>
          <w:b/>
          <w:i/>
          <w:kern w:val="1"/>
          <w:sz w:val="24"/>
          <w:szCs w:val="24"/>
          <w:u w:val="single"/>
          <w:lang w:eastAsia="ru-RU"/>
        </w:rPr>
      </w:pPr>
      <w:r>
        <w:rPr>
          <w:rFonts w:ascii="Times New Roman" w:eastAsia="PT Astra Serif" w:hAnsi="Times New Roman" w:cs="Times New Roman"/>
          <w:b/>
          <w:i/>
          <w:kern w:val="1"/>
          <w:sz w:val="24"/>
          <w:szCs w:val="24"/>
          <w:u w:val="single"/>
          <w:lang w:eastAsia="ru-RU"/>
        </w:rPr>
        <w:t>М</w:t>
      </w:r>
      <w:r w:rsidRPr="002930C9">
        <w:rPr>
          <w:rFonts w:ascii="Times New Roman" w:eastAsia="PT Astra Serif" w:hAnsi="Times New Roman" w:cs="Times New Roman"/>
          <w:b/>
          <w:i/>
          <w:kern w:val="1"/>
          <w:sz w:val="24"/>
          <w:szCs w:val="24"/>
          <w:u w:val="single"/>
          <w:lang w:eastAsia="ru-RU"/>
        </w:rPr>
        <w:t>онологическо</w:t>
      </w:r>
      <w:r>
        <w:rPr>
          <w:rFonts w:ascii="Times New Roman" w:eastAsia="PT Astra Serif" w:hAnsi="Times New Roman" w:cs="Times New Roman"/>
          <w:b/>
          <w:i/>
          <w:kern w:val="1"/>
          <w:sz w:val="24"/>
          <w:szCs w:val="24"/>
          <w:u w:val="single"/>
          <w:lang w:eastAsia="ru-RU"/>
        </w:rPr>
        <w:t>е</w:t>
      </w:r>
      <w:r w:rsidRPr="002930C9">
        <w:rPr>
          <w:rFonts w:ascii="Times New Roman" w:eastAsia="PT Astra Serif" w:hAnsi="Times New Roman" w:cs="Times New Roman"/>
          <w:b/>
          <w:i/>
          <w:kern w:val="1"/>
          <w:sz w:val="24"/>
          <w:szCs w:val="24"/>
          <w:u w:val="single"/>
          <w:lang w:eastAsia="ru-RU"/>
        </w:rPr>
        <w:t xml:space="preserve"> </w:t>
      </w:r>
      <w:r w:rsidRPr="002930C9">
        <w:rPr>
          <w:rFonts w:ascii="Times New Roman" w:eastAsia="PT Astra Serif" w:hAnsi="Times New Roman" w:cs="Times New Roman"/>
          <w:b/>
          <w:i/>
          <w:spacing w:val="-2"/>
          <w:kern w:val="1"/>
          <w:sz w:val="24"/>
          <w:szCs w:val="24"/>
          <w:u w:val="single"/>
          <w:lang w:eastAsia="ru-RU"/>
        </w:rPr>
        <w:t>высказывани</w:t>
      </w:r>
      <w:r>
        <w:rPr>
          <w:rFonts w:ascii="Times New Roman" w:eastAsia="PT Astra Serif" w:hAnsi="Times New Roman" w:cs="Times New Roman"/>
          <w:b/>
          <w:i/>
          <w:spacing w:val="-2"/>
          <w:kern w:val="1"/>
          <w:sz w:val="24"/>
          <w:szCs w:val="24"/>
          <w:u w:val="single"/>
          <w:lang w:eastAsia="ru-RU"/>
        </w:rPr>
        <w:t>е</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25"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«5»</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ставится ученику, если он в целом справился с поставленными речевыми задачами. Его высказывание было связным и логически последовательным. Диапазон используемых языковых средств достаточно широк. Языковые средства были правильно употреблены, практически отсутствовали ошибки, нарушающие коммуникацию, или они были незначительны. Объем высказывания соответствовал тому, что задано программой на данном году обучения. Наблюдалась легкость речи и достаточно правильное произношение. Речь ученика была эмоционально окрашена, в ней имели место не только передача отдельных фактов (отдельной информации), но и элементы их оценки, выражения собственного мнения.</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25"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«4»</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 xml:space="preserve">выставляется обучающемуся, если он в целом справился с поставленными речевыми задачами. Его высказывание было связанным и последовательным. Использовался довольно большой объем языковых средств, которые были употреблены правильно. Однако были сделаны отдельные ошибки, нарушающие коммуникацию. Темп речи был несколько замедлен. Отмечалось произношение, страдающее сильным влиянием родного языка. Речь была недостаточно эмоционально окрашена. Элементы оценки имели место, но в большей степени высказывание </w:t>
      </w:r>
      <w:r w:rsidRPr="00D90B8A">
        <w:rPr>
          <w:rFonts w:ascii="Times New Roman" w:eastAsia="PT Astra Serif" w:hAnsi="Times New Roman" w:cs="Times New Roman"/>
          <w:kern w:val="1"/>
          <w:sz w:val="24"/>
          <w:szCs w:val="24"/>
          <w:lang w:eastAsia="ru-RU"/>
        </w:rPr>
        <w:lastRenderedPageBreak/>
        <w:t>содержало информацию и отражало конкретные факты.</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26"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«3»</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 xml:space="preserve">ставится ученику, если он сумел в основном решить поставленную речевую задачу, но диапазон языковых средств был ограничен, </w:t>
      </w:r>
      <w:proofErr w:type="gramStart"/>
      <w:r w:rsidRPr="00D90B8A">
        <w:rPr>
          <w:rFonts w:ascii="Times New Roman" w:eastAsia="PT Astra Serif" w:hAnsi="Times New Roman" w:cs="Times New Roman"/>
          <w:kern w:val="1"/>
          <w:sz w:val="24"/>
          <w:szCs w:val="24"/>
          <w:lang w:eastAsia="ru-RU"/>
        </w:rPr>
        <w:t>объем высказывания не достигал</w:t>
      </w:r>
      <w:proofErr w:type="gramEnd"/>
      <w:r w:rsidRPr="00D90B8A">
        <w:rPr>
          <w:rFonts w:ascii="Times New Roman" w:eastAsia="PT Astra Serif" w:hAnsi="Times New Roman" w:cs="Times New Roman"/>
          <w:kern w:val="1"/>
          <w:sz w:val="24"/>
          <w:szCs w:val="24"/>
          <w:lang w:eastAsia="ru-RU"/>
        </w:rPr>
        <w:t xml:space="preserve"> нормы. Ученик допускал языковые ошибки. В некоторых местах нарушалась последовательность высказывания. Практически отсутствовали элементы оценки и выражения собственного мнения. Речь не была эмоционально окрашенной. Темп речи был </w:t>
      </w:r>
      <w:r w:rsidRPr="00D90B8A">
        <w:rPr>
          <w:rFonts w:ascii="Times New Roman" w:eastAsia="PT Astra Serif" w:hAnsi="Times New Roman" w:cs="Times New Roman"/>
          <w:spacing w:val="-2"/>
          <w:kern w:val="1"/>
          <w:sz w:val="24"/>
          <w:szCs w:val="24"/>
          <w:lang w:eastAsia="ru-RU"/>
        </w:rPr>
        <w:t>замедленным.</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30" w:firstLine="567"/>
        <w:jc w:val="both"/>
        <w:textAlignment w:val="baseline"/>
        <w:rPr>
          <w:rFonts w:ascii="Times New Roman" w:eastAsia="PT Astra Serif" w:hAnsi="Times New Roman" w:cs="Times New Roman"/>
          <w:kern w:val="1"/>
          <w:sz w:val="24"/>
          <w:szCs w:val="24"/>
          <w:lang w:eastAsia="ru-RU"/>
        </w:rPr>
      </w:pPr>
      <w:r w:rsidRPr="002930C9">
        <w:rPr>
          <w:rFonts w:ascii="Times New Roman" w:eastAsia="PT Astra Serif" w:hAnsi="Times New Roman" w:cs="Times New Roman"/>
          <w:b/>
          <w:kern w:val="1"/>
          <w:sz w:val="24"/>
          <w:szCs w:val="24"/>
          <w:lang w:eastAsia="ru-RU"/>
        </w:rPr>
        <w:t>Оценка «2»</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 xml:space="preserve">ставится ученику, если он только частично справился с решением коммуникативной задачи. Высказывание было небольшим по объему (не соответствовало требованиям программы). Наблюдалась узость </w:t>
      </w:r>
      <w:proofErr w:type="spellStart"/>
      <w:r w:rsidRPr="00D90B8A">
        <w:rPr>
          <w:rFonts w:ascii="Times New Roman" w:eastAsia="PT Astra Serif" w:hAnsi="Times New Roman" w:cs="Times New Roman"/>
          <w:kern w:val="1"/>
          <w:sz w:val="24"/>
          <w:szCs w:val="24"/>
          <w:lang w:eastAsia="ru-RU"/>
        </w:rPr>
        <w:t>вокабуляра</w:t>
      </w:r>
      <w:proofErr w:type="spellEnd"/>
      <w:r w:rsidRPr="00D90B8A">
        <w:rPr>
          <w:rFonts w:ascii="Times New Roman" w:eastAsia="PT Astra Serif" w:hAnsi="Times New Roman" w:cs="Times New Roman"/>
          <w:kern w:val="1"/>
          <w:sz w:val="24"/>
          <w:szCs w:val="24"/>
          <w:lang w:eastAsia="ru-RU"/>
        </w:rPr>
        <w:t xml:space="preserve">. Отсутствовали элементы собственной оценки. </w:t>
      </w:r>
      <w:proofErr w:type="gramStart"/>
      <w:r w:rsidRPr="00D90B8A">
        <w:rPr>
          <w:rFonts w:ascii="Times New Roman" w:eastAsia="PT Astra Serif" w:hAnsi="Times New Roman" w:cs="Times New Roman"/>
          <w:kern w:val="1"/>
          <w:sz w:val="24"/>
          <w:szCs w:val="24"/>
          <w:lang w:eastAsia="ru-RU"/>
        </w:rPr>
        <w:t>Обучающийся</w:t>
      </w:r>
      <w:proofErr w:type="gramEnd"/>
      <w:r w:rsidRPr="00D90B8A">
        <w:rPr>
          <w:rFonts w:ascii="Times New Roman" w:eastAsia="PT Astra Serif" w:hAnsi="Times New Roman" w:cs="Times New Roman"/>
          <w:kern w:val="1"/>
          <w:sz w:val="24"/>
          <w:szCs w:val="24"/>
          <w:lang w:eastAsia="ru-RU"/>
        </w:rPr>
        <w:t xml:space="preserve"> допускал большое количество ошибок, как языковых, так и фонетических. Многие ошибки нарушали общение, в результате чего возникало непонимание между речевыми партнерами.</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firstLine="567"/>
        <w:jc w:val="both"/>
        <w:textAlignment w:val="baseline"/>
        <w:rPr>
          <w:rFonts w:ascii="Times New Roman" w:eastAsia="PT Astra Serif" w:hAnsi="Times New Roman" w:cs="Times New Roman"/>
          <w:kern w:val="1"/>
          <w:sz w:val="24"/>
          <w:szCs w:val="24"/>
          <w:lang w:eastAsia="ru-RU"/>
        </w:rPr>
      </w:pPr>
      <w:r w:rsidRPr="00D90B8A">
        <w:rPr>
          <w:rFonts w:ascii="Times New Roman" w:eastAsia="PT Astra Serif" w:hAnsi="Times New Roman" w:cs="Times New Roman"/>
          <w:kern w:val="1"/>
          <w:sz w:val="24"/>
          <w:szCs w:val="24"/>
          <w:lang w:eastAsia="ru-RU"/>
        </w:rPr>
        <w:t>Объем монологического высказывания:</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firstLine="567"/>
        <w:jc w:val="both"/>
        <w:textAlignment w:val="baseline"/>
        <w:rPr>
          <w:rFonts w:ascii="Times New Roman" w:eastAsia="PT Astra Serif" w:hAnsi="Times New Roman" w:cs="Times New Roman"/>
          <w:kern w:val="1"/>
          <w:sz w:val="24"/>
          <w:szCs w:val="24"/>
          <w:lang w:eastAsia="ru-RU"/>
        </w:rPr>
      </w:pPr>
      <w:r w:rsidRPr="00D90B8A">
        <w:rPr>
          <w:rFonts w:ascii="Times New Roman" w:eastAsia="PT Astra Serif" w:hAnsi="Times New Roman" w:cs="Times New Roman"/>
          <w:kern w:val="1"/>
          <w:sz w:val="24"/>
          <w:szCs w:val="24"/>
          <w:lang w:eastAsia="ru-RU"/>
        </w:rPr>
        <w:t>2 класс - 3 предложения,</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firstLine="567"/>
        <w:jc w:val="both"/>
        <w:textAlignment w:val="baseline"/>
        <w:rPr>
          <w:rFonts w:ascii="Times New Roman" w:eastAsia="PT Astra Serif" w:hAnsi="Times New Roman" w:cs="Times New Roman"/>
          <w:kern w:val="1"/>
          <w:sz w:val="24"/>
          <w:szCs w:val="24"/>
          <w:lang w:eastAsia="ru-RU"/>
        </w:rPr>
      </w:pPr>
      <w:r w:rsidRPr="00D90B8A">
        <w:rPr>
          <w:rFonts w:ascii="Times New Roman" w:eastAsia="PT Astra Serif" w:hAnsi="Times New Roman" w:cs="Times New Roman"/>
          <w:kern w:val="1"/>
          <w:sz w:val="24"/>
          <w:szCs w:val="24"/>
          <w:lang w:eastAsia="ru-RU"/>
        </w:rPr>
        <w:t xml:space="preserve">3 класс - </w:t>
      </w:r>
      <w:r w:rsidRPr="00D90B8A">
        <w:rPr>
          <w:rFonts w:ascii="Times New Roman" w:eastAsia="PT Astra Serif" w:hAnsi="Times New Roman" w:cs="Times New Roman"/>
          <w:spacing w:val="-10"/>
          <w:kern w:val="1"/>
          <w:sz w:val="24"/>
          <w:szCs w:val="24"/>
          <w:lang w:eastAsia="ru-RU"/>
        </w:rPr>
        <w:t xml:space="preserve">4 </w:t>
      </w:r>
      <w:r w:rsidRPr="00D90B8A">
        <w:rPr>
          <w:rFonts w:ascii="Times New Roman" w:eastAsia="PT Astra Serif" w:hAnsi="Times New Roman" w:cs="Times New Roman"/>
          <w:kern w:val="1"/>
          <w:sz w:val="24"/>
          <w:szCs w:val="24"/>
          <w:lang w:eastAsia="ru-RU"/>
        </w:rPr>
        <w:t>предложения,</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firstLine="567"/>
        <w:jc w:val="both"/>
        <w:textAlignment w:val="baseline"/>
        <w:rPr>
          <w:rFonts w:ascii="Times New Roman" w:eastAsia="PT Astra Serif" w:hAnsi="Times New Roman" w:cs="Times New Roman"/>
          <w:kern w:val="1"/>
          <w:sz w:val="24"/>
          <w:szCs w:val="24"/>
          <w:lang w:eastAsia="ru-RU"/>
        </w:rPr>
      </w:pPr>
      <w:r w:rsidRPr="00D90B8A">
        <w:rPr>
          <w:rFonts w:ascii="Times New Roman" w:eastAsia="PT Astra Serif" w:hAnsi="Times New Roman" w:cs="Times New Roman"/>
          <w:kern w:val="1"/>
          <w:sz w:val="24"/>
          <w:szCs w:val="24"/>
          <w:lang w:eastAsia="ru-RU"/>
        </w:rPr>
        <w:t xml:space="preserve">4 класс - 5 </w:t>
      </w:r>
      <w:r w:rsidRPr="00D90B8A">
        <w:rPr>
          <w:rFonts w:ascii="Times New Roman" w:eastAsia="PT Astra Serif" w:hAnsi="Times New Roman" w:cs="Times New Roman"/>
          <w:spacing w:val="-2"/>
          <w:kern w:val="1"/>
          <w:sz w:val="24"/>
          <w:szCs w:val="24"/>
          <w:lang w:eastAsia="ru-RU"/>
        </w:rPr>
        <w:t>предложений.</w:t>
      </w:r>
    </w:p>
    <w:p w:rsidR="00063CD9" w:rsidRPr="002930C9" w:rsidRDefault="00063CD9" w:rsidP="00063CD9">
      <w:pPr>
        <w:widowControl w:val="0"/>
        <w:numPr>
          <w:ilvl w:val="0"/>
          <w:numId w:val="25"/>
        </w:numPr>
        <w:pBdr>
          <w:top w:val="none" w:sz="0" w:space="0" w:color="000000"/>
          <w:left w:val="none" w:sz="0" w:space="0" w:color="000000"/>
          <w:bottom w:val="none" w:sz="0" w:space="0" w:color="000000"/>
          <w:right w:val="none" w:sz="0" w:space="0" w:color="000000"/>
        </w:pBdr>
        <w:tabs>
          <w:tab w:val="left" w:pos="0"/>
        </w:tabs>
        <w:jc w:val="center"/>
        <w:textAlignment w:val="baseline"/>
        <w:outlineLvl w:val="0"/>
        <w:rPr>
          <w:rFonts w:ascii="Times New Roman" w:eastAsia="PT Astra Serif" w:hAnsi="Times New Roman" w:cs="Times New Roman"/>
          <w:b/>
          <w:i/>
          <w:kern w:val="1"/>
          <w:sz w:val="24"/>
          <w:szCs w:val="24"/>
          <w:u w:val="single"/>
          <w:lang w:eastAsia="ru-RU"/>
        </w:rPr>
      </w:pPr>
      <w:r>
        <w:rPr>
          <w:rFonts w:ascii="Times New Roman" w:eastAsia="PT Astra Serif" w:hAnsi="Times New Roman" w:cs="Times New Roman"/>
          <w:b/>
          <w:i/>
          <w:kern w:val="1"/>
          <w:sz w:val="24"/>
          <w:szCs w:val="24"/>
          <w:u w:val="single"/>
          <w:lang w:eastAsia="ru-RU"/>
        </w:rPr>
        <w:t>Диалогическая</w:t>
      </w:r>
      <w:r w:rsidRPr="002930C9">
        <w:rPr>
          <w:rFonts w:ascii="Times New Roman" w:eastAsia="PT Astra Serif" w:hAnsi="Times New Roman" w:cs="Times New Roman"/>
          <w:b/>
          <w:i/>
          <w:kern w:val="1"/>
          <w:sz w:val="24"/>
          <w:szCs w:val="24"/>
          <w:u w:val="single"/>
          <w:lang w:eastAsia="ru-RU"/>
        </w:rPr>
        <w:t xml:space="preserve"> </w:t>
      </w:r>
      <w:r>
        <w:rPr>
          <w:rFonts w:ascii="Times New Roman" w:eastAsia="PT Astra Serif" w:hAnsi="Times New Roman" w:cs="Times New Roman"/>
          <w:b/>
          <w:i/>
          <w:spacing w:val="-4"/>
          <w:kern w:val="1"/>
          <w:sz w:val="24"/>
          <w:szCs w:val="24"/>
          <w:u w:val="single"/>
          <w:lang w:eastAsia="ru-RU"/>
        </w:rPr>
        <w:t>речь</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30" w:firstLine="567"/>
        <w:jc w:val="both"/>
        <w:textAlignment w:val="baseline"/>
        <w:rPr>
          <w:rFonts w:ascii="Times New Roman" w:eastAsia="PT Astra Serif" w:hAnsi="Times New Roman" w:cs="Times New Roman"/>
          <w:i/>
          <w:kern w:val="1"/>
          <w:sz w:val="24"/>
          <w:szCs w:val="24"/>
          <w:lang w:eastAsia="ru-RU"/>
        </w:rPr>
      </w:pPr>
      <w:r w:rsidRPr="00D90B8A">
        <w:rPr>
          <w:rFonts w:ascii="Times New Roman" w:eastAsia="PT Astra Serif" w:hAnsi="Times New Roman" w:cs="Times New Roman"/>
          <w:kern w:val="1"/>
          <w:sz w:val="24"/>
          <w:szCs w:val="24"/>
          <w:lang w:eastAsia="ru-RU"/>
        </w:rPr>
        <w:t>При оценивании этого вида говорения важнейшим критерием так же, как и при оценивании связных высказываний, является речевое качество и умение справиться с речевой задачей, т. е. понять партнера и реагировать правильно на его реплики, умение поддержать беседу на определенную тему. Диапазон используемых языковых средств, в данном случае, предоставляется учащемуся.</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31"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«5»</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ставится ученику, который сумел решить речевую задачу, правильно употребив при этом языковые средства. В ходе диалога умело использовал реплики, в речи отсутствовали ошибки, нарушающие коммуникацию.</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25"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«4»</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 xml:space="preserve">ставится ученику, который решил речевую задачу, но произносимые в ходе диалога реплики были несколько сбивчивыми. В речи были паузы, связанные с поиском средств выражения нужного значения. Практически отсутствовали ошибки, нарушающие </w:t>
      </w:r>
      <w:r w:rsidRPr="00D90B8A">
        <w:rPr>
          <w:rFonts w:ascii="Times New Roman" w:eastAsia="PT Astra Serif" w:hAnsi="Times New Roman" w:cs="Times New Roman"/>
          <w:spacing w:val="-2"/>
          <w:kern w:val="1"/>
          <w:sz w:val="24"/>
          <w:szCs w:val="24"/>
          <w:lang w:eastAsia="ru-RU"/>
        </w:rPr>
        <w:t>коммуникацию.</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27"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«3»</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ставится ученику, если он решил речевую задачу не полностью. Некоторые реплики партнера вызывали у него затруднения. Наблюдались паузы, мешающие речевому общению.</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32" w:firstLine="567"/>
        <w:jc w:val="both"/>
        <w:textAlignment w:val="baseline"/>
        <w:rPr>
          <w:rFonts w:ascii="Times New Roman" w:eastAsia="PT Astra Serif" w:hAnsi="Times New Roman" w:cs="Times New Roman"/>
          <w:kern w:val="1"/>
          <w:sz w:val="24"/>
          <w:szCs w:val="24"/>
          <w:lang w:eastAsia="ru-RU"/>
        </w:rPr>
      </w:pPr>
      <w:r w:rsidRPr="002930C9">
        <w:rPr>
          <w:rFonts w:ascii="Times New Roman" w:eastAsia="PT Astra Serif" w:hAnsi="Times New Roman" w:cs="Times New Roman"/>
          <w:b/>
          <w:kern w:val="1"/>
          <w:sz w:val="24"/>
          <w:szCs w:val="24"/>
          <w:lang w:eastAsia="ru-RU"/>
        </w:rPr>
        <w:t>Оценка «2»</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 xml:space="preserve">ставится ученику, если он не справился с решением речевой задачи. Затруднялся ответить на побуждающие к говорению реплики партнера. Коммуникация не </w:t>
      </w:r>
      <w:r w:rsidRPr="00D90B8A">
        <w:rPr>
          <w:rFonts w:ascii="Times New Roman" w:eastAsia="PT Astra Serif" w:hAnsi="Times New Roman" w:cs="Times New Roman"/>
          <w:spacing w:val="-2"/>
          <w:kern w:val="1"/>
          <w:sz w:val="24"/>
          <w:szCs w:val="24"/>
          <w:lang w:eastAsia="ru-RU"/>
        </w:rPr>
        <w:t>состоялась.</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415" w:firstLine="567"/>
        <w:jc w:val="both"/>
        <w:textAlignment w:val="baseline"/>
        <w:rPr>
          <w:rFonts w:ascii="Times New Roman" w:eastAsia="PT Astra Serif" w:hAnsi="Times New Roman" w:cs="Times New Roman"/>
          <w:kern w:val="1"/>
          <w:sz w:val="24"/>
          <w:szCs w:val="24"/>
          <w:lang w:eastAsia="ru-RU"/>
        </w:rPr>
      </w:pPr>
      <w:r w:rsidRPr="00D90B8A">
        <w:rPr>
          <w:rFonts w:ascii="Times New Roman" w:eastAsia="PT Astra Serif" w:hAnsi="Times New Roman" w:cs="Times New Roman"/>
          <w:kern w:val="1"/>
          <w:sz w:val="24"/>
          <w:szCs w:val="24"/>
          <w:lang w:eastAsia="ru-RU"/>
        </w:rPr>
        <w:t>Объем диалогического высказывания:</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415" w:firstLine="567"/>
        <w:jc w:val="both"/>
        <w:textAlignment w:val="baseline"/>
        <w:rPr>
          <w:rFonts w:ascii="Times New Roman" w:eastAsia="PT Astra Serif" w:hAnsi="Times New Roman" w:cs="Times New Roman"/>
          <w:kern w:val="1"/>
          <w:sz w:val="24"/>
          <w:szCs w:val="24"/>
          <w:lang w:eastAsia="ru-RU"/>
        </w:rPr>
      </w:pPr>
      <w:r w:rsidRPr="00D90B8A">
        <w:rPr>
          <w:rFonts w:ascii="Times New Roman" w:eastAsia="PT Astra Serif" w:hAnsi="Times New Roman" w:cs="Times New Roman"/>
          <w:kern w:val="1"/>
          <w:sz w:val="24"/>
          <w:szCs w:val="24"/>
          <w:lang w:eastAsia="ru-RU"/>
        </w:rPr>
        <w:t>2 класс - по 3 реплики,</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415" w:firstLine="567"/>
        <w:jc w:val="both"/>
        <w:textAlignment w:val="baseline"/>
        <w:rPr>
          <w:rFonts w:ascii="Times New Roman" w:eastAsia="PT Astra Serif" w:hAnsi="Times New Roman" w:cs="Times New Roman"/>
          <w:kern w:val="1"/>
          <w:sz w:val="24"/>
          <w:szCs w:val="24"/>
          <w:lang w:eastAsia="ru-RU"/>
        </w:rPr>
      </w:pPr>
      <w:r w:rsidRPr="00D90B8A">
        <w:rPr>
          <w:rFonts w:ascii="Times New Roman" w:eastAsia="PT Astra Serif" w:hAnsi="Times New Roman" w:cs="Times New Roman"/>
          <w:kern w:val="1"/>
          <w:sz w:val="24"/>
          <w:szCs w:val="24"/>
          <w:lang w:eastAsia="ru-RU"/>
        </w:rPr>
        <w:t>3 класс - по 4 реплики,</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415" w:firstLine="567"/>
        <w:jc w:val="both"/>
        <w:textAlignment w:val="baseline"/>
        <w:rPr>
          <w:rFonts w:ascii="Times New Roman" w:eastAsia="PT Astra Serif" w:hAnsi="Times New Roman" w:cs="Times New Roman"/>
          <w:kern w:val="1"/>
          <w:sz w:val="24"/>
          <w:szCs w:val="24"/>
          <w:lang w:eastAsia="ru-RU"/>
        </w:rPr>
      </w:pPr>
      <w:r w:rsidRPr="00D90B8A">
        <w:rPr>
          <w:rFonts w:ascii="Times New Roman" w:eastAsia="PT Astra Serif" w:hAnsi="Times New Roman" w:cs="Times New Roman"/>
          <w:kern w:val="1"/>
          <w:sz w:val="24"/>
          <w:szCs w:val="24"/>
          <w:lang w:eastAsia="ru-RU"/>
        </w:rPr>
        <w:t>4 класс - по 4-5 реплик</w:t>
      </w:r>
      <w:r w:rsidRPr="00D90B8A">
        <w:rPr>
          <w:rFonts w:ascii="Times New Roman" w:eastAsia="PT Astra Serif" w:hAnsi="Times New Roman" w:cs="Times New Roman"/>
          <w:i/>
          <w:kern w:val="1"/>
          <w:sz w:val="24"/>
          <w:szCs w:val="24"/>
          <w:lang w:eastAsia="ru-RU"/>
        </w:rPr>
        <w:t>.</w:t>
      </w:r>
    </w:p>
    <w:p w:rsidR="00063CD9" w:rsidRPr="002930C9" w:rsidRDefault="00063CD9" w:rsidP="00063CD9">
      <w:pPr>
        <w:widowControl w:val="0"/>
        <w:numPr>
          <w:ilvl w:val="0"/>
          <w:numId w:val="25"/>
        </w:numPr>
        <w:pBdr>
          <w:top w:val="none" w:sz="0" w:space="0" w:color="000000"/>
          <w:left w:val="none" w:sz="0" w:space="0" w:color="000000"/>
          <w:bottom w:val="none" w:sz="0" w:space="0" w:color="000000"/>
          <w:right w:val="none" w:sz="0" w:space="0" w:color="000000"/>
        </w:pBdr>
        <w:tabs>
          <w:tab w:val="left" w:pos="0"/>
        </w:tabs>
        <w:jc w:val="center"/>
        <w:textAlignment w:val="baseline"/>
        <w:outlineLvl w:val="0"/>
        <w:rPr>
          <w:rFonts w:ascii="Times New Roman" w:eastAsia="PT Astra Serif" w:hAnsi="Times New Roman" w:cs="Times New Roman"/>
          <w:b/>
          <w:i/>
          <w:kern w:val="1"/>
          <w:sz w:val="24"/>
          <w:szCs w:val="24"/>
          <w:u w:val="single"/>
          <w:lang w:eastAsia="ru-RU"/>
        </w:rPr>
      </w:pPr>
      <w:r>
        <w:rPr>
          <w:rFonts w:ascii="Times New Roman" w:eastAsia="PT Astra Serif" w:hAnsi="Times New Roman" w:cs="Times New Roman"/>
          <w:b/>
          <w:i/>
          <w:kern w:val="1"/>
          <w:sz w:val="24"/>
          <w:szCs w:val="24"/>
          <w:u w:val="single"/>
          <w:lang w:eastAsia="ru-RU"/>
        </w:rPr>
        <w:t>Письменная реч</w:t>
      </w:r>
      <w:r>
        <w:rPr>
          <w:rFonts w:ascii="Times New Roman" w:eastAsia="PT Astra Serif" w:hAnsi="Times New Roman" w:cs="Times New Roman"/>
          <w:b/>
          <w:i/>
          <w:spacing w:val="-2"/>
          <w:kern w:val="1"/>
          <w:sz w:val="24"/>
          <w:szCs w:val="24"/>
          <w:u w:val="single"/>
          <w:lang w:eastAsia="ru-RU"/>
        </w:rPr>
        <w:t>ь</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28"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«5»:</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 xml:space="preserve">коммуникативная задача решена, соблюдены основные правила оформления текста, очень незначительное количество орфографических и лексико-грамматических погрешностей. Логичное и последовательное изложение материала с делением текста на абзацы. Правильное использование различных средств передачи логической связи между отдельными частями текста. </w:t>
      </w:r>
      <w:proofErr w:type="gramStart"/>
      <w:r w:rsidRPr="00D90B8A">
        <w:rPr>
          <w:rFonts w:ascii="Times New Roman" w:eastAsia="PT Astra Serif" w:hAnsi="Times New Roman" w:cs="Times New Roman"/>
          <w:kern w:val="1"/>
          <w:sz w:val="24"/>
          <w:szCs w:val="24"/>
          <w:lang w:eastAsia="ru-RU"/>
        </w:rPr>
        <w:t>Обучающийся</w:t>
      </w:r>
      <w:proofErr w:type="gramEnd"/>
      <w:r w:rsidRPr="00D90B8A">
        <w:rPr>
          <w:rFonts w:ascii="Times New Roman" w:eastAsia="PT Astra Serif" w:hAnsi="Times New Roman" w:cs="Times New Roman"/>
          <w:kern w:val="1"/>
          <w:sz w:val="24"/>
          <w:szCs w:val="24"/>
          <w:lang w:eastAsia="ru-RU"/>
        </w:rPr>
        <w:t xml:space="preserve"> показал знание большого запаса лексики и успешно использовал ее с учетом норм иностранного языка. Практически нет ошибок. Соблюдается правильный порядок слов. При использовании более сложных конструкций допустимо небольшое количество ошибок, которые не нарушают понимание текста. Почти нет орфографических ошибок. Соблюдается деление текста на предложения. Имеющиеся неточности не мешают пониманию текста.</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25"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«4»:</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 xml:space="preserve">коммуникативная задача решена, но лексико-грамматические погрешности, в том числе выходящих за базовый уровень, препятствуют пониманию. Мысли изложены в основном логично. Допустимы отдельные недостатки при делении </w:t>
      </w:r>
      <w:r w:rsidRPr="00D90B8A">
        <w:rPr>
          <w:rFonts w:ascii="Times New Roman" w:eastAsia="PT Astra Serif" w:hAnsi="Times New Roman" w:cs="Times New Roman"/>
          <w:kern w:val="1"/>
          <w:sz w:val="24"/>
          <w:szCs w:val="24"/>
          <w:lang w:eastAsia="ru-RU"/>
        </w:rPr>
        <w:lastRenderedPageBreak/>
        <w:t>текста на абзацы и при использовании средств передачи логической связи между отдельными частями текста или в формате письма. Обучающийся использовал достаточный объем лексики, допуская отдельные неточности в употреблении слов или ограниченный запас слов, но эффективно и правильно, с учетом норм иностранного языка. В работе имеется ряд грамматических ошибок, не препятствующих пониманию текста. Допустимо несколько орфографических ошибок, которые не затрудняют понимание текста.</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tabs>
          <w:tab w:val="left" w:pos="284"/>
        </w:tabs>
        <w:ind w:right="228" w:firstLine="567"/>
        <w:jc w:val="both"/>
        <w:textAlignment w:val="baseline"/>
        <w:rPr>
          <w:rFonts w:ascii="Times New Roman" w:eastAsia="PT Astra Serif" w:hAnsi="Times New Roman" w:cs="Times New Roman"/>
          <w:i/>
          <w:kern w:val="1"/>
          <w:sz w:val="24"/>
          <w:szCs w:val="24"/>
          <w:lang w:eastAsia="ru-RU"/>
        </w:rPr>
      </w:pPr>
      <w:r w:rsidRPr="002930C9">
        <w:rPr>
          <w:rFonts w:ascii="Times New Roman" w:eastAsia="PT Astra Serif" w:hAnsi="Times New Roman" w:cs="Times New Roman"/>
          <w:b/>
          <w:kern w:val="1"/>
          <w:sz w:val="24"/>
          <w:szCs w:val="24"/>
          <w:lang w:eastAsia="ru-RU"/>
        </w:rPr>
        <w:t>Оценка «3»:</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коммуникативная задача решена, но языковые погрешности, в том числе при применении языковых средств, составляющих базовый уровень, препятствуют пониманию текста. Мысли не всегда изложены логично. Деление текста на абзацы недостаточно последовательно или вообще отсутствует. Ошибки в использовании средств передачи логической связи между отдельными частями текста. Много ошибок в формате письма. Обучающийся использовал ограниченный запас слов, не всегда соблюдая нормы иностранного языка. В работе либо часто встречаются грамматические ошибки элементарного уровня, либо ошибки немногочисленны, но так серьезны, что затрудняют понимание текста. Имеются многие ошибки, орфографические и пунктуационные, некоторые из них могут приводить к непониманию текста.</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27" w:firstLine="567"/>
        <w:jc w:val="both"/>
        <w:textAlignment w:val="baseline"/>
        <w:rPr>
          <w:rFonts w:ascii="Times New Roman" w:eastAsia="PT Astra Serif" w:hAnsi="Times New Roman" w:cs="Times New Roman"/>
          <w:spacing w:val="-2"/>
          <w:kern w:val="1"/>
          <w:sz w:val="24"/>
          <w:szCs w:val="24"/>
          <w:lang w:eastAsia="ru-RU"/>
        </w:rPr>
      </w:pPr>
      <w:r w:rsidRPr="002930C9">
        <w:rPr>
          <w:rFonts w:ascii="Times New Roman" w:eastAsia="PT Astra Serif" w:hAnsi="Times New Roman" w:cs="Times New Roman"/>
          <w:b/>
          <w:kern w:val="1"/>
          <w:sz w:val="24"/>
          <w:szCs w:val="24"/>
          <w:lang w:eastAsia="ru-RU"/>
        </w:rPr>
        <w:t>Оценка «2»:</w:t>
      </w:r>
      <w:r w:rsidRPr="00D90B8A">
        <w:rPr>
          <w:rFonts w:ascii="Times New Roman" w:eastAsia="PT Astra Serif" w:hAnsi="Times New Roman" w:cs="Times New Roman"/>
          <w:i/>
          <w:kern w:val="1"/>
          <w:sz w:val="24"/>
          <w:szCs w:val="24"/>
          <w:lang w:eastAsia="ru-RU"/>
        </w:rPr>
        <w:t xml:space="preserve"> </w:t>
      </w:r>
      <w:r w:rsidRPr="00D90B8A">
        <w:rPr>
          <w:rFonts w:ascii="Times New Roman" w:eastAsia="PT Astra Serif" w:hAnsi="Times New Roman" w:cs="Times New Roman"/>
          <w:kern w:val="1"/>
          <w:sz w:val="24"/>
          <w:szCs w:val="24"/>
          <w:lang w:eastAsia="ru-RU"/>
        </w:rPr>
        <w:t>коммуникативная задача не решена. Отсутствует логика в построении высказывания. Не используются средства передачи логической связи между частями текста. Формат письма не соблюдается. Обучающийся не смог правильно использовать свой лексический запас для выражения своих мыслей или не обладает необходимым запасом слов. Грамматические правила не соблюдаются. Правила орфографии и пунктуации не соблюдаются.</w:t>
      </w:r>
    </w:p>
    <w:p w:rsidR="00063CD9" w:rsidRPr="002930C9" w:rsidRDefault="00063CD9" w:rsidP="00063CD9">
      <w:pPr>
        <w:widowControl w:val="0"/>
        <w:numPr>
          <w:ilvl w:val="0"/>
          <w:numId w:val="25"/>
        </w:numPr>
        <w:pBdr>
          <w:top w:val="none" w:sz="0" w:space="0" w:color="000000"/>
          <w:left w:val="none" w:sz="0" w:space="0" w:color="000000"/>
          <w:bottom w:val="none" w:sz="0" w:space="0" w:color="000000"/>
          <w:right w:val="none" w:sz="0" w:space="0" w:color="000000"/>
        </w:pBdr>
        <w:tabs>
          <w:tab w:val="left" w:pos="0"/>
        </w:tabs>
        <w:ind w:firstLine="567"/>
        <w:textAlignment w:val="baseline"/>
        <w:outlineLvl w:val="0"/>
        <w:rPr>
          <w:rFonts w:ascii="Times New Roman" w:eastAsia="PT Astra Serif" w:hAnsi="Times New Roman" w:cs="Times New Roman"/>
          <w:b/>
          <w:i/>
          <w:kern w:val="1"/>
          <w:sz w:val="24"/>
          <w:szCs w:val="24"/>
          <w:lang w:eastAsia="ru-RU"/>
        </w:rPr>
      </w:pPr>
      <w:r w:rsidRPr="002930C9">
        <w:rPr>
          <w:rFonts w:ascii="Times New Roman" w:eastAsia="PT Astra Serif" w:hAnsi="Times New Roman" w:cs="Times New Roman"/>
          <w:b/>
          <w:i/>
          <w:spacing w:val="-2"/>
          <w:kern w:val="1"/>
          <w:sz w:val="24"/>
          <w:szCs w:val="24"/>
          <w:lang w:eastAsia="ru-RU"/>
        </w:rPr>
        <w:t>Критерии:</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firstLine="567"/>
        <w:jc w:val="both"/>
        <w:textAlignment w:val="baseline"/>
        <w:rPr>
          <w:rFonts w:ascii="Times New Roman" w:eastAsia="PT Astra Serif" w:hAnsi="Times New Roman" w:cs="Times New Roman"/>
          <w:kern w:val="1"/>
          <w:sz w:val="24"/>
          <w:szCs w:val="24"/>
          <w:lang w:eastAsia="ru-RU"/>
        </w:rPr>
      </w:pPr>
      <w:r w:rsidRPr="00D90B8A">
        <w:rPr>
          <w:rFonts w:ascii="Times New Roman" w:eastAsia="PT Astra Serif" w:hAnsi="Times New Roman" w:cs="Times New Roman"/>
          <w:kern w:val="1"/>
          <w:sz w:val="24"/>
          <w:szCs w:val="24"/>
          <w:lang w:eastAsia="ru-RU"/>
        </w:rPr>
        <w:t xml:space="preserve">- содержание (0-1-2-3 балла) – аспекты задания </w:t>
      </w:r>
      <w:r w:rsidRPr="00D90B8A">
        <w:rPr>
          <w:rFonts w:ascii="Times New Roman" w:eastAsia="PT Astra Serif" w:hAnsi="Times New Roman" w:cs="Times New Roman"/>
          <w:spacing w:val="-2"/>
          <w:kern w:val="1"/>
          <w:sz w:val="24"/>
          <w:szCs w:val="24"/>
          <w:lang w:eastAsia="ru-RU"/>
        </w:rPr>
        <w:t>раскрыты;</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tabs>
          <w:tab w:val="left" w:pos="1300"/>
        </w:tabs>
        <w:ind w:firstLine="567"/>
        <w:jc w:val="both"/>
        <w:textAlignment w:val="baseline"/>
        <w:rPr>
          <w:rFonts w:ascii="Times New Roman" w:eastAsia="PT Astra Serif" w:hAnsi="Times New Roman" w:cs="Times New Roman"/>
          <w:kern w:val="1"/>
          <w:sz w:val="24"/>
          <w:szCs w:val="24"/>
          <w:lang w:eastAsia="ru-RU"/>
        </w:rPr>
      </w:pPr>
      <w:proofErr w:type="gramStart"/>
      <w:r w:rsidRPr="00D90B8A">
        <w:rPr>
          <w:rFonts w:ascii="Times New Roman" w:eastAsia="PT Astra Serif" w:hAnsi="Times New Roman" w:cs="Times New Roman"/>
          <w:kern w:val="1"/>
          <w:sz w:val="24"/>
          <w:szCs w:val="24"/>
          <w:lang w:eastAsia="ru-RU"/>
        </w:rPr>
        <w:t>- организация (0-1-2-3 балла) – высказывание логично, соответствует плану, есть вступление, заключение, деление на абзацы, правильные связки;</w:t>
      </w:r>
      <w:proofErr w:type="gramEnd"/>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tabs>
          <w:tab w:val="left" w:pos="1300"/>
        </w:tabs>
        <w:ind w:firstLine="567"/>
        <w:jc w:val="both"/>
        <w:textAlignment w:val="baseline"/>
        <w:rPr>
          <w:rFonts w:ascii="Times New Roman" w:eastAsia="PT Astra Serif" w:hAnsi="Times New Roman" w:cs="Times New Roman"/>
          <w:kern w:val="1"/>
          <w:sz w:val="24"/>
          <w:szCs w:val="24"/>
          <w:lang w:eastAsia="ru-RU"/>
        </w:rPr>
      </w:pPr>
      <w:r w:rsidRPr="00D90B8A">
        <w:rPr>
          <w:rFonts w:ascii="Times New Roman" w:eastAsia="PT Astra Serif" w:hAnsi="Times New Roman" w:cs="Times New Roman"/>
          <w:kern w:val="1"/>
          <w:sz w:val="24"/>
          <w:szCs w:val="24"/>
          <w:lang w:eastAsia="ru-RU"/>
        </w:rPr>
        <w:t>- грамматическое и лексическое оформление (0-1-2-3 балла) – 0-1ошибка – 3 балла; 2-3 ошибки - 2 балла; 4-5 ошибок - 1 балл; при 6 ошибках 0 баллов;</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tabs>
          <w:tab w:val="left" w:pos="1558"/>
        </w:tabs>
        <w:ind w:firstLine="567"/>
        <w:jc w:val="both"/>
        <w:textAlignment w:val="baseline"/>
        <w:rPr>
          <w:rFonts w:ascii="PT Astra Serif" w:eastAsia="PT Astra Serif" w:hAnsi="PT Astra Serif" w:cs="PT Astra Serif"/>
          <w:i/>
          <w:sz w:val="24"/>
          <w:szCs w:val="24"/>
          <w:lang w:eastAsia="ru-RU"/>
        </w:rPr>
      </w:pPr>
      <w:r w:rsidRPr="00D90B8A">
        <w:rPr>
          <w:rFonts w:ascii="Times New Roman" w:eastAsia="PT Astra Serif" w:hAnsi="Times New Roman" w:cs="Times New Roman"/>
          <w:kern w:val="1"/>
          <w:sz w:val="24"/>
          <w:szCs w:val="24"/>
          <w:lang w:eastAsia="ru-RU"/>
        </w:rPr>
        <w:t>- орфография и пунктуация (0-1 балл) – при 6 ошибках 0</w:t>
      </w:r>
      <w:r w:rsidRPr="00D90B8A">
        <w:rPr>
          <w:rFonts w:ascii="Times New Roman" w:eastAsia="PT Astra Serif" w:hAnsi="Times New Roman" w:cs="Times New Roman"/>
          <w:spacing w:val="-2"/>
          <w:kern w:val="1"/>
          <w:sz w:val="24"/>
          <w:szCs w:val="24"/>
          <w:lang w:eastAsia="ru-RU"/>
        </w:rPr>
        <w:t xml:space="preserve"> баллов.</w:t>
      </w:r>
    </w:p>
    <w:tbl>
      <w:tblPr>
        <w:tblW w:w="0" w:type="auto"/>
        <w:tblInd w:w="142" w:type="dxa"/>
        <w:tblLayout w:type="fixed"/>
        <w:tblCellMar>
          <w:left w:w="5" w:type="dxa"/>
          <w:right w:w="5" w:type="dxa"/>
        </w:tblCellMar>
        <w:tblLook w:val="0000"/>
      </w:tblPr>
      <w:tblGrid>
        <w:gridCol w:w="7651"/>
        <w:gridCol w:w="2413"/>
      </w:tblGrid>
      <w:tr w:rsidR="00063CD9" w:rsidRPr="00D90B8A" w:rsidTr="00063CD9">
        <w:trPr>
          <w:trHeight w:val="70"/>
        </w:trPr>
        <w:tc>
          <w:tcPr>
            <w:tcW w:w="7651"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i/>
                <w:sz w:val="24"/>
                <w:szCs w:val="24"/>
              </w:rPr>
              <w:t xml:space="preserve">Количество </w:t>
            </w:r>
            <w:r w:rsidRPr="00D90B8A">
              <w:rPr>
                <w:rFonts w:ascii="Times New Roman" w:eastAsia="PT Astra Serif" w:hAnsi="Times New Roman" w:cs="Times New Roman"/>
                <w:i/>
                <w:spacing w:val="-2"/>
                <w:sz w:val="24"/>
                <w:szCs w:val="24"/>
              </w:rPr>
              <w:t>баллов</w:t>
            </w:r>
          </w:p>
        </w:tc>
        <w:tc>
          <w:tcPr>
            <w:tcW w:w="2413"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3"/>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i/>
                <w:spacing w:val="-2"/>
                <w:sz w:val="24"/>
                <w:szCs w:val="24"/>
              </w:rPr>
              <w:t>Оценка</w:t>
            </w:r>
          </w:p>
        </w:tc>
      </w:tr>
      <w:tr w:rsidR="00063CD9" w:rsidRPr="00D90B8A" w:rsidTr="00063CD9">
        <w:trPr>
          <w:trHeight w:val="70"/>
        </w:trPr>
        <w:tc>
          <w:tcPr>
            <w:tcW w:w="7651"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1"/>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z w:val="24"/>
                <w:szCs w:val="24"/>
              </w:rPr>
              <w:t xml:space="preserve">9-10 </w:t>
            </w:r>
            <w:r w:rsidRPr="00D90B8A">
              <w:rPr>
                <w:rFonts w:ascii="Times New Roman" w:eastAsia="PT Astra Serif" w:hAnsi="Times New Roman" w:cs="Times New Roman"/>
                <w:spacing w:val="-2"/>
                <w:sz w:val="24"/>
                <w:szCs w:val="24"/>
              </w:rPr>
              <w:t>баллов</w:t>
            </w:r>
          </w:p>
        </w:tc>
        <w:tc>
          <w:tcPr>
            <w:tcW w:w="2413"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pacing w:val="-10"/>
                <w:sz w:val="24"/>
                <w:szCs w:val="24"/>
              </w:rPr>
              <w:t>5</w:t>
            </w:r>
          </w:p>
        </w:tc>
      </w:tr>
      <w:tr w:rsidR="00063CD9" w:rsidRPr="00D90B8A" w:rsidTr="00063CD9">
        <w:trPr>
          <w:trHeight w:val="70"/>
        </w:trPr>
        <w:tc>
          <w:tcPr>
            <w:tcW w:w="7651"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z w:val="24"/>
                <w:szCs w:val="24"/>
              </w:rPr>
              <w:t>7-8</w:t>
            </w:r>
            <w:r w:rsidRPr="00D90B8A">
              <w:rPr>
                <w:rFonts w:ascii="Times New Roman" w:eastAsia="PT Astra Serif" w:hAnsi="Times New Roman" w:cs="Times New Roman"/>
                <w:spacing w:val="-2"/>
                <w:sz w:val="24"/>
                <w:szCs w:val="24"/>
              </w:rPr>
              <w:t xml:space="preserve"> баллов</w:t>
            </w:r>
          </w:p>
        </w:tc>
        <w:tc>
          <w:tcPr>
            <w:tcW w:w="2413"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pacing w:val="-10"/>
                <w:sz w:val="24"/>
                <w:szCs w:val="24"/>
              </w:rPr>
              <w:t>4</w:t>
            </w:r>
          </w:p>
        </w:tc>
      </w:tr>
      <w:tr w:rsidR="00063CD9" w:rsidRPr="00D90B8A" w:rsidTr="00063CD9">
        <w:trPr>
          <w:trHeight w:val="70"/>
        </w:trPr>
        <w:tc>
          <w:tcPr>
            <w:tcW w:w="7651"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z w:val="24"/>
                <w:szCs w:val="24"/>
              </w:rPr>
              <w:t>5-6</w:t>
            </w:r>
            <w:r w:rsidRPr="00D90B8A">
              <w:rPr>
                <w:rFonts w:ascii="Times New Roman" w:eastAsia="PT Astra Serif" w:hAnsi="Times New Roman" w:cs="Times New Roman"/>
                <w:spacing w:val="-2"/>
                <w:sz w:val="24"/>
                <w:szCs w:val="24"/>
              </w:rPr>
              <w:t xml:space="preserve"> баллов</w:t>
            </w:r>
          </w:p>
        </w:tc>
        <w:tc>
          <w:tcPr>
            <w:tcW w:w="2413"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pacing w:val="-10"/>
                <w:sz w:val="24"/>
                <w:szCs w:val="24"/>
              </w:rPr>
              <w:t>3</w:t>
            </w:r>
          </w:p>
        </w:tc>
      </w:tr>
      <w:tr w:rsidR="00063CD9" w:rsidRPr="00D90B8A" w:rsidTr="00063CD9">
        <w:trPr>
          <w:trHeight w:val="72"/>
        </w:trPr>
        <w:tc>
          <w:tcPr>
            <w:tcW w:w="7651"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z w:val="24"/>
                <w:szCs w:val="24"/>
              </w:rPr>
              <w:t xml:space="preserve">4 и менее </w:t>
            </w:r>
            <w:r w:rsidRPr="00D90B8A">
              <w:rPr>
                <w:rFonts w:ascii="Times New Roman" w:eastAsia="PT Astra Serif" w:hAnsi="Times New Roman" w:cs="Times New Roman"/>
                <w:spacing w:val="-2"/>
                <w:sz w:val="24"/>
                <w:szCs w:val="24"/>
              </w:rPr>
              <w:t xml:space="preserve">баллов </w:t>
            </w:r>
            <w:r w:rsidRPr="00D90B8A">
              <w:rPr>
                <w:rFonts w:ascii="Times New Roman" w:eastAsia="PT Astra Serif" w:hAnsi="Times New Roman" w:cs="Times New Roman"/>
                <w:sz w:val="24"/>
                <w:szCs w:val="24"/>
              </w:rPr>
              <w:t xml:space="preserve">или если 0 баллов за </w:t>
            </w:r>
            <w:r w:rsidRPr="00D90B8A">
              <w:rPr>
                <w:rFonts w:ascii="Times New Roman" w:eastAsia="PT Astra Serif" w:hAnsi="Times New Roman" w:cs="Times New Roman"/>
                <w:spacing w:val="-2"/>
                <w:sz w:val="24"/>
                <w:szCs w:val="24"/>
              </w:rPr>
              <w:t>содержание</w:t>
            </w:r>
          </w:p>
        </w:tc>
        <w:tc>
          <w:tcPr>
            <w:tcW w:w="2413"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pacing w:val="-10"/>
                <w:sz w:val="24"/>
                <w:szCs w:val="24"/>
              </w:rPr>
              <w:t>2</w:t>
            </w:r>
          </w:p>
        </w:tc>
      </w:tr>
    </w:tbl>
    <w:p w:rsidR="00063CD9" w:rsidRPr="002930C9" w:rsidRDefault="00063CD9" w:rsidP="00063CD9">
      <w:pPr>
        <w:widowControl w:val="0"/>
        <w:numPr>
          <w:ilvl w:val="1"/>
          <w:numId w:val="25"/>
        </w:numPr>
        <w:pBdr>
          <w:top w:val="none" w:sz="0" w:space="0" w:color="000000"/>
          <w:left w:val="none" w:sz="0" w:space="0" w:color="000000"/>
          <w:bottom w:val="none" w:sz="0" w:space="0" w:color="000000"/>
          <w:right w:val="none" w:sz="0" w:space="0" w:color="000000"/>
        </w:pBdr>
        <w:tabs>
          <w:tab w:val="left" w:pos="0"/>
        </w:tabs>
        <w:ind w:firstLine="567"/>
        <w:jc w:val="both"/>
        <w:textAlignment w:val="baseline"/>
        <w:outlineLvl w:val="1"/>
        <w:rPr>
          <w:rFonts w:ascii="Times New Roman" w:eastAsia="PT Astra Serif" w:hAnsi="Times New Roman" w:cs="Times New Roman"/>
          <w:kern w:val="1"/>
          <w:sz w:val="24"/>
          <w:szCs w:val="24"/>
          <w:lang w:eastAsia="ru-RU"/>
        </w:rPr>
      </w:pPr>
      <w:r w:rsidRPr="002930C9">
        <w:rPr>
          <w:rFonts w:ascii="Times New Roman" w:eastAsia="PT Astra Serif" w:hAnsi="Times New Roman" w:cs="Times New Roman"/>
          <w:kern w:val="1"/>
          <w:sz w:val="24"/>
          <w:szCs w:val="24"/>
          <w:lang w:eastAsia="ru-RU"/>
        </w:rPr>
        <w:t>Объем письма:</w:t>
      </w:r>
    </w:p>
    <w:p w:rsidR="00063CD9" w:rsidRPr="002930C9" w:rsidRDefault="00063CD9" w:rsidP="00063CD9">
      <w:pPr>
        <w:widowControl w:val="0"/>
        <w:numPr>
          <w:ilvl w:val="1"/>
          <w:numId w:val="25"/>
        </w:numPr>
        <w:pBdr>
          <w:top w:val="none" w:sz="0" w:space="0" w:color="000000"/>
          <w:left w:val="none" w:sz="0" w:space="0" w:color="000000"/>
          <w:bottom w:val="none" w:sz="0" w:space="0" w:color="000000"/>
          <w:right w:val="none" w:sz="0" w:space="0" w:color="000000"/>
        </w:pBdr>
        <w:tabs>
          <w:tab w:val="left" w:pos="0"/>
        </w:tabs>
        <w:ind w:firstLine="567"/>
        <w:jc w:val="both"/>
        <w:textAlignment w:val="baseline"/>
        <w:outlineLvl w:val="1"/>
        <w:rPr>
          <w:rFonts w:ascii="Times New Roman" w:eastAsia="PT Astra Serif" w:hAnsi="Times New Roman" w:cs="Times New Roman"/>
          <w:kern w:val="1"/>
          <w:sz w:val="24"/>
          <w:szCs w:val="24"/>
          <w:lang w:eastAsia="ru-RU"/>
        </w:rPr>
      </w:pPr>
      <w:r w:rsidRPr="002930C9">
        <w:rPr>
          <w:rFonts w:ascii="Times New Roman" w:eastAsia="PT Astra Serif" w:hAnsi="Times New Roman" w:cs="Times New Roman"/>
          <w:kern w:val="1"/>
          <w:sz w:val="24"/>
          <w:szCs w:val="24"/>
          <w:lang w:eastAsia="ru-RU"/>
        </w:rPr>
        <w:t>2 класс – до 30 слов,</w:t>
      </w:r>
    </w:p>
    <w:p w:rsidR="00063CD9" w:rsidRPr="002930C9" w:rsidRDefault="00063CD9" w:rsidP="00063CD9">
      <w:pPr>
        <w:widowControl w:val="0"/>
        <w:numPr>
          <w:ilvl w:val="1"/>
          <w:numId w:val="25"/>
        </w:numPr>
        <w:pBdr>
          <w:top w:val="none" w:sz="0" w:space="0" w:color="000000"/>
          <w:left w:val="none" w:sz="0" w:space="0" w:color="000000"/>
          <w:bottom w:val="none" w:sz="0" w:space="0" w:color="000000"/>
          <w:right w:val="none" w:sz="0" w:space="0" w:color="000000"/>
        </w:pBdr>
        <w:tabs>
          <w:tab w:val="left" w:pos="0"/>
        </w:tabs>
        <w:ind w:firstLine="567"/>
        <w:jc w:val="both"/>
        <w:textAlignment w:val="baseline"/>
        <w:outlineLvl w:val="1"/>
        <w:rPr>
          <w:rFonts w:ascii="Times New Roman" w:eastAsia="PT Astra Serif" w:hAnsi="Times New Roman" w:cs="Times New Roman"/>
          <w:kern w:val="1"/>
          <w:sz w:val="24"/>
          <w:szCs w:val="24"/>
          <w:lang w:eastAsia="ru-RU"/>
        </w:rPr>
      </w:pPr>
      <w:r w:rsidRPr="002930C9">
        <w:rPr>
          <w:rFonts w:ascii="Times New Roman" w:eastAsia="PT Astra Serif" w:hAnsi="Times New Roman" w:cs="Times New Roman"/>
          <w:kern w:val="1"/>
          <w:sz w:val="24"/>
          <w:szCs w:val="24"/>
          <w:lang w:eastAsia="ru-RU"/>
        </w:rPr>
        <w:t>3 класс – до 40 слов,</w:t>
      </w:r>
    </w:p>
    <w:p w:rsidR="00063CD9" w:rsidRPr="002930C9" w:rsidRDefault="00063CD9" w:rsidP="00063CD9">
      <w:pPr>
        <w:widowControl w:val="0"/>
        <w:numPr>
          <w:ilvl w:val="1"/>
          <w:numId w:val="25"/>
        </w:numPr>
        <w:pBdr>
          <w:top w:val="none" w:sz="0" w:space="0" w:color="000000"/>
          <w:left w:val="none" w:sz="0" w:space="0" w:color="000000"/>
          <w:bottom w:val="none" w:sz="0" w:space="0" w:color="000000"/>
          <w:right w:val="none" w:sz="0" w:space="0" w:color="000000"/>
        </w:pBdr>
        <w:tabs>
          <w:tab w:val="left" w:pos="0"/>
        </w:tabs>
        <w:ind w:firstLine="567"/>
        <w:jc w:val="both"/>
        <w:textAlignment w:val="baseline"/>
        <w:outlineLvl w:val="1"/>
        <w:rPr>
          <w:rFonts w:ascii="Times New Roman" w:eastAsia="PT Astra Serif" w:hAnsi="Times New Roman" w:cs="Times New Roman"/>
          <w:kern w:val="1"/>
          <w:sz w:val="24"/>
          <w:szCs w:val="24"/>
          <w:lang w:eastAsia="ru-RU"/>
        </w:rPr>
      </w:pPr>
      <w:r w:rsidRPr="002930C9">
        <w:rPr>
          <w:rFonts w:ascii="Times New Roman" w:eastAsia="PT Astra Serif" w:hAnsi="Times New Roman" w:cs="Times New Roman"/>
          <w:kern w:val="1"/>
          <w:sz w:val="24"/>
          <w:szCs w:val="24"/>
          <w:lang w:eastAsia="ru-RU"/>
        </w:rPr>
        <w:t xml:space="preserve">4 класс – до 50 </w:t>
      </w:r>
      <w:r w:rsidRPr="002930C9">
        <w:rPr>
          <w:rFonts w:ascii="Times New Roman" w:eastAsia="PT Astra Serif" w:hAnsi="Times New Roman" w:cs="Times New Roman"/>
          <w:spacing w:val="-2"/>
          <w:kern w:val="1"/>
          <w:sz w:val="24"/>
          <w:szCs w:val="24"/>
          <w:lang w:eastAsia="ru-RU"/>
        </w:rPr>
        <w:t>слов.</w:t>
      </w:r>
    </w:p>
    <w:p w:rsidR="00063CD9" w:rsidRPr="002930C9" w:rsidRDefault="00063CD9" w:rsidP="00063CD9">
      <w:pPr>
        <w:widowControl w:val="0"/>
        <w:pBdr>
          <w:top w:val="none" w:sz="0" w:space="0" w:color="000000"/>
          <w:left w:val="none" w:sz="0" w:space="0" w:color="000000"/>
          <w:bottom w:val="none" w:sz="0" w:space="0" w:color="000000"/>
          <w:right w:val="none" w:sz="0" w:space="0" w:color="000000"/>
        </w:pBdr>
        <w:jc w:val="both"/>
        <w:textAlignment w:val="baseline"/>
        <w:rPr>
          <w:rFonts w:ascii="Times New Roman" w:eastAsia="PT Astra Serif" w:hAnsi="Times New Roman" w:cs="Times New Roman"/>
          <w:kern w:val="1"/>
          <w:sz w:val="24"/>
          <w:szCs w:val="24"/>
          <w:lang w:eastAsia="ru-RU"/>
        </w:rPr>
      </w:pP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1" w:firstLine="567"/>
        <w:jc w:val="both"/>
        <w:textAlignment w:val="baseline"/>
        <w:rPr>
          <w:rFonts w:ascii="PT Astra Serif" w:eastAsia="PT Astra Serif" w:hAnsi="PT Astra Serif" w:cs="PT Astra Serif"/>
          <w:sz w:val="24"/>
          <w:szCs w:val="24"/>
          <w:lang w:eastAsia="ru-RU"/>
        </w:rPr>
      </w:pPr>
      <w:r w:rsidRPr="00D90B8A">
        <w:rPr>
          <w:rFonts w:ascii="Times New Roman" w:eastAsia="PT Astra Serif" w:hAnsi="Times New Roman" w:cs="Times New Roman"/>
          <w:kern w:val="1"/>
          <w:sz w:val="24"/>
          <w:szCs w:val="24"/>
          <w:lang w:eastAsia="ru-RU"/>
        </w:rPr>
        <w:t xml:space="preserve">За письменные работы (контрольные работы, словарные диктанты) оценка вычисляется исходя из процента правильных ответов от общего объёма </w:t>
      </w:r>
      <w:r w:rsidRPr="00D90B8A">
        <w:rPr>
          <w:rFonts w:ascii="Times New Roman" w:eastAsia="PT Astra Serif" w:hAnsi="Times New Roman" w:cs="Times New Roman"/>
          <w:spacing w:val="-2"/>
          <w:kern w:val="1"/>
          <w:sz w:val="24"/>
          <w:szCs w:val="24"/>
          <w:lang w:eastAsia="ru-RU"/>
        </w:rPr>
        <w:t>заданий:</w:t>
      </w:r>
    </w:p>
    <w:tbl>
      <w:tblPr>
        <w:tblW w:w="0" w:type="auto"/>
        <w:tblInd w:w="124" w:type="dxa"/>
        <w:tblLayout w:type="fixed"/>
        <w:tblCellMar>
          <w:left w:w="0" w:type="dxa"/>
          <w:right w:w="0" w:type="dxa"/>
        </w:tblCellMar>
        <w:tblLook w:val="0000"/>
      </w:tblPr>
      <w:tblGrid>
        <w:gridCol w:w="2286"/>
        <w:gridCol w:w="2136"/>
        <w:gridCol w:w="1884"/>
        <w:gridCol w:w="1484"/>
        <w:gridCol w:w="2292"/>
      </w:tblGrid>
      <w:tr w:rsidR="00063CD9" w:rsidRPr="00D90B8A" w:rsidTr="00063CD9">
        <w:trPr>
          <w:trHeight w:val="70"/>
        </w:trPr>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textAlignment w:val="baseline"/>
              <w:rPr>
                <w:rFonts w:ascii="Times New Roman" w:eastAsia="Times New Roman" w:hAnsi="Times New Roman" w:cs="Times New Roman"/>
                <w:sz w:val="24"/>
                <w:szCs w:val="24"/>
              </w:rPr>
            </w:pPr>
          </w:p>
        </w:tc>
        <w:tc>
          <w:tcPr>
            <w:tcW w:w="21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i/>
                <w:sz w:val="24"/>
                <w:szCs w:val="24"/>
              </w:rPr>
              <w:t xml:space="preserve">Оценка </w:t>
            </w:r>
            <w:r w:rsidRPr="00D90B8A">
              <w:rPr>
                <w:rFonts w:ascii="Times New Roman" w:eastAsia="PT Astra Serif" w:hAnsi="Times New Roman" w:cs="Times New Roman"/>
                <w:i/>
                <w:spacing w:val="-5"/>
                <w:sz w:val="24"/>
                <w:szCs w:val="24"/>
              </w:rPr>
              <w:t>«2»</w:t>
            </w:r>
          </w:p>
        </w:tc>
        <w:tc>
          <w:tcPr>
            <w:tcW w:w="1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i/>
                <w:sz w:val="24"/>
                <w:szCs w:val="24"/>
              </w:rPr>
              <w:t xml:space="preserve">Оценка </w:t>
            </w:r>
            <w:r w:rsidRPr="00D90B8A">
              <w:rPr>
                <w:rFonts w:ascii="Times New Roman" w:eastAsia="PT Astra Serif" w:hAnsi="Times New Roman" w:cs="Times New Roman"/>
                <w:i/>
                <w:spacing w:val="-5"/>
                <w:sz w:val="24"/>
                <w:szCs w:val="24"/>
              </w:rPr>
              <w:t>«3»</w:t>
            </w:r>
          </w:p>
        </w:tc>
        <w:tc>
          <w:tcPr>
            <w:tcW w:w="1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92"/>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i/>
                <w:sz w:val="24"/>
                <w:szCs w:val="24"/>
              </w:rPr>
              <w:t xml:space="preserve">Оценка </w:t>
            </w:r>
            <w:r w:rsidRPr="00D90B8A">
              <w:rPr>
                <w:rFonts w:ascii="Times New Roman" w:eastAsia="PT Astra Serif" w:hAnsi="Times New Roman" w:cs="Times New Roman"/>
                <w:i/>
                <w:spacing w:val="-5"/>
                <w:sz w:val="24"/>
                <w:szCs w:val="24"/>
              </w:rPr>
              <w:t>«4»</w:t>
            </w: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i/>
                <w:sz w:val="24"/>
                <w:szCs w:val="24"/>
              </w:rPr>
              <w:t xml:space="preserve">Оценка </w:t>
            </w:r>
            <w:r w:rsidRPr="00D90B8A">
              <w:rPr>
                <w:rFonts w:ascii="Times New Roman" w:eastAsia="PT Astra Serif" w:hAnsi="Times New Roman" w:cs="Times New Roman"/>
                <w:i/>
                <w:spacing w:val="-5"/>
                <w:sz w:val="24"/>
                <w:szCs w:val="24"/>
              </w:rPr>
              <w:t>«5»</w:t>
            </w:r>
          </w:p>
        </w:tc>
      </w:tr>
      <w:tr w:rsidR="00063CD9" w:rsidRPr="00D90B8A" w:rsidTr="00063CD9">
        <w:trPr>
          <w:trHeight w:val="70"/>
        </w:trPr>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z w:val="24"/>
                <w:szCs w:val="24"/>
              </w:rPr>
              <w:t xml:space="preserve">Контрольные </w:t>
            </w:r>
            <w:r w:rsidRPr="00D90B8A">
              <w:rPr>
                <w:rFonts w:ascii="Times New Roman" w:eastAsia="PT Astra Serif" w:hAnsi="Times New Roman" w:cs="Times New Roman"/>
                <w:spacing w:val="-2"/>
                <w:sz w:val="24"/>
                <w:szCs w:val="24"/>
              </w:rPr>
              <w:t>работы</w:t>
            </w:r>
          </w:p>
        </w:tc>
        <w:tc>
          <w:tcPr>
            <w:tcW w:w="21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z w:val="24"/>
                <w:szCs w:val="24"/>
              </w:rPr>
              <w:t xml:space="preserve">0% - </w:t>
            </w:r>
            <w:r w:rsidRPr="00D90B8A">
              <w:rPr>
                <w:rFonts w:ascii="Times New Roman" w:eastAsia="PT Astra Serif" w:hAnsi="Times New Roman" w:cs="Times New Roman"/>
                <w:spacing w:val="-5"/>
                <w:sz w:val="24"/>
                <w:szCs w:val="24"/>
              </w:rPr>
              <w:t>44%</w:t>
            </w:r>
          </w:p>
        </w:tc>
        <w:tc>
          <w:tcPr>
            <w:tcW w:w="1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z w:val="24"/>
                <w:szCs w:val="24"/>
              </w:rPr>
              <w:t xml:space="preserve">45% - </w:t>
            </w:r>
            <w:r w:rsidRPr="00D90B8A">
              <w:rPr>
                <w:rFonts w:ascii="Times New Roman" w:eastAsia="PT Astra Serif" w:hAnsi="Times New Roman" w:cs="Times New Roman"/>
                <w:spacing w:val="-5"/>
                <w:sz w:val="24"/>
                <w:szCs w:val="24"/>
              </w:rPr>
              <w:t>64%</w:t>
            </w:r>
          </w:p>
        </w:tc>
        <w:tc>
          <w:tcPr>
            <w:tcW w:w="1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92"/>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z w:val="24"/>
                <w:szCs w:val="24"/>
              </w:rPr>
              <w:t>65% - 84</w:t>
            </w:r>
            <w:r w:rsidRPr="00D90B8A">
              <w:rPr>
                <w:rFonts w:ascii="Times New Roman" w:eastAsia="PT Astra Serif" w:hAnsi="Times New Roman" w:cs="Times New Roman"/>
                <w:spacing w:val="-5"/>
                <w:sz w:val="24"/>
                <w:szCs w:val="24"/>
              </w:rPr>
              <w:t>%</w:t>
            </w: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z w:val="24"/>
                <w:szCs w:val="24"/>
              </w:rPr>
              <w:t xml:space="preserve">85% - </w:t>
            </w:r>
            <w:r w:rsidRPr="00D90B8A">
              <w:rPr>
                <w:rFonts w:ascii="Times New Roman" w:eastAsia="PT Astra Serif" w:hAnsi="Times New Roman" w:cs="Times New Roman"/>
                <w:spacing w:val="-4"/>
                <w:sz w:val="24"/>
                <w:szCs w:val="24"/>
              </w:rPr>
              <w:t>100%</w:t>
            </w:r>
          </w:p>
        </w:tc>
      </w:tr>
      <w:tr w:rsidR="00063CD9" w:rsidRPr="00D90B8A" w:rsidTr="00063CD9">
        <w:trPr>
          <w:trHeight w:val="70"/>
        </w:trPr>
        <w:tc>
          <w:tcPr>
            <w:tcW w:w="2286"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z w:val="24"/>
                <w:szCs w:val="24"/>
              </w:rPr>
              <w:t>С</w:t>
            </w:r>
            <w:r w:rsidRPr="00D90B8A">
              <w:rPr>
                <w:rFonts w:ascii="Times New Roman" w:eastAsia="PT Astra Serif" w:hAnsi="Times New Roman" w:cs="Times New Roman"/>
                <w:spacing w:val="-2"/>
                <w:sz w:val="24"/>
                <w:szCs w:val="24"/>
              </w:rPr>
              <w:t>ловарные диктанты</w:t>
            </w:r>
          </w:p>
        </w:tc>
        <w:tc>
          <w:tcPr>
            <w:tcW w:w="21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z w:val="24"/>
                <w:szCs w:val="24"/>
              </w:rPr>
              <w:t xml:space="preserve">0% - </w:t>
            </w:r>
            <w:r w:rsidRPr="00D90B8A">
              <w:rPr>
                <w:rFonts w:ascii="Times New Roman" w:eastAsia="PT Astra Serif" w:hAnsi="Times New Roman" w:cs="Times New Roman"/>
                <w:spacing w:val="-5"/>
                <w:sz w:val="24"/>
                <w:szCs w:val="24"/>
              </w:rPr>
              <w:t>44%</w:t>
            </w:r>
          </w:p>
        </w:tc>
        <w:tc>
          <w:tcPr>
            <w:tcW w:w="1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z w:val="24"/>
                <w:szCs w:val="24"/>
              </w:rPr>
              <w:t xml:space="preserve">45% - </w:t>
            </w:r>
            <w:r w:rsidRPr="00D90B8A">
              <w:rPr>
                <w:rFonts w:ascii="Times New Roman" w:eastAsia="PT Astra Serif" w:hAnsi="Times New Roman" w:cs="Times New Roman"/>
                <w:spacing w:val="-5"/>
                <w:sz w:val="24"/>
                <w:szCs w:val="24"/>
              </w:rPr>
              <w:t>64%</w:t>
            </w:r>
          </w:p>
        </w:tc>
        <w:tc>
          <w:tcPr>
            <w:tcW w:w="1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92"/>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z w:val="24"/>
                <w:szCs w:val="24"/>
              </w:rPr>
              <w:t>65% - 84</w:t>
            </w:r>
            <w:r w:rsidRPr="00D90B8A">
              <w:rPr>
                <w:rFonts w:ascii="Times New Roman" w:eastAsia="PT Astra Serif" w:hAnsi="Times New Roman" w:cs="Times New Roman"/>
                <w:spacing w:val="-5"/>
                <w:sz w:val="24"/>
                <w:szCs w:val="24"/>
              </w:rPr>
              <w:t>%</w:t>
            </w:r>
          </w:p>
        </w:tc>
        <w:tc>
          <w:tcPr>
            <w:tcW w:w="22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z w:val="24"/>
                <w:szCs w:val="24"/>
              </w:rPr>
              <w:t xml:space="preserve">85% - </w:t>
            </w:r>
            <w:r w:rsidRPr="00D90B8A">
              <w:rPr>
                <w:rFonts w:ascii="Times New Roman" w:eastAsia="PT Astra Serif" w:hAnsi="Times New Roman" w:cs="Times New Roman"/>
                <w:spacing w:val="-4"/>
                <w:sz w:val="24"/>
                <w:szCs w:val="24"/>
              </w:rPr>
              <w:t>100%</w:t>
            </w:r>
          </w:p>
        </w:tc>
      </w:tr>
    </w:tbl>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both"/>
        <w:textAlignment w:val="baseline"/>
        <w:rPr>
          <w:rFonts w:ascii="Times New Roman" w:eastAsia="PT Astra Serif" w:hAnsi="Times New Roman" w:cs="Times New Roman"/>
          <w:kern w:val="1"/>
          <w:sz w:val="24"/>
          <w:szCs w:val="24"/>
          <w:lang w:eastAsia="ru-RU"/>
        </w:rPr>
      </w:pP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277" w:firstLine="567"/>
        <w:jc w:val="both"/>
        <w:textAlignment w:val="baseline"/>
        <w:rPr>
          <w:rFonts w:ascii="Times New Roman" w:eastAsia="PT Astra Serif" w:hAnsi="Times New Roman" w:cs="Times New Roman"/>
          <w:kern w:val="1"/>
          <w:sz w:val="28"/>
          <w:szCs w:val="24"/>
          <w:lang w:eastAsia="ru-RU"/>
        </w:rPr>
      </w:pPr>
      <w:r w:rsidRPr="002930C9">
        <w:rPr>
          <w:rFonts w:ascii="Times New Roman" w:eastAsia="PT Astra Serif" w:hAnsi="Times New Roman" w:cs="Times New Roman"/>
          <w:b/>
          <w:i/>
          <w:kern w:val="1"/>
          <w:sz w:val="24"/>
          <w:szCs w:val="24"/>
          <w:u w:val="single"/>
          <w:lang w:eastAsia="ru-RU"/>
        </w:rPr>
        <w:t>Творческие письменные работы</w:t>
      </w:r>
      <w:r w:rsidRPr="002930C9">
        <w:rPr>
          <w:rFonts w:ascii="Times New Roman" w:eastAsia="PT Astra Serif" w:hAnsi="Times New Roman" w:cs="Times New Roman"/>
          <w:i/>
          <w:kern w:val="1"/>
          <w:sz w:val="24"/>
          <w:szCs w:val="24"/>
          <w:lang w:eastAsia="ru-RU"/>
        </w:rPr>
        <w:t xml:space="preserve"> (письма)</w:t>
      </w:r>
      <w:r w:rsidRPr="00D90B8A">
        <w:rPr>
          <w:rFonts w:ascii="Times New Roman" w:eastAsia="PT Astra Serif" w:hAnsi="Times New Roman" w:cs="Times New Roman"/>
          <w:kern w:val="1"/>
          <w:sz w:val="24"/>
          <w:szCs w:val="24"/>
          <w:lang w:eastAsia="ru-RU"/>
        </w:rPr>
        <w:t xml:space="preserve"> оцениваются по пяти </w:t>
      </w:r>
      <w:r w:rsidRPr="00D90B8A">
        <w:rPr>
          <w:rFonts w:ascii="Times New Roman" w:eastAsia="PT Astra Serif" w:hAnsi="Times New Roman" w:cs="Times New Roman"/>
          <w:spacing w:val="-2"/>
          <w:kern w:val="1"/>
          <w:sz w:val="24"/>
          <w:szCs w:val="24"/>
          <w:lang w:eastAsia="ru-RU"/>
        </w:rPr>
        <w:t>критериям:</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tabs>
          <w:tab w:val="left" w:pos="1042"/>
        </w:tabs>
        <w:ind w:right="-1" w:firstLine="567"/>
        <w:jc w:val="both"/>
        <w:textAlignment w:val="baseline"/>
        <w:rPr>
          <w:rFonts w:ascii="Times New Roman" w:eastAsia="Source Han Sans CN Regular" w:hAnsi="Times New Roman" w:cs="Times New Roman"/>
          <w:kern w:val="1"/>
          <w:sz w:val="24"/>
          <w:szCs w:val="24"/>
          <w:lang w:eastAsia="ru-RU"/>
        </w:rPr>
      </w:pPr>
      <w:r w:rsidRPr="00D90B8A">
        <w:rPr>
          <w:rFonts w:ascii="Times New Roman" w:eastAsia="Source Han Sans CN Regular" w:hAnsi="Times New Roman" w:cs="Times New Roman"/>
          <w:kern w:val="1"/>
          <w:sz w:val="24"/>
          <w:szCs w:val="24"/>
          <w:lang w:eastAsia="ru-RU"/>
        </w:rPr>
        <w:t xml:space="preserve">- </w:t>
      </w:r>
      <w:r w:rsidRPr="00D90B8A">
        <w:rPr>
          <w:rFonts w:ascii="Times New Roman" w:eastAsia="Source Han Sans CN Regular" w:hAnsi="Times New Roman" w:cs="Times New Roman"/>
          <w:i/>
          <w:kern w:val="1"/>
          <w:sz w:val="24"/>
          <w:szCs w:val="24"/>
          <w:lang w:eastAsia="ru-RU"/>
        </w:rPr>
        <w:t>содержание</w:t>
      </w:r>
      <w:r w:rsidRPr="00D90B8A">
        <w:rPr>
          <w:rFonts w:ascii="Times New Roman" w:eastAsia="Source Han Sans CN Regular" w:hAnsi="Times New Roman" w:cs="Times New Roman"/>
          <w:kern w:val="1"/>
          <w:sz w:val="24"/>
          <w:szCs w:val="24"/>
          <w:lang w:eastAsia="ru-RU"/>
        </w:rPr>
        <w:t xml:space="preserve"> (соблюдение объема работы, соответствие теме, отражены ли все указанные в задании аспекты, стилевое оформление речи соответствует типу задания, аргументация на соответствующем уровне, соблюдение норм вежливости).</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1" w:firstLine="567"/>
        <w:jc w:val="both"/>
        <w:textAlignment w:val="baseline"/>
        <w:rPr>
          <w:rFonts w:ascii="Times New Roman" w:eastAsia="PT Astra Serif" w:hAnsi="Times New Roman" w:cs="Times New Roman"/>
          <w:kern w:val="1"/>
          <w:sz w:val="28"/>
          <w:szCs w:val="24"/>
          <w:lang w:eastAsia="ru-RU"/>
        </w:rPr>
      </w:pPr>
      <w:r w:rsidRPr="00D90B8A">
        <w:rPr>
          <w:rFonts w:ascii="Times New Roman" w:eastAsia="PT Astra Serif" w:hAnsi="Times New Roman" w:cs="Times New Roman"/>
          <w:kern w:val="1"/>
          <w:sz w:val="24"/>
          <w:szCs w:val="24"/>
          <w:lang w:eastAsia="ru-RU"/>
        </w:rPr>
        <w:t>При неудовлетворительной отметке за содержание остальные критерии не оцениваются, и работа получает неудовлетворительную отметку.</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tabs>
          <w:tab w:val="left" w:pos="1042"/>
        </w:tabs>
        <w:ind w:right="-1" w:firstLine="567"/>
        <w:jc w:val="both"/>
        <w:textAlignment w:val="baseline"/>
        <w:rPr>
          <w:rFonts w:ascii="Times New Roman" w:eastAsia="Source Han Sans CN Regular" w:hAnsi="Times New Roman" w:cs="Times New Roman"/>
          <w:kern w:val="1"/>
          <w:sz w:val="24"/>
          <w:szCs w:val="24"/>
          <w:lang w:eastAsia="ru-RU"/>
        </w:rPr>
      </w:pPr>
      <w:r w:rsidRPr="00D90B8A">
        <w:rPr>
          <w:rFonts w:ascii="Times New Roman" w:eastAsia="Source Han Sans CN Regular" w:hAnsi="Times New Roman" w:cs="Times New Roman"/>
          <w:kern w:val="1"/>
          <w:sz w:val="24"/>
          <w:szCs w:val="24"/>
          <w:lang w:eastAsia="ru-RU"/>
        </w:rPr>
        <w:lastRenderedPageBreak/>
        <w:t xml:space="preserve">- </w:t>
      </w:r>
      <w:r w:rsidRPr="00D90B8A">
        <w:rPr>
          <w:rFonts w:ascii="Times New Roman" w:eastAsia="Source Han Sans CN Regular" w:hAnsi="Times New Roman" w:cs="Times New Roman"/>
          <w:i/>
          <w:kern w:val="1"/>
          <w:sz w:val="24"/>
          <w:szCs w:val="24"/>
          <w:lang w:eastAsia="ru-RU"/>
        </w:rPr>
        <w:t>организация работы</w:t>
      </w:r>
      <w:r w:rsidRPr="00D90B8A">
        <w:rPr>
          <w:rFonts w:ascii="Times New Roman" w:eastAsia="Source Han Sans CN Regular" w:hAnsi="Times New Roman" w:cs="Times New Roman"/>
          <w:kern w:val="1"/>
          <w:sz w:val="24"/>
          <w:szCs w:val="24"/>
          <w:lang w:eastAsia="ru-RU"/>
        </w:rPr>
        <w:t xml:space="preserve"> (логичность высказывания, использование средств логической связи на соответствующем уровне, соблюдение формата высказывания и деление текста на абзацы);</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tabs>
          <w:tab w:val="left" w:pos="1042"/>
        </w:tabs>
        <w:ind w:right="-1" w:firstLine="567"/>
        <w:jc w:val="both"/>
        <w:textAlignment w:val="baseline"/>
        <w:rPr>
          <w:rFonts w:ascii="Times New Roman" w:eastAsia="Source Han Sans CN Regular" w:hAnsi="Times New Roman" w:cs="Times New Roman"/>
          <w:kern w:val="1"/>
          <w:sz w:val="24"/>
          <w:szCs w:val="24"/>
          <w:lang w:eastAsia="ru-RU"/>
        </w:rPr>
      </w:pPr>
      <w:r w:rsidRPr="00D90B8A">
        <w:rPr>
          <w:rFonts w:ascii="Times New Roman" w:eastAsia="Source Han Sans CN Regular" w:hAnsi="Times New Roman" w:cs="Times New Roman"/>
          <w:kern w:val="1"/>
          <w:sz w:val="24"/>
          <w:szCs w:val="24"/>
          <w:lang w:eastAsia="ru-RU"/>
        </w:rPr>
        <w:t xml:space="preserve">- </w:t>
      </w:r>
      <w:r w:rsidRPr="00D90B8A">
        <w:rPr>
          <w:rFonts w:ascii="Times New Roman" w:eastAsia="Source Han Sans CN Regular" w:hAnsi="Times New Roman" w:cs="Times New Roman"/>
          <w:i/>
          <w:kern w:val="1"/>
          <w:sz w:val="24"/>
          <w:szCs w:val="24"/>
          <w:lang w:eastAsia="ru-RU"/>
        </w:rPr>
        <w:t>лексика</w:t>
      </w:r>
      <w:r w:rsidRPr="00D90B8A">
        <w:rPr>
          <w:rFonts w:ascii="Times New Roman" w:eastAsia="Source Han Sans CN Regular" w:hAnsi="Times New Roman" w:cs="Times New Roman"/>
          <w:kern w:val="1"/>
          <w:sz w:val="24"/>
          <w:szCs w:val="24"/>
          <w:lang w:eastAsia="ru-RU"/>
        </w:rPr>
        <w:t xml:space="preserve"> (словарный запас соответствует поставленной задаче и требованиям данного года обучения языку);</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tabs>
          <w:tab w:val="left" w:pos="1042"/>
        </w:tabs>
        <w:ind w:right="-1" w:firstLine="567"/>
        <w:jc w:val="both"/>
        <w:textAlignment w:val="baseline"/>
        <w:rPr>
          <w:rFonts w:ascii="Times New Roman" w:eastAsia="Source Han Sans CN Regular" w:hAnsi="Times New Roman" w:cs="Times New Roman"/>
          <w:kern w:val="1"/>
          <w:sz w:val="24"/>
          <w:szCs w:val="24"/>
          <w:lang w:eastAsia="ru-RU"/>
        </w:rPr>
      </w:pPr>
      <w:r w:rsidRPr="00D90B8A">
        <w:rPr>
          <w:rFonts w:ascii="Times New Roman" w:eastAsia="Source Han Sans CN Regular" w:hAnsi="Times New Roman" w:cs="Times New Roman"/>
          <w:kern w:val="1"/>
          <w:sz w:val="24"/>
          <w:szCs w:val="24"/>
          <w:lang w:eastAsia="ru-RU"/>
        </w:rPr>
        <w:t xml:space="preserve">- </w:t>
      </w:r>
      <w:r w:rsidRPr="00D90B8A">
        <w:rPr>
          <w:rFonts w:ascii="Times New Roman" w:eastAsia="Source Han Sans CN Regular" w:hAnsi="Times New Roman" w:cs="Times New Roman"/>
          <w:i/>
          <w:kern w:val="1"/>
          <w:sz w:val="24"/>
          <w:szCs w:val="24"/>
          <w:lang w:eastAsia="ru-RU"/>
        </w:rPr>
        <w:t>грамматика</w:t>
      </w:r>
      <w:r w:rsidRPr="00D90B8A">
        <w:rPr>
          <w:rFonts w:ascii="Times New Roman" w:eastAsia="Source Han Sans CN Regular" w:hAnsi="Times New Roman" w:cs="Times New Roman"/>
          <w:kern w:val="1"/>
          <w:sz w:val="24"/>
          <w:szCs w:val="24"/>
          <w:lang w:eastAsia="ru-RU"/>
        </w:rPr>
        <w:t xml:space="preserve"> (использование разнообразных грамматических конструкций в соответствии с поставленной задачей и требованиям данного года обучения языку);</w:t>
      </w:r>
    </w:p>
    <w:p w:rsidR="00063CD9" w:rsidRPr="00D90B8A" w:rsidRDefault="00063CD9" w:rsidP="00063CD9">
      <w:pPr>
        <w:widowControl w:val="0"/>
        <w:pBdr>
          <w:top w:val="none" w:sz="0" w:space="0" w:color="000000"/>
          <w:left w:val="none" w:sz="0" w:space="0" w:color="000000"/>
          <w:bottom w:val="none" w:sz="0" w:space="0" w:color="000000"/>
          <w:right w:val="none" w:sz="0" w:space="0" w:color="000000"/>
        </w:pBdr>
        <w:tabs>
          <w:tab w:val="left" w:pos="1042"/>
        </w:tabs>
        <w:ind w:right="-1" w:firstLine="567"/>
        <w:jc w:val="both"/>
        <w:textAlignment w:val="baseline"/>
        <w:rPr>
          <w:rFonts w:ascii="Times New Roman" w:eastAsia="Source Han Sans CN Regular" w:hAnsi="Times New Roman" w:cs="Times New Roman"/>
          <w:spacing w:val="-2"/>
          <w:kern w:val="1"/>
          <w:sz w:val="24"/>
          <w:szCs w:val="24"/>
          <w:lang w:eastAsia="ru-RU"/>
        </w:rPr>
      </w:pPr>
      <w:r w:rsidRPr="00D90B8A">
        <w:rPr>
          <w:rFonts w:ascii="Times New Roman" w:eastAsia="Source Han Sans CN Regular" w:hAnsi="Times New Roman" w:cs="Times New Roman"/>
          <w:kern w:val="1"/>
          <w:sz w:val="24"/>
          <w:szCs w:val="24"/>
          <w:lang w:eastAsia="ru-RU"/>
        </w:rPr>
        <w:t xml:space="preserve">- </w:t>
      </w:r>
      <w:r w:rsidRPr="00D90B8A">
        <w:rPr>
          <w:rFonts w:ascii="Times New Roman" w:eastAsia="Source Han Sans CN Regular" w:hAnsi="Times New Roman" w:cs="Times New Roman"/>
          <w:i/>
          <w:kern w:val="1"/>
          <w:sz w:val="24"/>
          <w:szCs w:val="24"/>
          <w:lang w:eastAsia="ru-RU"/>
        </w:rPr>
        <w:t>орфография и пунктуация</w:t>
      </w:r>
      <w:r w:rsidRPr="00D90B8A">
        <w:rPr>
          <w:rFonts w:ascii="Times New Roman" w:eastAsia="Source Han Sans CN Regular" w:hAnsi="Times New Roman" w:cs="Times New Roman"/>
          <w:kern w:val="1"/>
          <w:sz w:val="24"/>
          <w:szCs w:val="24"/>
          <w:lang w:eastAsia="ru-RU"/>
        </w:rPr>
        <w:t xml:space="preserve"> (отсутствие орфографических ошибок, соблюдение главных правил пунктуации: предложения начинаются с заглавной буквы, в конце предложения стоит точка, вопросительный или восклицательный знак, а также соблюдение основных правил расстановки запятых).</w:t>
      </w:r>
    </w:p>
    <w:p w:rsidR="00063CD9" w:rsidRPr="002930C9" w:rsidRDefault="00063CD9" w:rsidP="00063CD9">
      <w:pPr>
        <w:widowControl w:val="0"/>
        <w:pBdr>
          <w:top w:val="none" w:sz="0" w:space="0" w:color="000000"/>
          <w:left w:val="none" w:sz="0" w:space="0" w:color="000000"/>
          <w:bottom w:val="none" w:sz="0" w:space="0" w:color="000000"/>
          <w:right w:val="none" w:sz="0" w:space="0" w:color="000000"/>
        </w:pBdr>
        <w:tabs>
          <w:tab w:val="left" w:pos="1042"/>
        </w:tabs>
        <w:jc w:val="center"/>
        <w:textAlignment w:val="baseline"/>
        <w:rPr>
          <w:rFonts w:ascii="PT Astra Serif" w:eastAsia="PT Astra Serif" w:hAnsi="PT Astra Serif" w:cs="PT Astra Serif"/>
          <w:b/>
          <w:i/>
          <w:sz w:val="24"/>
          <w:szCs w:val="24"/>
          <w:u w:val="single"/>
          <w:lang w:eastAsia="ru-RU"/>
        </w:rPr>
      </w:pPr>
      <w:r w:rsidRPr="002930C9">
        <w:rPr>
          <w:rFonts w:ascii="Times New Roman" w:eastAsia="PT Astra Serif" w:hAnsi="Times New Roman" w:cs="Times New Roman"/>
          <w:b/>
          <w:i/>
          <w:spacing w:val="-2"/>
          <w:kern w:val="1"/>
          <w:sz w:val="24"/>
          <w:szCs w:val="24"/>
          <w:u w:val="single"/>
          <w:lang w:eastAsia="ru-RU"/>
        </w:rPr>
        <w:t xml:space="preserve">Лексико-грамматический </w:t>
      </w:r>
      <w:r w:rsidRPr="002930C9">
        <w:rPr>
          <w:rFonts w:ascii="Times New Roman" w:eastAsia="PT Astra Serif" w:hAnsi="Times New Roman" w:cs="Times New Roman"/>
          <w:b/>
          <w:i/>
          <w:spacing w:val="-4"/>
          <w:kern w:val="1"/>
          <w:sz w:val="24"/>
          <w:szCs w:val="24"/>
          <w:u w:val="single"/>
          <w:lang w:eastAsia="ru-RU"/>
        </w:rPr>
        <w:t>тест</w:t>
      </w:r>
    </w:p>
    <w:tbl>
      <w:tblPr>
        <w:tblW w:w="0" w:type="auto"/>
        <w:tblInd w:w="142" w:type="dxa"/>
        <w:tblLayout w:type="fixed"/>
        <w:tblCellMar>
          <w:left w:w="5" w:type="dxa"/>
          <w:right w:w="5" w:type="dxa"/>
        </w:tblCellMar>
        <w:tblLook w:val="0000"/>
      </w:tblPr>
      <w:tblGrid>
        <w:gridCol w:w="5032"/>
        <w:gridCol w:w="5032"/>
      </w:tblGrid>
      <w:tr w:rsidR="00063CD9" w:rsidRPr="00D90B8A" w:rsidTr="00063CD9">
        <w:trPr>
          <w:trHeight w:val="70"/>
        </w:trPr>
        <w:tc>
          <w:tcPr>
            <w:tcW w:w="5032"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4"/>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i/>
                <w:sz w:val="24"/>
                <w:szCs w:val="24"/>
              </w:rPr>
              <w:t xml:space="preserve">% правильно выполненного </w:t>
            </w:r>
            <w:r w:rsidRPr="00D90B8A">
              <w:rPr>
                <w:rFonts w:ascii="Times New Roman" w:eastAsia="PT Astra Serif" w:hAnsi="Times New Roman" w:cs="Times New Roman"/>
                <w:i/>
                <w:spacing w:val="-2"/>
                <w:sz w:val="24"/>
                <w:szCs w:val="24"/>
              </w:rPr>
              <w:t>задания</w:t>
            </w:r>
          </w:p>
        </w:tc>
        <w:tc>
          <w:tcPr>
            <w:tcW w:w="5032"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3"/>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i/>
                <w:spacing w:val="-2"/>
                <w:sz w:val="24"/>
                <w:szCs w:val="24"/>
              </w:rPr>
              <w:t>Оценка</w:t>
            </w:r>
          </w:p>
        </w:tc>
      </w:tr>
      <w:tr w:rsidR="00063CD9" w:rsidRPr="00D90B8A" w:rsidTr="00063CD9">
        <w:trPr>
          <w:trHeight w:val="70"/>
        </w:trPr>
        <w:tc>
          <w:tcPr>
            <w:tcW w:w="5032"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pacing w:val="-4"/>
                <w:sz w:val="24"/>
                <w:szCs w:val="24"/>
              </w:rPr>
              <w:t>85 - 100%</w:t>
            </w:r>
          </w:p>
        </w:tc>
        <w:tc>
          <w:tcPr>
            <w:tcW w:w="5032"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pacing w:val="-10"/>
                <w:sz w:val="24"/>
                <w:szCs w:val="24"/>
              </w:rPr>
              <w:t>5</w:t>
            </w:r>
          </w:p>
        </w:tc>
      </w:tr>
      <w:tr w:rsidR="00063CD9" w:rsidRPr="00D90B8A" w:rsidTr="00063CD9">
        <w:trPr>
          <w:trHeight w:val="70"/>
        </w:trPr>
        <w:tc>
          <w:tcPr>
            <w:tcW w:w="5032"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pacing w:val="-5"/>
                <w:sz w:val="24"/>
                <w:szCs w:val="24"/>
              </w:rPr>
              <w:t>65 - 84 %</w:t>
            </w:r>
          </w:p>
        </w:tc>
        <w:tc>
          <w:tcPr>
            <w:tcW w:w="5032"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pacing w:val="-10"/>
                <w:sz w:val="24"/>
                <w:szCs w:val="24"/>
              </w:rPr>
              <w:t>4</w:t>
            </w:r>
          </w:p>
        </w:tc>
      </w:tr>
      <w:tr w:rsidR="00063CD9" w:rsidRPr="00D90B8A" w:rsidTr="00063CD9">
        <w:trPr>
          <w:trHeight w:val="70"/>
        </w:trPr>
        <w:tc>
          <w:tcPr>
            <w:tcW w:w="5032"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pacing w:val="-5"/>
                <w:sz w:val="24"/>
                <w:szCs w:val="24"/>
              </w:rPr>
              <w:t>45 - 64 %</w:t>
            </w:r>
          </w:p>
        </w:tc>
        <w:tc>
          <w:tcPr>
            <w:tcW w:w="5032"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pacing w:val="-10"/>
                <w:sz w:val="24"/>
                <w:szCs w:val="24"/>
              </w:rPr>
              <w:t>3</w:t>
            </w:r>
          </w:p>
        </w:tc>
      </w:tr>
      <w:tr w:rsidR="00063CD9" w:rsidRPr="00D90B8A" w:rsidTr="00063CD9">
        <w:trPr>
          <w:trHeight w:val="70"/>
        </w:trPr>
        <w:tc>
          <w:tcPr>
            <w:tcW w:w="5032"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ind w:right="4"/>
              <w:jc w:val="center"/>
              <w:textAlignment w:val="baseline"/>
              <w:rPr>
                <w:rFonts w:ascii="Times New Roman" w:eastAsia="Times New Roman" w:hAnsi="Times New Roman" w:cs="Times New Roman"/>
                <w:kern w:val="1"/>
                <w:sz w:val="28"/>
                <w:szCs w:val="24"/>
              </w:rPr>
            </w:pPr>
            <w:r>
              <w:rPr>
                <w:rFonts w:ascii="Times New Roman" w:eastAsia="PT Astra Serif" w:hAnsi="Times New Roman" w:cs="Times New Roman"/>
                <w:sz w:val="24"/>
                <w:szCs w:val="24"/>
              </w:rPr>
              <w:t>0 – 44%</w:t>
            </w:r>
          </w:p>
        </w:tc>
        <w:tc>
          <w:tcPr>
            <w:tcW w:w="5032" w:type="dxa"/>
            <w:tcBorders>
              <w:top w:val="single" w:sz="4" w:space="0" w:color="000000"/>
              <w:left w:val="single" w:sz="4" w:space="0" w:color="000000"/>
              <w:bottom w:val="single" w:sz="4" w:space="0" w:color="000000"/>
              <w:right w:val="single" w:sz="4" w:space="0" w:color="000000"/>
            </w:tcBorders>
            <w:shd w:val="clear" w:color="auto" w:fill="auto"/>
          </w:tcPr>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Times New Roman" w:hAnsi="Times New Roman" w:cs="Times New Roman"/>
                <w:kern w:val="1"/>
                <w:sz w:val="28"/>
                <w:szCs w:val="24"/>
              </w:rPr>
            </w:pPr>
            <w:r w:rsidRPr="00D90B8A">
              <w:rPr>
                <w:rFonts w:ascii="Times New Roman" w:eastAsia="PT Astra Serif" w:hAnsi="Times New Roman" w:cs="Times New Roman"/>
                <w:spacing w:val="-10"/>
                <w:sz w:val="24"/>
                <w:szCs w:val="24"/>
              </w:rPr>
              <w:t>2</w:t>
            </w:r>
          </w:p>
        </w:tc>
      </w:tr>
    </w:tbl>
    <w:p w:rsidR="00063CD9" w:rsidRPr="00D90B8A" w:rsidRDefault="00063CD9" w:rsidP="00063CD9">
      <w:pPr>
        <w:widowControl w:val="0"/>
        <w:pBdr>
          <w:top w:val="none" w:sz="0" w:space="0" w:color="000000"/>
          <w:left w:val="none" w:sz="0" w:space="0" w:color="000000"/>
          <w:bottom w:val="none" w:sz="0" w:space="0" w:color="000000"/>
          <w:right w:val="none" w:sz="0" w:space="0" w:color="000000"/>
        </w:pBdr>
        <w:jc w:val="center"/>
        <w:textAlignment w:val="baseline"/>
        <w:rPr>
          <w:rFonts w:ascii="Times New Roman" w:eastAsia="Consolas" w:hAnsi="Times New Roman" w:cs="Times New Roman"/>
          <w:b/>
          <w:kern w:val="1"/>
          <w:sz w:val="24"/>
          <w:szCs w:val="24"/>
          <w:lang w:eastAsia="ru-RU"/>
        </w:rPr>
      </w:pPr>
    </w:p>
    <w:p w:rsidR="00063CD9" w:rsidRPr="0091600F" w:rsidRDefault="00063CD9" w:rsidP="00063CD9">
      <w:pPr>
        <w:widowControl w:val="0"/>
        <w:autoSpaceDE w:val="0"/>
        <w:autoSpaceDN w:val="0"/>
        <w:ind w:right="566"/>
        <w:jc w:val="both"/>
        <w:rPr>
          <w:rFonts w:ascii="Times New Roman" w:hAnsi="Times New Roman" w:cs="Times New Roman"/>
          <w:sz w:val="24"/>
          <w:szCs w:val="24"/>
        </w:rPr>
      </w:pPr>
    </w:p>
    <w:p w:rsidR="00063CD9" w:rsidRDefault="00063CD9" w:rsidP="00063CD9">
      <w:pPr>
        <w:widowControl w:val="0"/>
        <w:ind w:right="566"/>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МАТЕМАТИКА</w:t>
      </w:r>
    </w:p>
    <w:p w:rsidR="00063CD9" w:rsidRPr="00E701B5" w:rsidRDefault="00063CD9" w:rsidP="00063CD9">
      <w:pPr>
        <w:pStyle w:val="Default"/>
        <w:widowControl w:val="0"/>
        <w:jc w:val="center"/>
        <w:rPr>
          <w:i/>
          <w:u w:val="single"/>
        </w:rPr>
      </w:pPr>
      <w:r w:rsidRPr="00E701B5">
        <w:rPr>
          <w:b/>
          <w:bCs/>
          <w:i/>
          <w:u w:val="single"/>
        </w:rPr>
        <w:t>Работа, состоящая из примеров</w:t>
      </w:r>
    </w:p>
    <w:p w:rsidR="00063CD9" w:rsidRDefault="00063CD9" w:rsidP="00063CD9">
      <w:pPr>
        <w:pStyle w:val="Default"/>
        <w:widowControl w:val="0"/>
        <w:ind w:firstLine="567"/>
      </w:pPr>
      <w:r>
        <w:rPr>
          <w:b/>
          <w:bCs/>
        </w:rPr>
        <w:t xml:space="preserve">Оценка «5» </w:t>
      </w:r>
      <w:r>
        <w:t xml:space="preserve">– без ошибок. </w:t>
      </w:r>
    </w:p>
    <w:p w:rsidR="00063CD9" w:rsidRDefault="00063CD9" w:rsidP="00063CD9">
      <w:pPr>
        <w:pStyle w:val="Default"/>
        <w:widowControl w:val="0"/>
        <w:ind w:firstLine="567"/>
      </w:pPr>
      <w:r>
        <w:rPr>
          <w:b/>
          <w:bCs/>
        </w:rPr>
        <w:t xml:space="preserve">Оценка «4» </w:t>
      </w:r>
      <w:r>
        <w:t xml:space="preserve">–1 грубая и 1–2 негрубые ошибки. </w:t>
      </w:r>
    </w:p>
    <w:p w:rsidR="00063CD9" w:rsidRDefault="00063CD9" w:rsidP="00063CD9">
      <w:pPr>
        <w:pStyle w:val="Default"/>
        <w:widowControl w:val="0"/>
        <w:ind w:firstLine="567"/>
      </w:pPr>
      <w:r>
        <w:rPr>
          <w:b/>
          <w:bCs/>
        </w:rPr>
        <w:t xml:space="preserve">Оценка «3» </w:t>
      </w:r>
      <w:r>
        <w:t xml:space="preserve">– 2–3 грубые и 1–2 негрубые ошибки или 3 и более негрубых ошибки. </w:t>
      </w:r>
    </w:p>
    <w:p w:rsidR="00063CD9" w:rsidRDefault="00063CD9" w:rsidP="00063CD9">
      <w:pPr>
        <w:pStyle w:val="Default"/>
        <w:widowControl w:val="0"/>
        <w:ind w:firstLine="567"/>
      </w:pPr>
      <w:r>
        <w:rPr>
          <w:b/>
          <w:bCs/>
        </w:rPr>
        <w:t xml:space="preserve">Оценка «2» </w:t>
      </w:r>
      <w:r>
        <w:t xml:space="preserve">– 4 и более грубых ошибки. </w:t>
      </w:r>
    </w:p>
    <w:p w:rsidR="00063CD9" w:rsidRPr="00E701B5" w:rsidRDefault="00063CD9" w:rsidP="00063CD9">
      <w:pPr>
        <w:pStyle w:val="Default"/>
        <w:widowControl w:val="0"/>
        <w:jc w:val="center"/>
        <w:rPr>
          <w:i/>
          <w:u w:val="single"/>
        </w:rPr>
      </w:pPr>
      <w:r w:rsidRPr="00E701B5">
        <w:rPr>
          <w:b/>
          <w:bCs/>
          <w:i/>
          <w:u w:val="single"/>
        </w:rPr>
        <w:t>Работа, состоящая из задач</w:t>
      </w:r>
    </w:p>
    <w:p w:rsidR="00063CD9" w:rsidRDefault="00063CD9" w:rsidP="00063CD9">
      <w:pPr>
        <w:pStyle w:val="Default"/>
        <w:widowControl w:val="0"/>
        <w:ind w:firstLine="567"/>
      </w:pPr>
      <w:r>
        <w:rPr>
          <w:b/>
          <w:bCs/>
        </w:rPr>
        <w:t xml:space="preserve">Оценка «5» </w:t>
      </w:r>
      <w:r>
        <w:t xml:space="preserve">– без ошибок. </w:t>
      </w:r>
    </w:p>
    <w:p w:rsidR="00063CD9" w:rsidRDefault="00063CD9" w:rsidP="00063CD9">
      <w:pPr>
        <w:pStyle w:val="Default"/>
        <w:widowControl w:val="0"/>
        <w:ind w:firstLine="567"/>
      </w:pPr>
      <w:r>
        <w:rPr>
          <w:b/>
          <w:bCs/>
        </w:rPr>
        <w:t xml:space="preserve">Оценка «4» </w:t>
      </w:r>
      <w:r>
        <w:t xml:space="preserve">– 1–2 негрубых ошибки. </w:t>
      </w:r>
    </w:p>
    <w:p w:rsidR="00063CD9" w:rsidRDefault="00063CD9" w:rsidP="00063CD9">
      <w:pPr>
        <w:pStyle w:val="Default"/>
        <w:widowControl w:val="0"/>
        <w:ind w:firstLine="567"/>
      </w:pPr>
      <w:r>
        <w:rPr>
          <w:b/>
          <w:bCs/>
        </w:rPr>
        <w:t xml:space="preserve">Оценка «3» </w:t>
      </w:r>
      <w:r>
        <w:t xml:space="preserve">– 1 грубая и 3–4 негрубые ошибки. </w:t>
      </w:r>
    </w:p>
    <w:p w:rsidR="00063CD9" w:rsidRDefault="00063CD9" w:rsidP="00063CD9">
      <w:pPr>
        <w:pStyle w:val="Default"/>
        <w:widowControl w:val="0"/>
        <w:ind w:firstLine="567"/>
      </w:pPr>
      <w:r>
        <w:rPr>
          <w:b/>
          <w:bCs/>
        </w:rPr>
        <w:t xml:space="preserve">Оценка «2» </w:t>
      </w:r>
      <w:r>
        <w:t xml:space="preserve">– 2 и более грубых ошибки. </w:t>
      </w:r>
    </w:p>
    <w:p w:rsidR="00063CD9" w:rsidRPr="00E701B5" w:rsidRDefault="00063CD9" w:rsidP="00063CD9">
      <w:pPr>
        <w:pStyle w:val="Default"/>
        <w:widowControl w:val="0"/>
        <w:jc w:val="center"/>
        <w:rPr>
          <w:i/>
          <w:u w:val="single"/>
        </w:rPr>
      </w:pPr>
      <w:r w:rsidRPr="00E701B5">
        <w:rPr>
          <w:b/>
          <w:bCs/>
          <w:i/>
          <w:u w:val="single"/>
        </w:rPr>
        <w:t>Комбинированная работа (1 задача, примеры и задание другого вида)</w:t>
      </w:r>
    </w:p>
    <w:p w:rsidR="00063CD9" w:rsidRDefault="00063CD9" w:rsidP="00063CD9">
      <w:pPr>
        <w:pStyle w:val="Default"/>
        <w:widowControl w:val="0"/>
        <w:ind w:firstLine="567"/>
      </w:pPr>
      <w:r>
        <w:rPr>
          <w:b/>
          <w:bCs/>
        </w:rPr>
        <w:t xml:space="preserve">Оценка "5" </w:t>
      </w:r>
      <w:r>
        <w:t xml:space="preserve">- вся работа выполнена безошибочно и нет исправлений. </w:t>
      </w:r>
    </w:p>
    <w:p w:rsidR="00063CD9" w:rsidRDefault="00063CD9" w:rsidP="00063CD9">
      <w:pPr>
        <w:pStyle w:val="Default"/>
        <w:widowControl w:val="0"/>
        <w:ind w:firstLine="567"/>
      </w:pPr>
      <w:r>
        <w:rPr>
          <w:b/>
          <w:bCs/>
        </w:rPr>
        <w:t xml:space="preserve">Оценка "4" </w:t>
      </w:r>
      <w:r>
        <w:t xml:space="preserve">- допущены 1-2 вычислительные ошибки. </w:t>
      </w:r>
    </w:p>
    <w:p w:rsidR="00063CD9" w:rsidRDefault="00063CD9" w:rsidP="00063CD9">
      <w:pPr>
        <w:pStyle w:val="Default"/>
        <w:widowControl w:val="0"/>
        <w:ind w:firstLine="567"/>
      </w:pPr>
      <w:r>
        <w:rPr>
          <w:b/>
          <w:bCs/>
        </w:rPr>
        <w:t xml:space="preserve">Оценка "3" </w:t>
      </w:r>
      <w:r>
        <w:t xml:space="preserve">- допущены ошибки в ходе решения задачи при правильном выполнении всех остальных заданий или допущены 3-4 вычислительные ошибки. </w:t>
      </w:r>
    </w:p>
    <w:p w:rsidR="00063CD9" w:rsidRDefault="00063CD9" w:rsidP="00063CD9">
      <w:pPr>
        <w:pStyle w:val="Default"/>
        <w:widowControl w:val="0"/>
        <w:ind w:firstLine="567"/>
        <w:jc w:val="both"/>
      </w:pPr>
      <w:r>
        <w:rPr>
          <w:b/>
          <w:bCs/>
        </w:rPr>
        <w:t xml:space="preserve">Оценка "2" </w:t>
      </w:r>
      <w:r>
        <w:t xml:space="preserve">- допущены ошибки в ходе решения задачи и хотя бы одна вычислительная ошибка или допущено более 5 вычислительных ошибок при решении задачи и примеров. </w:t>
      </w:r>
    </w:p>
    <w:p w:rsidR="00063CD9" w:rsidRPr="00E701B5" w:rsidRDefault="00063CD9" w:rsidP="00063CD9">
      <w:pPr>
        <w:pStyle w:val="Default"/>
        <w:widowControl w:val="0"/>
        <w:jc w:val="center"/>
        <w:rPr>
          <w:i/>
          <w:u w:val="single"/>
        </w:rPr>
      </w:pPr>
      <w:r w:rsidRPr="00E701B5">
        <w:rPr>
          <w:b/>
          <w:bCs/>
          <w:i/>
          <w:u w:val="single"/>
        </w:rPr>
        <w:t>Комбинированная работа (2 задачи и примеры)</w:t>
      </w:r>
    </w:p>
    <w:p w:rsidR="00063CD9" w:rsidRDefault="00063CD9" w:rsidP="00063CD9">
      <w:pPr>
        <w:pStyle w:val="Default"/>
        <w:widowControl w:val="0"/>
        <w:ind w:firstLine="567"/>
        <w:jc w:val="both"/>
      </w:pPr>
      <w:r>
        <w:rPr>
          <w:b/>
          <w:bCs/>
        </w:rPr>
        <w:t>Оценка "5" -</w:t>
      </w:r>
      <w:r>
        <w:t xml:space="preserve"> вся работа выполнена безошибочно и нет исправлений. </w:t>
      </w:r>
    </w:p>
    <w:p w:rsidR="00063CD9" w:rsidRDefault="00063CD9" w:rsidP="00063CD9">
      <w:pPr>
        <w:pStyle w:val="Default"/>
        <w:widowControl w:val="0"/>
        <w:ind w:firstLine="567"/>
        <w:jc w:val="both"/>
      </w:pPr>
      <w:r>
        <w:rPr>
          <w:b/>
          <w:bCs/>
        </w:rPr>
        <w:t xml:space="preserve">Оценка "4" </w:t>
      </w:r>
      <w:r>
        <w:t xml:space="preserve">- допущены 1-2 вычислительные ошибки. </w:t>
      </w:r>
    </w:p>
    <w:p w:rsidR="00063CD9" w:rsidRDefault="00063CD9" w:rsidP="00063CD9">
      <w:pPr>
        <w:pStyle w:val="Default"/>
        <w:widowControl w:val="0"/>
        <w:ind w:firstLine="567"/>
        <w:jc w:val="both"/>
      </w:pPr>
      <w:r>
        <w:rPr>
          <w:b/>
          <w:bCs/>
        </w:rPr>
        <w:t xml:space="preserve">Оценка "3" </w:t>
      </w:r>
      <w:r>
        <w:t xml:space="preserve">- допущены ошибки в ходе решения одной из задач или допущены 3-4 вычислительные ошибки. </w:t>
      </w:r>
    </w:p>
    <w:p w:rsidR="00063CD9" w:rsidRDefault="00063CD9" w:rsidP="00063CD9">
      <w:pPr>
        <w:pStyle w:val="Default"/>
        <w:widowControl w:val="0"/>
        <w:ind w:firstLine="567"/>
        <w:jc w:val="both"/>
      </w:pPr>
      <w:r>
        <w:rPr>
          <w:b/>
          <w:bCs/>
        </w:rPr>
        <w:t xml:space="preserve">Оценка "2" </w:t>
      </w:r>
      <w:r>
        <w:t xml:space="preserve">- допущены ошибки в ходе решения 2-ух задач или допущена ошибка в ходе решения одной задачи и 4 вычислительные ошибки или допущено в решении. </w:t>
      </w:r>
    </w:p>
    <w:p w:rsidR="00063CD9" w:rsidRPr="00E701B5" w:rsidRDefault="00063CD9" w:rsidP="00063CD9">
      <w:pPr>
        <w:pStyle w:val="Default"/>
        <w:widowControl w:val="0"/>
        <w:jc w:val="center"/>
        <w:rPr>
          <w:i/>
          <w:u w:val="single"/>
        </w:rPr>
      </w:pPr>
      <w:r w:rsidRPr="00E701B5">
        <w:rPr>
          <w:b/>
          <w:bCs/>
          <w:i/>
          <w:u w:val="single"/>
        </w:rPr>
        <w:t>Математический диктант</w:t>
      </w:r>
    </w:p>
    <w:p w:rsidR="00063CD9" w:rsidRDefault="00063CD9" w:rsidP="00063CD9">
      <w:pPr>
        <w:pStyle w:val="Default"/>
        <w:widowControl w:val="0"/>
        <w:ind w:firstLine="567"/>
      </w:pPr>
      <w:r>
        <w:rPr>
          <w:b/>
          <w:bCs/>
        </w:rPr>
        <w:t xml:space="preserve">Оценка "5" </w:t>
      </w:r>
      <w:r>
        <w:t xml:space="preserve">- вся работа выполнена безошибочно и нет исправлений. </w:t>
      </w:r>
    </w:p>
    <w:p w:rsidR="00063CD9" w:rsidRDefault="00063CD9" w:rsidP="00063CD9">
      <w:pPr>
        <w:pStyle w:val="Default"/>
        <w:widowControl w:val="0"/>
        <w:ind w:firstLine="567"/>
      </w:pPr>
      <w:r>
        <w:rPr>
          <w:b/>
          <w:bCs/>
        </w:rPr>
        <w:t xml:space="preserve">Оценка "4" </w:t>
      </w:r>
      <w:r>
        <w:t xml:space="preserve">- не выполнена 1/5 часть примеров от их общего числа. </w:t>
      </w:r>
    </w:p>
    <w:p w:rsidR="00063CD9" w:rsidRDefault="00063CD9" w:rsidP="00063CD9">
      <w:pPr>
        <w:pStyle w:val="Default"/>
        <w:widowControl w:val="0"/>
        <w:ind w:firstLine="567"/>
      </w:pPr>
      <w:r>
        <w:rPr>
          <w:b/>
          <w:bCs/>
        </w:rPr>
        <w:t xml:space="preserve">Оценка "3" </w:t>
      </w:r>
      <w:r>
        <w:t xml:space="preserve">- не выполнена 1/4 часть примеров от их общего числа. </w:t>
      </w:r>
    </w:p>
    <w:p w:rsidR="00063CD9" w:rsidRDefault="00063CD9" w:rsidP="00063CD9">
      <w:pPr>
        <w:pStyle w:val="Default"/>
        <w:widowControl w:val="0"/>
        <w:ind w:firstLine="567"/>
      </w:pPr>
      <w:r>
        <w:rPr>
          <w:b/>
          <w:bCs/>
        </w:rPr>
        <w:t>Оценка "2" -</w:t>
      </w:r>
      <w:r>
        <w:t xml:space="preserve"> не выполнена 1/2 часть примеров от их общего числа. </w:t>
      </w:r>
    </w:p>
    <w:p w:rsidR="00063CD9" w:rsidRDefault="00063CD9" w:rsidP="00063CD9">
      <w:pPr>
        <w:pStyle w:val="Default"/>
        <w:widowControl w:val="0"/>
        <w:ind w:firstLine="567"/>
        <w:rPr>
          <w:b/>
          <w:bCs/>
          <w:u w:val="single"/>
        </w:rPr>
      </w:pPr>
    </w:p>
    <w:p w:rsidR="00063CD9" w:rsidRPr="00E701B5" w:rsidRDefault="00063CD9" w:rsidP="00063CD9">
      <w:pPr>
        <w:pStyle w:val="Default"/>
        <w:widowControl w:val="0"/>
        <w:ind w:firstLine="567"/>
        <w:rPr>
          <w:b/>
          <w:bCs/>
        </w:rPr>
      </w:pPr>
      <w:r w:rsidRPr="00E701B5">
        <w:rPr>
          <w:b/>
          <w:bCs/>
          <w:u w:val="single"/>
        </w:rPr>
        <w:t>Характер ошибок</w:t>
      </w:r>
      <w:r w:rsidRPr="00E701B5">
        <w:rPr>
          <w:b/>
          <w:bCs/>
        </w:rPr>
        <w:t xml:space="preserve"> </w:t>
      </w:r>
    </w:p>
    <w:p w:rsidR="00063CD9" w:rsidRPr="00E701B5" w:rsidRDefault="00063CD9" w:rsidP="00063CD9">
      <w:pPr>
        <w:pStyle w:val="Default"/>
        <w:widowControl w:val="0"/>
        <w:ind w:firstLine="567"/>
        <w:rPr>
          <w:b/>
        </w:rPr>
      </w:pPr>
      <w:r w:rsidRPr="00E701B5">
        <w:rPr>
          <w:b/>
          <w:bCs/>
        </w:rPr>
        <w:t xml:space="preserve">Грубые ошибки: </w:t>
      </w:r>
    </w:p>
    <w:p w:rsidR="00063CD9" w:rsidRDefault="00063CD9" w:rsidP="00063CD9">
      <w:pPr>
        <w:pStyle w:val="Default"/>
        <w:widowControl w:val="0"/>
        <w:ind w:firstLine="567"/>
      </w:pPr>
      <w:r>
        <w:t xml:space="preserve">1. Вычислительные ошибки в примерах и задачах. </w:t>
      </w:r>
    </w:p>
    <w:p w:rsidR="00063CD9" w:rsidRDefault="00063CD9" w:rsidP="00063CD9">
      <w:pPr>
        <w:pStyle w:val="Default"/>
        <w:widowControl w:val="0"/>
        <w:ind w:firstLine="567"/>
      </w:pPr>
      <w:r>
        <w:lastRenderedPageBreak/>
        <w:t xml:space="preserve">2. Ошибки на незнание порядка выполнения арифметических действий. </w:t>
      </w:r>
    </w:p>
    <w:p w:rsidR="00063CD9" w:rsidRDefault="00063CD9" w:rsidP="00063CD9">
      <w:pPr>
        <w:pStyle w:val="Default"/>
        <w:widowControl w:val="0"/>
        <w:ind w:firstLine="567"/>
        <w:jc w:val="both"/>
      </w:pPr>
      <w:r>
        <w:t xml:space="preserve">3. Неправильное решение задачи (пропуск действия, неправильный выбор действий, лишние действия). </w:t>
      </w:r>
    </w:p>
    <w:p w:rsidR="00063CD9" w:rsidRDefault="00063CD9" w:rsidP="00063CD9">
      <w:pPr>
        <w:pStyle w:val="Default"/>
        <w:widowControl w:val="0"/>
        <w:ind w:firstLine="567"/>
      </w:pPr>
      <w:r>
        <w:t xml:space="preserve">4. Не решенная до конца задача или пример. </w:t>
      </w:r>
    </w:p>
    <w:p w:rsidR="00063CD9" w:rsidRDefault="00063CD9" w:rsidP="00063CD9">
      <w:pPr>
        <w:pStyle w:val="Default"/>
        <w:widowControl w:val="0"/>
        <w:ind w:firstLine="567"/>
      </w:pPr>
      <w:r>
        <w:t xml:space="preserve">5. Невыполненное задание. </w:t>
      </w:r>
    </w:p>
    <w:p w:rsidR="00063CD9" w:rsidRDefault="00063CD9" w:rsidP="00063CD9">
      <w:pPr>
        <w:pStyle w:val="Default"/>
        <w:widowControl w:val="0"/>
        <w:ind w:firstLine="567"/>
      </w:pPr>
      <w:r>
        <w:rPr>
          <w:b/>
          <w:bCs/>
        </w:rPr>
        <w:t xml:space="preserve">Негрубые ошибки: </w:t>
      </w:r>
    </w:p>
    <w:p w:rsidR="00063CD9" w:rsidRDefault="00063CD9" w:rsidP="00063CD9">
      <w:pPr>
        <w:pStyle w:val="Default"/>
        <w:widowControl w:val="0"/>
        <w:ind w:firstLine="567"/>
      </w:pPr>
      <w:r>
        <w:t xml:space="preserve">1. Нерациональный прием вычислений. </w:t>
      </w:r>
    </w:p>
    <w:p w:rsidR="00063CD9" w:rsidRDefault="00063CD9" w:rsidP="00063CD9">
      <w:pPr>
        <w:pStyle w:val="Default"/>
        <w:widowControl w:val="0"/>
        <w:ind w:firstLine="567"/>
      </w:pPr>
      <w:r>
        <w:t xml:space="preserve">2. Неправильная постановка вопроса к действию при решении задачи. </w:t>
      </w:r>
    </w:p>
    <w:p w:rsidR="00063CD9" w:rsidRDefault="00063CD9" w:rsidP="00063CD9">
      <w:pPr>
        <w:pStyle w:val="Default"/>
        <w:widowControl w:val="0"/>
        <w:ind w:firstLine="567"/>
      </w:pPr>
      <w:r>
        <w:t xml:space="preserve">3. Неверно сформулированный ответ задачи. </w:t>
      </w:r>
    </w:p>
    <w:p w:rsidR="00063CD9" w:rsidRDefault="00063CD9" w:rsidP="00063CD9">
      <w:pPr>
        <w:pStyle w:val="Default"/>
        <w:widowControl w:val="0"/>
        <w:ind w:firstLine="567"/>
      </w:pPr>
      <w:r>
        <w:t xml:space="preserve">4. Неправильное списывание данных (чисел, знаков). </w:t>
      </w:r>
    </w:p>
    <w:p w:rsidR="00063CD9" w:rsidRDefault="00063CD9" w:rsidP="00063CD9">
      <w:pPr>
        <w:pStyle w:val="Default"/>
        <w:widowControl w:val="0"/>
        <w:ind w:firstLine="567"/>
      </w:pPr>
      <w:r>
        <w:t xml:space="preserve">5. </w:t>
      </w:r>
      <w:proofErr w:type="spellStart"/>
      <w:r>
        <w:t>Недоведение</w:t>
      </w:r>
      <w:proofErr w:type="spellEnd"/>
      <w:r>
        <w:t xml:space="preserve"> до конца преобразований. </w:t>
      </w:r>
    </w:p>
    <w:p w:rsidR="00063CD9" w:rsidRDefault="00063CD9" w:rsidP="00063CD9">
      <w:pPr>
        <w:pStyle w:val="Default"/>
        <w:widowControl w:val="0"/>
        <w:ind w:firstLine="567"/>
        <w:jc w:val="both"/>
      </w:pPr>
      <w:r>
        <w:t xml:space="preserve">За грамматические ошибки, допущенные в работе, оценка по математике не снижается. За неряшливо оформленную работу, несоблюдение правил каллиграфии оценка по математике снижается на 1 балл, но не ниже «3». </w:t>
      </w:r>
    </w:p>
    <w:p w:rsidR="00063CD9" w:rsidRDefault="00063CD9" w:rsidP="00063CD9">
      <w:pPr>
        <w:widowControl w:val="0"/>
        <w:tabs>
          <w:tab w:val="left" w:pos="710"/>
        </w:tabs>
        <w:autoSpaceDE w:val="0"/>
        <w:autoSpaceDN w:val="0"/>
        <w:ind w:right="-1"/>
        <w:jc w:val="center"/>
        <w:rPr>
          <w:rFonts w:ascii="Times New Roman" w:hAnsi="Times New Roman" w:cs="Times New Roman"/>
          <w:i/>
          <w:sz w:val="24"/>
          <w:szCs w:val="24"/>
          <w:u w:val="single"/>
        </w:rPr>
      </w:pPr>
      <w:r>
        <w:rPr>
          <w:rFonts w:ascii="Times New Roman" w:hAnsi="Times New Roman" w:cs="Times New Roman"/>
          <w:b/>
          <w:i/>
          <w:sz w:val="24"/>
          <w:szCs w:val="24"/>
          <w:u w:val="single"/>
        </w:rPr>
        <w:t>Тест</w:t>
      </w:r>
    </w:p>
    <w:p w:rsidR="00063CD9" w:rsidRDefault="00063CD9" w:rsidP="00063CD9">
      <w:pPr>
        <w:widowControl w:val="0"/>
        <w:tabs>
          <w:tab w:val="left" w:pos="710"/>
        </w:tabs>
        <w:autoSpaceDE w:val="0"/>
        <w:autoSpaceDN w:val="0"/>
        <w:ind w:right="-1" w:firstLine="567"/>
        <w:jc w:val="both"/>
        <w:rPr>
          <w:rFonts w:ascii="Times New Roman" w:hAnsi="Times New Roman" w:cs="Times New Roman"/>
          <w:sz w:val="24"/>
          <w:szCs w:val="24"/>
        </w:rPr>
      </w:pPr>
      <w:r>
        <w:rPr>
          <w:rFonts w:ascii="Times New Roman" w:hAnsi="Times New Roman" w:cs="Times New Roman"/>
          <w:sz w:val="24"/>
          <w:szCs w:val="24"/>
        </w:rPr>
        <w:t>Оценивание тестовых работ обучающихся осуществляется в зависимости от процентного соотношения выполненных заданий.</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hAnsi="Times New Roman" w:cs="Times New Roman"/>
          <w:sz w:val="24"/>
          <w:szCs w:val="24"/>
        </w:rPr>
        <w:t>Оценивается работа следующим образом:</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«5»</w:t>
      </w:r>
      <w:r>
        <w:rPr>
          <w:rFonts w:ascii="Times New Roman" w:hAnsi="Times New Roman" w:cs="Times New Roman"/>
          <w:sz w:val="24"/>
          <w:szCs w:val="24"/>
        </w:rPr>
        <w:t xml:space="preserve"> - 85 – 100 %; </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«4»</w:t>
      </w:r>
      <w:r>
        <w:rPr>
          <w:rFonts w:ascii="Times New Roman" w:hAnsi="Times New Roman" w:cs="Times New Roman"/>
          <w:sz w:val="24"/>
          <w:szCs w:val="24"/>
        </w:rPr>
        <w:t xml:space="preserve"> - 65 – 84 %; </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 xml:space="preserve">«3» </w:t>
      </w:r>
      <w:r>
        <w:rPr>
          <w:rFonts w:ascii="Times New Roman" w:hAnsi="Times New Roman" w:cs="Times New Roman"/>
          <w:sz w:val="24"/>
          <w:szCs w:val="24"/>
        </w:rPr>
        <w:t xml:space="preserve">- 45 – 64 %; </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«2»</w:t>
      </w:r>
      <w:r>
        <w:rPr>
          <w:rFonts w:ascii="Times New Roman" w:hAnsi="Times New Roman" w:cs="Times New Roman"/>
          <w:sz w:val="24"/>
          <w:szCs w:val="24"/>
        </w:rPr>
        <w:t xml:space="preserve"> - 0 – 44 %.</w:t>
      </w:r>
    </w:p>
    <w:p w:rsidR="00063CD9" w:rsidRDefault="00063CD9" w:rsidP="00063CD9">
      <w:pPr>
        <w:widowControl w:val="0"/>
        <w:autoSpaceDE w:val="0"/>
        <w:autoSpaceDN w:val="0"/>
        <w:ind w:right="566"/>
        <w:jc w:val="right"/>
        <w:rPr>
          <w:rFonts w:ascii="Times New Roman" w:eastAsia="Times New Roman" w:hAnsi="Times New Roman" w:cs="Times New Roman"/>
          <w:b/>
          <w:color w:val="000000"/>
          <w:sz w:val="24"/>
          <w:szCs w:val="24"/>
        </w:rPr>
      </w:pPr>
    </w:p>
    <w:p w:rsidR="00063CD9" w:rsidRPr="0091600F" w:rsidRDefault="00063CD9" w:rsidP="00063CD9">
      <w:pPr>
        <w:widowControl w:val="0"/>
        <w:autoSpaceDE w:val="0"/>
        <w:autoSpaceDN w:val="0"/>
        <w:ind w:right="566"/>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ОКРУЖАЮЩИЙ МИР</w:t>
      </w:r>
    </w:p>
    <w:p w:rsidR="00063CD9" w:rsidRPr="00F446A9" w:rsidRDefault="00063CD9" w:rsidP="00063CD9">
      <w:pPr>
        <w:widowControl w:val="0"/>
        <w:autoSpaceDE w:val="0"/>
        <w:autoSpaceDN w:val="0"/>
        <w:ind w:right="566"/>
        <w:jc w:val="center"/>
        <w:rPr>
          <w:rFonts w:ascii="Times New Roman" w:hAnsi="Times New Roman" w:cs="Times New Roman"/>
          <w:sz w:val="24"/>
          <w:szCs w:val="24"/>
          <w:u w:val="single"/>
        </w:rPr>
      </w:pPr>
      <w:r>
        <w:rPr>
          <w:rFonts w:ascii="Times New Roman" w:eastAsia="Times New Roman" w:hAnsi="Times New Roman" w:cs="Times New Roman"/>
          <w:b/>
          <w:i/>
          <w:color w:val="000000"/>
          <w:sz w:val="24"/>
          <w:szCs w:val="24"/>
          <w:u w:val="single"/>
        </w:rPr>
        <w:t>Устный ответ</w:t>
      </w:r>
    </w:p>
    <w:p w:rsidR="00063CD9" w:rsidRPr="0091600F" w:rsidRDefault="00063CD9" w:rsidP="00063CD9">
      <w:pPr>
        <w:widowControl w:val="0"/>
        <w:autoSpaceDE w:val="0"/>
        <w:autoSpaceDN w:val="0"/>
        <w:ind w:right="-1" w:firstLine="567"/>
        <w:jc w:val="both"/>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 xml:space="preserve">Оценка "5" </w:t>
      </w:r>
      <w:r w:rsidRPr="0091600F">
        <w:rPr>
          <w:rFonts w:ascii="Times New Roman" w:eastAsia="Times New Roman" w:hAnsi="Times New Roman" w:cs="Times New Roman"/>
          <w:color w:val="000000"/>
          <w:sz w:val="24"/>
          <w:szCs w:val="24"/>
        </w:rPr>
        <w:t>- ответы, представляющие собой правильные, логически законченные рассказы с опорой на свои непосредственные наблюдения явлений в окружающем природном и социальном мире. Ученик способен установить и раскрыть возможные взаимосвязи, умеет пр</w:t>
      </w:r>
      <w:r>
        <w:rPr>
          <w:rFonts w:ascii="Times New Roman" w:eastAsia="Times New Roman" w:hAnsi="Times New Roman" w:cs="Times New Roman"/>
          <w:color w:val="000000"/>
          <w:sz w:val="24"/>
          <w:szCs w:val="24"/>
        </w:rPr>
        <w:t xml:space="preserve">именять свои знания на практике; </w:t>
      </w:r>
      <w:r w:rsidRPr="0091600F">
        <w:rPr>
          <w:rFonts w:ascii="Times New Roman" w:eastAsia="Times New Roman" w:hAnsi="Times New Roman" w:cs="Times New Roman"/>
          <w:color w:val="000000"/>
          <w:sz w:val="24"/>
          <w:szCs w:val="24"/>
        </w:rPr>
        <w:t xml:space="preserve">учебный материал излагается полно, логично, </w:t>
      </w:r>
      <w:r>
        <w:rPr>
          <w:rFonts w:ascii="Times New Roman" w:eastAsia="Times New Roman" w:hAnsi="Times New Roman" w:cs="Times New Roman"/>
          <w:color w:val="000000"/>
          <w:sz w:val="24"/>
          <w:szCs w:val="24"/>
        </w:rPr>
        <w:t>о</w:t>
      </w:r>
      <w:r w:rsidRPr="0091600F">
        <w:rPr>
          <w:rFonts w:ascii="Times New Roman" w:eastAsia="Times New Roman" w:hAnsi="Times New Roman" w:cs="Times New Roman"/>
          <w:color w:val="000000"/>
          <w:sz w:val="24"/>
          <w:szCs w:val="24"/>
        </w:rPr>
        <w:t>тсутствуют</w:t>
      </w:r>
      <w:r>
        <w:rPr>
          <w:rFonts w:ascii="Times New Roman" w:eastAsia="Times New Roman" w:hAnsi="Times New Roman" w:cs="Times New Roman"/>
          <w:color w:val="000000"/>
          <w:sz w:val="24"/>
          <w:szCs w:val="24"/>
        </w:rPr>
        <w:t xml:space="preserve"> </w:t>
      </w:r>
      <w:r w:rsidRPr="0091600F">
        <w:rPr>
          <w:rFonts w:ascii="Times New Roman" w:eastAsia="Times New Roman" w:hAnsi="Times New Roman" w:cs="Times New Roman"/>
          <w:color w:val="000000"/>
          <w:sz w:val="24"/>
          <w:szCs w:val="24"/>
        </w:rPr>
        <w:t>ошибки или имеется один недочёт, ученик может привести примеры из дополнительной</w:t>
      </w:r>
      <w:r>
        <w:rPr>
          <w:rFonts w:ascii="Times New Roman" w:eastAsia="Times New Roman" w:hAnsi="Times New Roman" w:cs="Times New Roman"/>
          <w:color w:val="000000"/>
          <w:sz w:val="24"/>
          <w:szCs w:val="24"/>
        </w:rPr>
        <w:t xml:space="preserve"> </w:t>
      </w:r>
      <w:r w:rsidRPr="0091600F">
        <w:rPr>
          <w:rFonts w:ascii="Times New Roman" w:eastAsia="Times New Roman" w:hAnsi="Times New Roman" w:cs="Times New Roman"/>
          <w:color w:val="000000"/>
          <w:sz w:val="24"/>
          <w:szCs w:val="24"/>
        </w:rPr>
        <w:t>литературы.</w:t>
      </w:r>
    </w:p>
    <w:p w:rsidR="00063CD9" w:rsidRPr="0091600F" w:rsidRDefault="00063CD9" w:rsidP="00063CD9">
      <w:pPr>
        <w:widowControl w:val="0"/>
        <w:autoSpaceDE w:val="0"/>
        <w:autoSpaceDN w:val="0"/>
        <w:ind w:right="-1" w:firstLine="567"/>
        <w:jc w:val="both"/>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 xml:space="preserve">Оценка "4" </w:t>
      </w:r>
      <w:r w:rsidRPr="0091600F">
        <w:rPr>
          <w:rFonts w:ascii="Times New Roman" w:eastAsia="Times New Roman" w:hAnsi="Times New Roman" w:cs="Times New Roman"/>
          <w:color w:val="000000"/>
          <w:sz w:val="24"/>
          <w:szCs w:val="24"/>
        </w:rPr>
        <w:t xml:space="preserve">- </w:t>
      </w:r>
      <w:r w:rsidRPr="00F724BC">
        <w:rPr>
          <w:rFonts w:ascii="Times New Roman" w:eastAsia="Times New Roman" w:hAnsi="Times New Roman" w:cs="Times New Roman"/>
          <w:color w:val="000000"/>
          <w:sz w:val="24"/>
          <w:szCs w:val="24"/>
        </w:rPr>
        <w:t>ответы, построенные как правильные, логически законченные рассказы, но</w:t>
      </w:r>
      <w:r>
        <w:rPr>
          <w:rFonts w:ascii="Times New Roman" w:eastAsia="Times New Roman" w:hAnsi="Times New Roman" w:cs="Times New Roman"/>
          <w:color w:val="000000"/>
          <w:sz w:val="24"/>
          <w:szCs w:val="24"/>
        </w:rPr>
        <w:t xml:space="preserve"> </w:t>
      </w:r>
      <w:r w:rsidRPr="00F724BC">
        <w:rPr>
          <w:rFonts w:ascii="Times New Roman" w:eastAsia="Times New Roman" w:hAnsi="Times New Roman" w:cs="Times New Roman"/>
          <w:color w:val="000000"/>
          <w:sz w:val="24"/>
          <w:szCs w:val="24"/>
        </w:rPr>
        <w:t>ученик допускает отдельные неточности в изложении факти</w:t>
      </w:r>
      <w:r>
        <w:rPr>
          <w:rFonts w:ascii="Times New Roman" w:eastAsia="Times New Roman" w:hAnsi="Times New Roman" w:cs="Times New Roman"/>
          <w:color w:val="000000"/>
          <w:sz w:val="24"/>
          <w:szCs w:val="24"/>
        </w:rPr>
        <w:t xml:space="preserve">ческого материала; </w:t>
      </w:r>
      <w:r w:rsidRPr="0091600F">
        <w:rPr>
          <w:rFonts w:ascii="Times New Roman" w:eastAsia="Times New Roman" w:hAnsi="Times New Roman" w:cs="Times New Roman"/>
          <w:color w:val="000000"/>
          <w:sz w:val="24"/>
          <w:szCs w:val="24"/>
        </w:rPr>
        <w:t>ответ полный, но имеются незначительные нарушения логики изложения материала.</w:t>
      </w:r>
    </w:p>
    <w:p w:rsidR="00063CD9" w:rsidRPr="0091600F" w:rsidRDefault="00063CD9" w:rsidP="00063CD9">
      <w:pPr>
        <w:widowControl w:val="0"/>
        <w:autoSpaceDE w:val="0"/>
        <w:autoSpaceDN w:val="0"/>
        <w:ind w:right="-1" w:firstLine="567"/>
        <w:jc w:val="both"/>
        <w:rPr>
          <w:rFonts w:ascii="Times New Roman" w:hAnsi="Times New Roman" w:cs="Times New Roman"/>
          <w:sz w:val="24"/>
          <w:szCs w:val="24"/>
        </w:rPr>
      </w:pPr>
      <w:r w:rsidRPr="0091600F">
        <w:rPr>
          <w:rFonts w:ascii="Times New Roman" w:eastAsia="Times New Roman" w:hAnsi="Times New Roman" w:cs="Times New Roman"/>
          <w:b/>
          <w:color w:val="000000"/>
          <w:sz w:val="24"/>
          <w:szCs w:val="24"/>
        </w:rPr>
        <w:t xml:space="preserve">Оценка "3" </w:t>
      </w:r>
      <w:r w:rsidRPr="0091600F">
        <w:rPr>
          <w:rFonts w:ascii="Times New Roman" w:eastAsia="Times New Roman" w:hAnsi="Times New Roman" w:cs="Times New Roman"/>
          <w:color w:val="000000"/>
          <w:sz w:val="24"/>
          <w:szCs w:val="24"/>
        </w:rPr>
        <w:t xml:space="preserve">- </w:t>
      </w:r>
      <w:r w:rsidRPr="00F724BC">
        <w:rPr>
          <w:rFonts w:ascii="Times New Roman" w:eastAsia="Times New Roman" w:hAnsi="Times New Roman" w:cs="Times New Roman"/>
          <w:color w:val="000000"/>
          <w:sz w:val="24"/>
          <w:szCs w:val="24"/>
        </w:rPr>
        <w:t>ответы, в которых ученик неполно раскрывает взаимосвязи явлений, испытывает трудности в прим</w:t>
      </w:r>
      <w:r>
        <w:rPr>
          <w:rFonts w:ascii="Times New Roman" w:eastAsia="Times New Roman" w:hAnsi="Times New Roman" w:cs="Times New Roman"/>
          <w:color w:val="000000"/>
          <w:sz w:val="24"/>
          <w:szCs w:val="24"/>
        </w:rPr>
        <w:t xml:space="preserve">енении своих знаний на практике; </w:t>
      </w:r>
      <w:r w:rsidRPr="0091600F">
        <w:rPr>
          <w:rFonts w:ascii="Times New Roman" w:eastAsia="Times New Roman" w:hAnsi="Times New Roman" w:cs="Times New Roman"/>
          <w:color w:val="000000"/>
          <w:sz w:val="24"/>
          <w:szCs w:val="24"/>
        </w:rPr>
        <w:t>ответ раскрыт не полно, осуществляется по наводящим вопросам, имеются отдельные нарушения в логике изложения материала.</w:t>
      </w:r>
    </w:p>
    <w:p w:rsidR="00063CD9" w:rsidRDefault="00063CD9" w:rsidP="00063CD9">
      <w:pPr>
        <w:widowControl w:val="0"/>
        <w:autoSpaceDE w:val="0"/>
        <w:autoSpaceDN w:val="0"/>
        <w:ind w:right="-1" w:firstLine="567"/>
        <w:jc w:val="both"/>
        <w:rPr>
          <w:rFonts w:ascii="Times New Roman" w:eastAsia="Times New Roman" w:hAnsi="Times New Roman" w:cs="Times New Roman"/>
          <w:color w:val="000000"/>
          <w:sz w:val="24"/>
          <w:szCs w:val="24"/>
        </w:rPr>
      </w:pPr>
      <w:r w:rsidRPr="0091600F">
        <w:rPr>
          <w:rFonts w:ascii="Times New Roman" w:eastAsia="Times New Roman" w:hAnsi="Times New Roman" w:cs="Times New Roman"/>
          <w:b/>
          <w:color w:val="000000"/>
          <w:sz w:val="24"/>
          <w:szCs w:val="24"/>
        </w:rPr>
        <w:t xml:space="preserve">Оценка "2" </w:t>
      </w:r>
      <w:r w:rsidRPr="0091600F">
        <w:rPr>
          <w:rFonts w:ascii="Times New Roman" w:eastAsia="Times New Roman" w:hAnsi="Times New Roman" w:cs="Times New Roman"/>
          <w:color w:val="000000"/>
          <w:sz w:val="24"/>
          <w:szCs w:val="24"/>
        </w:rPr>
        <w:t xml:space="preserve">- </w:t>
      </w:r>
      <w:r w:rsidRPr="00F724BC">
        <w:rPr>
          <w:rFonts w:ascii="Times New Roman" w:eastAsia="Times New Roman" w:hAnsi="Times New Roman" w:cs="Times New Roman"/>
          <w:color w:val="000000"/>
          <w:sz w:val="24"/>
          <w:szCs w:val="24"/>
        </w:rPr>
        <w:t>ответы, в которы</w:t>
      </w:r>
      <w:r>
        <w:rPr>
          <w:rFonts w:ascii="Times New Roman" w:eastAsia="Times New Roman" w:hAnsi="Times New Roman" w:cs="Times New Roman"/>
          <w:color w:val="000000"/>
          <w:sz w:val="24"/>
          <w:szCs w:val="24"/>
        </w:rPr>
        <w:t xml:space="preserve">х ученик обнаруживает незнание </w:t>
      </w:r>
      <w:r w:rsidRPr="00F724BC">
        <w:rPr>
          <w:rFonts w:ascii="Times New Roman" w:eastAsia="Times New Roman" w:hAnsi="Times New Roman" w:cs="Times New Roman"/>
          <w:color w:val="000000"/>
          <w:sz w:val="24"/>
          <w:szCs w:val="24"/>
        </w:rPr>
        <w:t xml:space="preserve">большей части программного материала, не </w:t>
      </w:r>
      <w:r>
        <w:rPr>
          <w:rFonts w:ascii="Times New Roman" w:eastAsia="Times New Roman" w:hAnsi="Times New Roman" w:cs="Times New Roman"/>
          <w:color w:val="000000"/>
          <w:sz w:val="24"/>
          <w:szCs w:val="24"/>
        </w:rPr>
        <w:t xml:space="preserve">справляется </w:t>
      </w:r>
      <w:r w:rsidRPr="00F724BC">
        <w:rPr>
          <w:rFonts w:ascii="Times New Roman" w:eastAsia="Times New Roman" w:hAnsi="Times New Roman" w:cs="Times New Roman"/>
          <w:color w:val="000000"/>
          <w:sz w:val="24"/>
          <w:szCs w:val="24"/>
        </w:rPr>
        <w:t>с выполнением практическ</w:t>
      </w:r>
      <w:r>
        <w:rPr>
          <w:rFonts w:ascii="Times New Roman" w:eastAsia="Times New Roman" w:hAnsi="Times New Roman" w:cs="Times New Roman"/>
          <w:color w:val="000000"/>
          <w:sz w:val="24"/>
          <w:szCs w:val="24"/>
        </w:rPr>
        <w:t xml:space="preserve">их работ даже с помощью учителя; </w:t>
      </w:r>
      <w:r w:rsidRPr="0091600F">
        <w:rPr>
          <w:rFonts w:ascii="Times New Roman" w:eastAsia="Times New Roman" w:hAnsi="Times New Roman" w:cs="Times New Roman"/>
          <w:color w:val="000000"/>
          <w:sz w:val="24"/>
          <w:szCs w:val="24"/>
        </w:rPr>
        <w:t xml:space="preserve">ответ не раскрывает обсуждаемый вопрос, отсутствует полнота и логика </w:t>
      </w:r>
      <w:r w:rsidRPr="00F724BC">
        <w:rPr>
          <w:rFonts w:ascii="Times New Roman" w:eastAsia="Times New Roman" w:hAnsi="Times New Roman" w:cs="Times New Roman"/>
          <w:color w:val="000000"/>
          <w:sz w:val="24"/>
          <w:szCs w:val="24"/>
        </w:rPr>
        <w:t>изложения учебного материала.</w:t>
      </w:r>
    </w:p>
    <w:p w:rsidR="00063CD9" w:rsidRPr="00474E4F" w:rsidRDefault="00063CD9" w:rsidP="00063CD9">
      <w:pPr>
        <w:widowControl w:val="0"/>
        <w:autoSpaceDE w:val="0"/>
        <w:autoSpaceDN w:val="0"/>
        <w:ind w:right="-1"/>
        <w:jc w:val="both"/>
        <w:rPr>
          <w:rFonts w:ascii="Times New Roman" w:eastAsia="Times New Roman" w:hAnsi="Times New Roman" w:cs="Times New Roman"/>
          <w:color w:val="000000"/>
          <w:sz w:val="24"/>
          <w:szCs w:val="24"/>
        </w:rPr>
      </w:pPr>
    </w:p>
    <w:p w:rsidR="00063CD9" w:rsidRPr="00474E4F" w:rsidRDefault="00063CD9" w:rsidP="00063CD9">
      <w:pPr>
        <w:widowControl w:val="0"/>
        <w:autoSpaceDE w:val="0"/>
        <w:autoSpaceDN w:val="0"/>
        <w:adjustRightInd w:val="0"/>
        <w:ind w:firstLine="567"/>
        <w:rPr>
          <w:rFonts w:ascii="Times New Roman" w:hAnsi="Times New Roman" w:cs="Times New Roman"/>
          <w:sz w:val="24"/>
          <w:szCs w:val="24"/>
        </w:rPr>
      </w:pPr>
      <w:r w:rsidRPr="00474E4F">
        <w:rPr>
          <w:rFonts w:ascii="Times New Roman" w:hAnsi="Times New Roman" w:cs="Times New Roman"/>
          <w:sz w:val="24"/>
          <w:szCs w:val="24"/>
          <w:u w:val="single"/>
        </w:rPr>
        <w:t>Ошибки и недочёты, влияющие на снижение оценки</w:t>
      </w:r>
      <w:r w:rsidRPr="00474E4F">
        <w:rPr>
          <w:rFonts w:ascii="Times New Roman" w:hAnsi="Times New Roman" w:cs="Times New Roman"/>
          <w:sz w:val="24"/>
          <w:szCs w:val="24"/>
        </w:rPr>
        <w:t>:</w:t>
      </w:r>
    </w:p>
    <w:p w:rsidR="00063CD9" w:rsidRPr="00474E4F" w:rsidRDefault="00063CD9" w:rsidP="00063CD9">
      <w:pPr>
        <w:widowControl w:val="0"/>
        <w:autoSpaceDE w:val="0"/>
        <w:autoSpaceDN w:val="0"/>
        <w:adjustRightInd w:val="0"/>
        <w:ind w:firstLine="567"/>
        <w:rPr>
          <w:rFonts w:ascii="Times New Roman" w:hAnsi="Times New Roman" w:cs="Times New Roman"/>
          <w:i/>
          <w:iCs/>
          <w:sz w:val="24"/>
          <w:szCs w:val="24"/>
        </w:rPr>
      </w:pPr>
      <w:r w:rsidRPr="00474E4F">
        <w:rPr>
          <w:rFonts w:ascii="Times New Roman" w:hAnsi="Times New Roman" w:cs="Times New Roman"/>
          <w:i/>
          <w:iCs/>
          <w:sz w:val="24"/>
          <w:szCs w:val="24"/>
        </w:rPr>
        <w:t>Ошибки:</w:t>
      </w:r>
    </w:p>
    <w:p w:rsidR="00063CD9" w:rsidRPr="00474E4F" w:rsidRDefault="00063CD9" w:rsidP="00063CD9">
      <w:pPr>
        <w:pStyle w:val="af1"/>
        <w:widowControl w:val="0"/>
        <w:numPr>
          <w:ilvl w:val="0"/>
          <w:numId w:val="32"/>
        </w:numPr>
        <w:tabs>
          <w:tab w:val="left" w:pos="709"/>
        </w:tabs>
        <w:autoSpaceDE w:val="0"/>
        <w:autoSpaceDN w:val="0"/>
        <w:adjustRightInd w:val="0"/>
        <w:spacing w:after="0" w:line="240" w:lineRule="auto"/>
        <w:ind w:left="0" w:firstLine="567"/>
        <w:contextualSpacing w:val="0"/>
        <w:jc w:val="both"/>
        <w:rPr>
          <w:rFonts w:ascii="Times New Roman" w:hAnsi="Times New Roman" w:cs="Times New Roman"/>
          <w:sz w:val="24"/>
          <w:szCs w:val="24"/>
          <w:lang w:val="ru-RU"/>
        </w:rPr>
      </w:pPr>
      <w:r w:rsidRPr="00474E4F">
        <w:rPr>
          <w:rFonts w:ascii="Times New Roman" w:hAnsi="Times New Roman" w:cs="Times New Roman"/>
          <w:sz w:val="24"/>
          <w:szCs w:val="24"/>
          <w:lang w:val="ru-RU"/>
        </w:rPr>
        <w:t>неправильное определение понятий, замена существенной характеристики</w:t>
      </w:r>
      <w:r>
        <w:rPr>
          <w:rFonts w:ascii="Times New Roman" w:hAnsi="Times New Roman" w:cs="Times New Roman"/>
          <w:sz w:val="24"/>
          <w:szCs w:val="24"/>
          <w:lang w:val="ru-RU"/>
        </w:rPr>
        <w:t xml:space="preserve"> </w:t>
      </w:r>
      <w:r w:rsidRPr="00474E4F">
        <w:rPr>
          <w:rFonts w:ascii="Times New Roman" w:hAnsi="Times New Roman" w:cs="Times New Roman"/>
          <w:sz w:val="24"/>
          <w:szCs w:val="24"/>
          <w:lang w:val="ru-RU"/>
        </w:rPr>
        <w:t>понятия несущественной;</w:t>
      </w:r>
    </w:p>
    <w:p w:rsidR="00063CD9" w:rsidRPr="00474E4F" w:rsidRDefault="00063CD9" w:rsidP="00063CD9">
      <w:pPr>
        <w:pStyle w:val="af1"/>
        <w:widowControl w:val="0"/>
        <w:numPr>
          <w:ilvl w:val="0"/>
          <w:numId w:val="32"/>
        </w:numPr>
        <w:tabs>
          <w:tab w:val="left" w:pos="709"/>
        </w:tabs>
        <w:autoSpaceDE w:val="0"/>
        <w:autoSpaceDN w:val="0"/>
        <w:adjustRightInd w:val="0"/>
        <w:spacing w:after="0" w:line="240" w:lineRule="auto"/>
        <w:ind w:left="0" w:firstLine="567"/>
        <w:contextualSpacing w:val="0"/>
        <w:jc w:val="both"/>
        <w:rPr>
          <w:rFonts w:ascii="Times New Roman" w:hAnsi="Times New Roman" w:cs="Times New Roman"/>
          <w:sz w:val="24"/>
          <w:szCs w:val="24"/>
          <w:lang w:val="ru-RU"/>
        </w:rPr>
      </w:pPr>
      <w:r w:rsidRPr="00474E4F">
        <w:rPr>
          <w:rFonts w:ascii="Times New Roman" w:hAnsi="Times New Roman" w:cs="Times New Roman"/>
          <w:sz w:val="24"/>
          <w:szCs w:val="24"/>
          <w:lang w:val="ru-RU"/>
        </w:rPr>
        <w:t>нарушение последовательности в описании объектов (явлений), если она является</w:t>
      </w:r>
      <w:r>
        <w:rPr>
          <w:rFonts w:ascii="Times New Roman" w:hAnsi="Times New Roman" w:cs="Times New Roman"/>
          <w:sz w:val="24"/>
          <w:szCs w:val="24"/>
          <w:lang w:val="ru-RU"/>
        </w:rPr>
        <w:t xml:space="preserve"> </w:t>
      </w:r>
      <w:r w:rsidRPr="00474E4F">
        <w:rPr>
          <w:rFonts w:ascii="Times New Roman" w:hAnsi="Times New Roman" w:cs="Times New Roman"/>
          <w:sz w:val="24"/>
          <w:szCs w:val="24"/>
          <w:lang w:val="ru-RU"/>
        </w:rPr>
        <w:t>существенной;</w:t>
      </w:r>
    </w:p>
    <w:p w:rsidR="00063CD9" w:rsidRPr="00474E4F" w:rsidRDefault="00063CD9" w:rsidP="00063CD9">
      <w:pPr>
        <w:pStyle w:val="af1"/>
        <w:widowControl w:val="0"/>
        <w:numPr>
          <w:ilvl w:val="0"/>
          <w:numId w:val="32"/>
        </w:numPr>
        <w:tabs>
          <w:tab w:val="left" w:pos="709"/>
        </w:tabs>
        <w:autoSpaceDE w:val="0"/>
        <w:autoSpaceDN w:val="0"/>
        <w:adjustRightInd w:val="0"/>
        <w:spacing w:after="0" w:line="240" w:lineRule="auto"/>
        <w:ind w:left="0" w:firstLine="567"/>
        <w:contextualSpacing w:val="0"/>
        <w:jc w:val="both"/>
        <w:rPr>
          <w:rFonts w:ascii="Times New Roman" w:hAnsi="Times New Roman" w:cs="Times New Roman"/>
          <w:sz w:val="24"/>
          <w:szCs w:val="24"/>
          <w:lang w:val="ru-RU"/>
        </w:rPr>
      </w:pPr>
      <w:r w:rsidRPr="00474E4F">
        <w:rPr>
          <w:rFonts w:ascii="Times New Roman" w:hAnsi="Times New Roman" w:cs="Times New Roman"/>
          <w:sz w:val="24"/>
          <w:szCs w:val="24"/>
          <w:lang w:val="ru-RU"/>
        </w:rPr>
        <w:t>неправильное раскрытие причины, закономерности, условия протекания того или иного</w:t>
      </w:r>
      <w:r>
        <w:rPr>
          <w:rFonts w:ascii="Times New Roman" w:hAnsi="Times New Roman" w:cs="Times New Roman"/>
          <w:sz w:val="24"/>
          <w:szCs w:val="24"/>
          <w:lang w:val="ru-RU"/>
        </w:rPr>
        <w:t xml:space="preserve"> </w:t>
      </w:r>
      <w:r w:rsidRPr="00474E4F">
        <w:rPr>
          <w:rFonts w:ascii="Times New Roman" w:hAnsi="Times New Roman" w:cs="Times New Roman"/>
          <w:sz w:val="24"/>
          <w:szCs w:val="24"/>
          <w:lang w:val="ru-RU"/>
        </w:rPr>
        <w:t>явления, процесса;</w:t>
      </w:r>
    </w:p>
    <w:p w:rsidR="00063CD9" w:rsidRPr="00474E4F" w:rsidRDefault="00063CD9" w:rsidP="00063CD9">
      <w:pPr>
        <w:pStyle w:val="af1"/>
        <w:widowControl w:val="0"/>
        <w:numPr>
          <w:ilvl w:val="0"/>
          <w:numId w:val="32"/>
        </w:numPr>
        <w:tabs>
          <w:tab w:val="left" w:pos="709"/>
        </w:tabs>
        <w:autoSpaceDE w:val="0"/>
        <w:autoSpaceDN w:val="0"/>
        <w:adjustRightInd w:val="0"/>
        <w:spacing w:after="0" w:line="240" w:lineRule="auto"/>
        <w:ind w:left="0" w:firstLine="567"/>
        <w:contextualSpacing w:val="0"/>
        <w:jc w:val="both"/>
        <w:rPr>
          <w:rFonts w:ascii="Times New Roman" w:hAnsi="Times New Roman" w:cs="Times New Roman"/>
          <w:sz w:val="24"/>
          <w:szCs w:val="24"/>
          <w:lang w:val="ru-RU"/>
        </w:rPr>
      </w:pPr>
      <w:r w:rsidRPr="00474E4F">
        <w:rPr>
          <w:rFonts w:ascii="Times New Roman" w:hAnsi="Times New Roman" w:cs="Times New Roman"/>
          <w:sz w:val="24"/>
          <w:szCs w:val="24"/>
          <w:lang w:val="ru-RU"/>
        </w:rPr>
        <w:t>неумение сравнивать объекты, производить их классификацию на группы по существенным</w:t>
      </w:r>
      <w:r>
        <w:rPr>
          <w:rFonts w:ascii="Times New Roman" w:hAnsi="Times New Roman" w:cs="Times New Roman"/>
          <w:sz w:val="24"/>
          <w:szCs w:val="24"/>
          <w:lang w:val="ru-RU"/>
        </w:rPr>
        <w:t xml:space="preserve"> </w:t>
      </w:r>
      <w:r w:rsidRPr="00474E4F">
        <w:rPr>
          <w:rFonts w:ascii="Times New Roman" w:hAnsi="Times New Roman" w:cs="Times New Roman"/>
          <w:sz w:val="24"/>
          <w:szCs w:val="24"/>
          <w:lang w:val="ru-RU"/>
        </w:rPr>
        <w:t>признакам;</w:t>
      </w:r>
    </w:p>
    <w:p w:rsidR="00063CD9" w:rsidRPr="00474E4F" w:rsidRDefault="00063CD9" w:rsidP="00063CD9">
      <w:pPr>
        <w:pStyle w:val="af1"/>
        <w:widowControl w:val="0"/>
        <w:numPr>
          <w:ilvl w:val="0"/>
          <w:numId w:val="32"/>
        </w:numPr>
        <w:tabs>
          <w:tab w:val="left" w:pos="709"/>
        </w:tabs>
        <w:autoSpaceDE w:val="0"/>
        <w:autoSpaceDN w:val="0"/>
        <w:adjustRightInd w:val="0"/>
        <w:spacing w:after="0" w:line="240" w:lineRule="auto"/>
        <w:ind w:left="0" w:firstLine="567"/>
        <w:contextualSpacing w:val="0"/>
        <w:jc w:val="both"/>
        <w:rPr>
          <w:rFonts w:ascii="Times New Roman" w:hAnsi="Times New Roman" w:cs="Times New Roman"/>
          <w:sz w:val="24"/>
          <w:szCs w:val="24"/>
          <w:lang w:val="ru-RU"/>
        </w:rPr>
      </w:pPr>
      <w:r w:rsidRPr="00474E4F">
        <w:rPr>
          <w:rFonts w:ascii="Times New Roman" w:hAnsi="Times New Roman" w:cs="Times New Roman"/>
          <w:sz w:val="24"/>
          <w:szCs w:val="24"/>
          <w:lang w:val="ru-RU"/>
        </w:rPr>
        <w:lastRenderedPageBreak/>
        <w:t>незнание фактического материала, неумение самостоятельно привести примеры,</w:t>
      </w:r>
      <w:r>
        <w:rPr>
          <w:rFonts w:ascii="Times New Roman" w:hAnsi="Times New Roman" w:cs="Times New Roman"/>
          <w:sz w:val="24"/>
          <w:szCs w:val="24"/>
          <w:lang w:val="ru-RU"/>
        </w:rPr>
        <w:t xml:space="preserve"> </w:t>
      </w:r>
      <w:r w:rsidRPr="00474E4F">
        <w:rPr>
          <w:rFonts w:ascii="Times New Roman" w:hAnsi="Times New Roman" w:cs="Times New Roman"/>
          <w:sz w:val="24"/>
          <w:szCs w:val="24"/>
          <w:lang w:val="ru-RU"/>
        </w:rPr>
        <w:t>подтверждающие высказанное суждение;</w:t>
      </w:r>
    </w:p>
    <w:p w:rsidR="00063CD9" w:rsidRPr="00474E4F" w:rsidRDefault="00063CD9" w:rsidP="00063CD9">
      <w:pPr>
        <w:pStyle w:val="af1"/>
        <w:widowControl w:val="0"/>
        <w:numPr>
          <w:ilvl w:val="0"/>
          <w:numId w:val="32"/>
        </w:numPr>
        <w:tabs>
          <w:tab w:val="left" w:pos="709"/>
        </w:tabs>
        <w:autoSpaceDE w:val="0"/>
        <w:autoSpaceDN w:val="0"/>
        <w:adjustRightInd w:val="0"/>
        <w:spacing w:after="0" w:line="240" w:lineRule="auto"/>
        <w:ind w:left="0" w:firstLine="567"/>
        <w:contextualSpacing w:val="0"/>
        <w:jc w:val="both"/>
        <w:rPr>
          <w:rFonts w:ascii="Times New Roman" w:hAnsi="Times New Roman" w:cs="Times New Roman"/>
          <w:sz w:val="24"/>
          <w:szCs w:val="24"/>
          <w:lang w:val="ru-RU"/>
        </w:rPr>
      </w:pPr>
      <w:r w:rsidRPr="00474E4F">
        <w:rPr>
          <w:rFonts w:ascii="Times New Roman" w:hAnsi="Times New Roman" w:cs="Times New Roman"/>
          <w:sz w:val="24"/>
          <w:szCs w:val="24"/>
          <w:lang w:val="ru-RU"/>
        </w:rPr>
        <w:t>неумение ориентироваться по карте, правильно показывать изучаемые объекты.</w:t>
      </w:r>
    </w:p>
    <w:p w:rsidR="00063CD9" w:rsidRPr="00474E4F" w:rsidRDefault="00063CD9" w:rsidP="00063CD9">
      <w:pPr>
        <w:widowControl w:val="0"/>
        <w:autoSpaceDE w:val="0"/>
        <w:autoSpaceDN w:val="0"/>
        <w:adjustRightInd w:val="0"/>
        <w:ind w:firstLine="567"/>
        <w:rPr>
          <w:rFonts w:ascii="Times New Roman" w:hAnsi="Times New Roman" w:cs="Times New Roman"/>
          <w:i/>
          <w:iCs/>
          <w:sz w:val="24"/>
          <w:szCs w:val="24"/>
        </w:rPr>
      </w:pPr>
      <w:r w:rsidRPr="00474E4F">
        <w:rPr>
          <w:rFonts w:ascii="Times New Roman" w:hAnsi="Times New Roman" w:cs="Times New Roman"/>
          <w:i/>
          <w:iCs/>
          <w:sz w:val="24"/>
          <w:szCs w:val="24"/>
        </w:rPr>
        <w:t>Недочёты:</w:t>
      </w:r>
    </w:p>
    <w:p w:rsidR="00063CD9" w:rsidRPr="00474E4F" w:rsidRDefault="00063CD9" w:rsidP="00063CD9">
      <w:pPr>
        <w:pStyle w:val="af1"/>
        <w:widowControl w:val="0"/>
        <w:numPr>
          <w:ilvl w:val="2"/>
          <w:numId w:val="33"/>
        </w:numPr>
        <w:tabs>
          <w:tab w:val="left" w:pos="709"/>
        </w:tabs>
        <w:autoSpaceDE w:val="0"/>
        <w:autoSpaceDN w:val="0"/>
        <w:adjustRightInd w:val="0"/>
        <w:spacing w:after="0" w:line="240" w:lineRule="auto"/>
        <w:ind w:left="0" w:firstLine="567"/>
        <w:contextualSpacing w:val="0"/>
        <w:rPr>
          <w:rFonts w:ascii="Times New Roman" w:hAnsi="Times New Roman" w:cs="Times New Roman"/>
          <w:sz w:val="24"/>
          <w:szCs w:val="24"/>
          <w:lang w:val="ru-RU"/>
        </w:rPr>
      </w:pPr>
      <w:r w:rsidRPr="00474E4F">
        <w:rPr>
          <w:rFonts w:ascii="Times New Roman" w:hAnsi="Times New Roman" w:cs="Times New Roman"/>
          <w:sz w:val="24"/>
          <w:szCs w:val="24"/>
          <w:lang w:val="ru-RU"/>
        </w:rPr>
        <w:t>преобладание при описании объекта несущественных признаков;</w:t>
      </w:r>
    </w:p>
    <w:p w:rsidR="00063CD9" w:rsidRPr="00474E4F" w:rsidRDefault="00063CD9" w:rsidP="00063CD9">
      <w:pPr>
        <w:pStyle w:val="af1"/>
        <w:widowControl w:val="0"/>
        <w:numPr>
          <w:ilvl w:val="2"/>
          <w:numId w:val="33"/>
        </w:numPr>
        <w:tabs>
          <w:tab w:val="left" w:pos="709"/>
        </w:tabs>
        <w:autoSpaceDE w:val="0"/>
        <w:autoSpaceDN w:val="0"/>
        <w:adjustRightInd w:val="0"/>
        <w:spacing w:after="0" w:line="240" w:lineRule="auto"/>
        <w:ind w:left="0" w:firstLine="567"/>
        <w:contextualSpacing w:val="0"/>
        <w:rPr>
          <w:rFonts w:ascii="Times New Roman" w:hAnsi="Times New Roman" w:cs="Times New Roman"/>
          <w:sz w:val="24"/>
          <w:szCs w:val="24"/>
          <w:lang w:val="ru-RU"/>
        </w:rPr>
      </w:pPr>
      <w:r w:rsidRPr="00474E4F">
        <w:rPr>
          <w:rFonts w:ascii="Times New Roman" w:hAnsi="Times New Roman" w:cs="Times New Roman"/>
          <w:sz w:val="24"/>
          <w:szCs w:val="24"/>
          <w:lang w:val="ru-RU"/>
        </w:rPr>
        <w:t>неточности в определении назначения прибора, его использование;</w:t>
      </w:r>
    </w:p>
    <w:p w:rsidR="00063CD9" w:rsidRDefault="00063CD9" w:rsidP="00063CD9">
      <w:pPr>
        <w:pStyle w:val="af1"/>
        <w:widowControl w:val="0"/>
        <w:numPr>
          <w:ilvl w:val="2"/>
          <w:numId w:val="33"/>
        </w:numPr>
        <w:tabs>
          <w:tab w:val="left" w:pos="709"/>
        </w:tabs>
        <w:autoSpaceDE w:val="0"/>
        <w:autoSpaceDN w:val="0"/>
        <w:adjustRightInd w:val="0"/>
        <w:spacing w:after="0" w:line="240" w:lineRule="auto"/>
        <w:ind w:left="0" w:firstLine="567"/>
        <w:contextualSpacing w:val="0"/>
        <w:rPr>
          <w:rFonts w:ascii="Times New Roman" w:hAnsi="Times New Roman" w:cs="Times New Roman"/>
          <w:sz w:val="24"/>
          <w:szCs w:val="24"/>
          <w:lang w:val="ru-RU"/>
        </w:rPr>
      </w:pPr>
      <w:r w:rsidRPr="00474E4F">
        <w:rPr>
          <w:rFonts w:ascii="Times New Roman" w:hAnsi="Times New Roman" w:cs="Times New Roman"/>
          <w:sz w:val="24"/>
          <w:szCs w:val="24"/>
          <w:lang w:val="ru-RU"/>
        </w:rPr>
        <w:t>неточности при нахождении объектов на карте.</w:t>
      </w:r>
    </w:p>
    <w:p w:rsidR="00063CD9" w:rsidRDefault="00063CD9" w:rsidP="00063CD9">
      <w:pPr>
        <w:widowControl w:val="0"/>
        <w:tabs>
          <w:tab w:val="left" w:pos="710"/>
        </w:tabs>
        <w:autoSpaceDE w:val="0"/>
        <w:autoSpaceDN w:val="0"/>
        <w:ind w:left="162" w:right="-1"/>
        <w:jc w:val="center"/>
        <w:rPr>
          <w:rFonts w:ascii="Times New Roman" w:hAnsi="Times New Roman" w:cs="Times New Roman"/>
          <w:b/>
          <w:i/>
          <w:sz w:val="24"/>
          <w:szCs w:val="24"/>
          <w:u w:val="single"/>
        </w:rPr>
      </w:pPr>
    </w:p>
    <w:p w:rsidR="00063CD9" w:rsidRPr="00474E4F" w:rsidRDefault="00063CD9" w:rsidP="00063CD9">
      <w:pPr>
        <w:widowControl w:val="0"/>
        <w:tabs>
          <w:tab w:val="left" w:pos="710"/>
        </w:tabs>
        <w:autoSpaceDE w:val="0"/>
        <w:autoSpaceDN w:val="0"/>
        <w:ind w:left="162" w:right="-1"/>
        <w:jc w:val="center"/>
        <w:rPr>
          <w:rFonts w:ascii="Times New Roman" w:hAnsi="Times New Roman" w:cs="Times New Roman"/>
          <w:i/>
          <w:sz w:val="24"/>
          <w:szCs w:val="24"/>
          <w:u w:val="single"/>
        </w:rPr>
      </w:pPr>
      <w:r w:rsidRPr="00474E4F">
        <w:rPr>
          <w:rFonts w:ascii="Times New Roman" w:hAnsi="Times New Roman" w:cs="Times New Roman"/>
          <w:b/>
          <w:i/>
          <w:sz w:val="24"/>
          <w:szCs w:val="24"/>
          <w:u w:val="single"/>
        </w:rPr>
        <w:t>Тест</w:t>
      </w:r>
      <w:r>
        <w:rPr>
          <w:rFonts w:ascii="Times New Roman" w:hAnsi="Times New Roman" w:cs="Times New Roman"/>
          <w:b/>
          <w:i/>
          <w:sz w:val="24"/>
          <w:szCs w:val="24"/>
          <w:u w:val="single"/>
        </w:rPr>
        <w:t>, проверочная работа</w:t>
      </w:r>
    </w:p>
    <w:p w:rsidR="00063CD9" w:rsidRPr="00474E4F" w:rsidRDefault="00063CD9" w:rsidP="00063CD9">
      <w:pPr>
        <w:widowControl w:val="0"/>
        <w:tabs>
          <w:tab w:val="left" w:pos="710"/>
        </w:tabs>
        <w:autoSpaceDE w:val="0"/>
        <w:autoSpaceDN w:val="0"/>
        <w:ind w:left="162" w:right="-1" w:firstLine="405"/>
        <w:jc w:val="both"/>
        <w:rPr>
          <w:rFonts w:ascii="Times New Roman" w:hAnsi="Times New Roman" w:cs="Times New Roman"/>
          <w:sz w:val="24"/>
          <w:szCs w:val="24"/>
        </w:rPr>
      </w:pPr>
      <w:r w:rsidRPr="00474E4F">
        <w:rPr>
          <w:rFonts w:ascii="Times New Roman" w:hAnsi="Times New Roman" w:cs="Times New Roman"/>
          <w:sz w:val="24"/>
          <w:szCs w:val="24"/>
        </w:rPr>
        <w:t>Оценивание тестовых</w:t>
      </w:r>
      <w:r>
        <w:rPr>
          <w:rFonts w:ascii="Times New Roman" w:hAnsi="Times New Roman" w:cs="Times New Roman"/>
          <w:sz w:val="24"/>
          <w:szCs w:val="24"/>
        </w:rPr>
        <w:t xml:space="preserve"> и проверочных</w:t>
      </w:r>
      <w:r w:rsidRPr="00474E4F">
        <w:rPr>
          <w:rFonts w:ascii="Times New Roman" w:hAnsi="Times New Roman" w:cs="Times New Roman"/>
          <w:sz w:val="24"/>
          <w:szCs w:val="24"/>
        </w:rPr>
        <w:t xml:space="preserve"> работ обучающихся осуществляется в зависимости от процентного соотношения выполненных заданий.</w:t>
      </w:r>
    </w:p>
    <w:p w:rsidR="00063CD9" w:rsidRPr="00474E4F" w:rsidRDefault="00063CD9" w:rsidP="00063CD9">
      <w:pPr>
        <w:widowControl w:val="0"/>
        <w:tabs>
          <w:tab w:val="left" w:pos="710"/>
        </w:tabs>
        <w:autoSpaceDE w:val="0"/>
        <w:autoSpaceDN w:val="0"/>
        <w:ind w:left="162" w:right="566" w:firstLine="405"/>
        <w:rPr>
          <w:rFonts w:ascii="Times New Roman" w:hAnsi="Times New Roman" w:cs="Times New Roman"/>
          <w:sz w:val="24"/>
          <w:szCs w:val="24"/>
        </w:rPr>
      </w:pPr>
      <w:r w:rsidRPr="00474E4F">
        <w:rPr>
          <w:rFonts w:ascii="Times New Roman" w:hAnsi="Times New Roman" w:cs="Times New Roman"/>
          <w:sz w:val="24"/>
          <w:szCs w:val="24"/>
        </w:rPr>
        <w:t>Оценивается работа следующим образом:</w:t>
      </w:r>
    </w:p>
    <w:p w:rsidR="00063CD9" w:rsidRPr="00474E4F" w:rsidRDefault="00063CD9" w:rsidP="00063CD9">
      <w:pPr>
        <w:widowControl w:val="0"/>
        <w:tabs>
          <w:tab w:val="left" w:pos="710"/>
        </w:tabs>
        <w:autoSpaceDE w:val="0"/>
        <w:autoSpaceDN w:val="0"/>
        <w:ind w:left="162" w:right="566" w:firstLine="405"/>
        <w:rPr>
          <w:rFonts w:ascii="Times New Roman" w:hAnsi="Times New Roman" w:cs="Times New Roman"/>
          <w:sz w:val="24"/>
          <w:szCs w:val="24"/>
        </w:rPr>
      </w:pPr>
      <w:r w:rsidRPr="00474E4F">
        <w:rPr>
          <w:rFonts w:ascii="Times New Roman" w:eastAsia="Times New Roman" w:hAnsi="Times New Roman" w:cs="Times New Roman"/>
          <w:b/>
          <w:color w:val="000000"/>
          <w:sz w:val="24"/>
          <w:szCs w:val="24"/>
        </w:rPr>
        <w:t xml:space="preserve">Оценка </w:t>
      </w:r>
      <w:r w:rsidRPr="00474E4F">
        <w:rPr>
          <w:rFonts w:ascii="Times New Roman" w:hAnsi="Times New Roman" w:cs="Times New Roman"/>
          <w:b/>
          <w:sz w:val="24"/>
          <w:szCs w:val="24"/>
        </w:rPr>
        <w:t>«5»</w:t>
      </w:r>
      <w:r w:rsidRPr="00474E4F">
        <w:rPr>
          <w:rFonts w:ascii="Times New Roman" w:hAnsi="Times New Roman" w:cs="Times New Roman"/>
          <w:sz w:val="24"/>
          <w:szCs w:val="24"/>
        </w:rPr>
        <w:t xml:space="preserve"> - 85 – 100 %; </w:t>
      </w:r>
    </w:p>
    <w:p w:rsidR="00063CD9" w:rsidRPr="00474E4F" w:rsidRDefault="00063CD9" w:rsidP="00063CD9">
      <w:pPr>
        <w:widowControl w:val="0"/>
        <w:tabs>
          <w:tab w:val="left" w:pos="710"/>
        </w:tabs>
        <w:autoSpaceDE w:val="0"/>
        <w:autoSpaceDN w:val="0"/>
        <w:ind w:left="162" w:right="566" w:firstLine="405"/>
        <w:rPr>
          <w:rFonts w:ascii="Times New Roman" w:hAnsi="Times New Roman" w:cs="Times New Roman"/>
          <w:sz w:val="24"/>
          <w:szCs w:val="24"/>
        </w:rPr>
      </w:pPr>
      <w:r w:rsidRPr="00474E4F">
        <w:rPr>
          <w:rFonts w:ascii="Times New Roman" w:eastAsia="Times New Roman" w:hAnsi="Times New Roman" w:cs="Times New Roman"/>
          <w:b/>
          <w:color w:val="000000"/>
          <w:sz w:val="24"/>
          <w:szCs w:val="24"/>
        </w:rPr>
        <w:t xml:space="preserve">Оценка </w:t>
      </w:r>
      <w:r w:rsidRPr="00474E4F">
        <w:rPr>
          <w:rFonts w:ascii="Times New Roman" w:hAnsi="Times New Roman" w:cs="Times New Roman"/>
          <w:b/>
          <w:sz w:val="24"/>
          <w:szCs w:val="24"/>
        </w:rPr>
        <w:t>«4»</w:t>
      </w:r>
      <w:r w:rsidRPr="00474E4F">
        <w:rPr>
          <w:rFonts w:ascii="Times New Roman" w:hAnsi="Times New Roman" w:cs="Times New Roman"/>
          <w:sz w:val="24"/>
          <w:szCs w:val="24"/>
        </w:rPr>
        <w:t xml:space="preserve"> - 65 – 84 %; </w:t>
      </w:r>
    </w:p>
    <w:p w:rsidR="00063CD9" w:rsidRPr="00474E4F" w:rsidRDefault="00063CD9" w:rsidP="00063CD9">
      <w:pPr>
        <w:widowControl w:val="0"/>
        <w:tabs>
          <w:tab w:val="left" w:pos="710"/>
        </w:tabs>
        <w:autoSpaceDE w:val="0"/>
        <w:autoSpaceDN w:val="0"/>
        <w:ind w:left="162" w:right="566" w:firstLine="405"/>
        <w:rPr>
          <w:rFonts w:ascii="Times New Roman" w:hAnsi="Times New Roman" w:cs="Times New Roman"/>
          <w:sz w:val="24"/>
          <w:szCs w:val="24"/>
        </w:rPr>
      </w:pPr>
      <w:r w:rsidRPr="00474E4F">
        <w:rPr>
          <w:rFonts w:ascii="Times New Roman" w:eastAsia="Times New Roman" w:hAnsi="Times New Roman" w:cs="Times New Roman"/>
          <w:b/>
          <w:color w:val="000000"/>
          <w:sz w:val="24"/>
          <w:szCs w:val="24"/>
        </w:rPr>
        <w:t xml:space="preserve">Оценка </w:t>
      </w:r>
      <w:r w:rsidRPr="00474E4F">
        <w:rPr>
          <w:rFonts w:ascii="Times New Roman" w:hAnsi="Times New Roman" w:cs="Times New Roman"/>
          <w:b/>
          <w:sz w:val="24"/>
          <w:szCs w:val="24"/>
        </w:rPr>
        <w:t xml:space="preserve">«3» </w:t>
      </w:r>
      <w:r w:rsidRPr="00474E4F">
        <w:rPr>
          <w:rFonts w:ascii="Times New Roman" w:hAnsi="Times New Roman" w:cs="Times New Roman"/>
          <w:sz w:val="24"/>
          <w:szCs w:val="24"/>
        </w:rPr>
        <w:t xml:space="preserve">- 45 – 64 %; </w:t>
      </w:r>
    </w:p>
    <w:p w:rsidR="00063CD9" w:rsidRPr="00474E4F" w:rsidRDefault="00063CD9" w:rsidP="00063CD9">
      <w:pPr>
        <w:widowControl w:val="0"/>
        <w:tabs>
          <w:tab w:val="left" w:pos="710"/>
        </w:tabs>
        <w:autoSpaceDE w:val="0"/>
        <w:autoSpaceDN w:val="0"/>
        <w:ind w:left="162" w:right="566" w:firstLine="405"/>
        <w:rPr>
          <w:rFonts w:ascii="Times New Roman" w:hAnsi="Times New Roman" w:cs="Times New Roman"/>
          <w:sz w:val="24"/>
          <w:szCs w:val="24"/>
        </w:rPr>
      </w:pPr>
      <w:r w:rsidRPr="00474E4F">
        <w:rPr>
          <w:rFonts w:ascii="Times New Roman" w:eastAsia="Times New Roman" w:hAnsi="Times New Roman" w:cs="Times New Roman"/>
          <w:b/>
          <w:color w:val="000000"/>
          <w:sz w:val="24"/>
          <w:szCs w:val="24"/>
        </w:rPr>
        <w:t xml:space="preserve">Оценка </w:t>
      </w:r>
      <w:r w:rsidRPr="00474E4F">
        <w:rPr>
          <w:rFonts w:ascii="Times New Roman" w:hAnsi="Times New Roman" w:cs="Times New Roman"/>
          <w:b/>
          <w:sz w:val="24"/>
          <w:szCs w:val="24"/>
        </w:rPr>
        <w:t>«2»</w:t>
      </w:r>
      <w:r w:rsidRPr="00474E4F">
        <w:rPr>
          <w:rFonts w:ascii="Times New Roman" w:hAnsi="Times New Roman" w:cs="Times New Roman"/>
          <w:sz w:val="24"/>
          <w:szCs w:val="24"/>
        </w:rPr>
        <w:t xml:space="preserve"> - 0 – 44 %.</w:t>
      </w:r>
    </w:p>
    <w:p w:rsidR="00063CD9" w:rsidRPr="00474E4F" w:rsidRDefault="00063CD9" w:rsidP="00063CD9">
      <w:pPr>
        <w:pStyle w:val="af1"/>
        <w:widowControl w:val="0"/>
        <w:tabs>
          <w:tab w:val="left" w:pos="709"/>
        </w:tabs>
        <w:autoSpaceDE w:val="0"/>
        <w:autoSpaceDN w:val="0"/>
        <w:adjustRightInd w:val="0"/>
        <w:spacing w:after="0" w:line="240" w:lineRule="auto"/>
        <w:ind w:left="567"/>
        <w:contextualSpacing w:val="0"/>
        <w:rPr>
          <w:rFonts w:ascii="Times New Roman" w:hAnsi="Times New Roman" w:cs="Times New Roman"/>
          <w:sz w:val="24"/>
          <w:szCs w:val="24"/>
          <w:lang w:val="ru-RU"/>
        </w:rPr>
      </w:pPr>
    </w:p>
    <w:p w:rsidR="00063CD9" w:rsidRPr="00F724BC" w:rsidRDefault="00063CD9" w:rsidP="00063CD9">
      <w:pPr>
        <w:widowControl w:val="0"/>
        <w:autoSpaceDE w:val="0"/>
        <w:autoSpaceDN w:val="0"/>
        <w:ind w:right="-1"/>
        <w:jc w:val="both"/>
        <w:rPr>
          <w:rFonts w:ascii="Times New Roman" w:hAnsi="Times New Roman" w:cs="Times New Roman"/>
          <w:sz w:val="24"/>
          <w:szCs w:val="24"/>
        </w:rPr>
      </w:pPr>
    </w:p>
    <w:p w:rsidR="00063CD9" w:rsidRPr="009E0435" w:rsidRDefault="00063CD9" w:rsidP="00063CD9">
      <w:pPr>
        <w:widowControl w:val="0"/>
        <w:autoSpaceDE w:val="0"/>
        <w:autoSpaceDN w:val="0"/>
        <w:adjustRightInd w:val="0"/>
        <w:ind w:firstLine="567"/>
        <w:jc w:val="center"/>
        <w:rPr>
          <w:rFonts w:ascii="Times New Roman" w:hAnsi="Times New Roman" w:cs="Times New Roman"/>
          <w:b/>
          <w:bCs/>
          <w:sz w:val="24"/>
          <w:szCs w:val="24"/>
        </w:rPr>
      </w:pPr>
      <w:r w:rsidRPr="009E0435">
        <w:rPr>
          <w:rFonts w:ascii="Times New Roman" w:hAnsi="Times New Roman" w:cs="Times New Roman"/>
          <w:b/>
          <w:bCs/>
          <w:caps/>
          <w:sz w:val="24"/>
          <w:szCs w:val="24"/>
        </w:rPr>
        <w:t>Основы религиозных культур и светской этики</w:t>
      </w:r>
      <w:r w:rsidRPr="009E0435">
        <w:rPr>
          <w:rFonts w:ascii="Times New Roman" w:hAnsi="Times New Roman" w:cs="Times New Roman"/>
          <w:b/>
          <w:bCs/>
          <w:sz w:val="24"/>
          <w:szCs w:val="24"/>
        </w:rPr>
        <w:t xml:space="preserve"> (ОРКСЭ)</w:t>
      </w:r>
    </w:p>
    <w:p w:rsidR="00063CD9" w:rsidRPr="009E0435" w:rsidRDefault="00063CD9" w:rsidP="00063CD9">
      <w:pPr>
        <w:widowControl w:val="0"/>
        <w:autoSpaceDE w:val="0"/>
        <w:autoSpaceDN w:val="0"/>
        <w:adjustRightInd w:val="0"/>
        <w:ind w:firstLine="567"/>
        <w:rPr>
          <w:rFonts w:ascii="Times New Roman" w:hAnsi="Times New Roman" w:cs="Times New Roman"/>
          <w:sz w:val="24"/>
          <w:szCs w:val="24"/>
        </w:rPr>
      </w:pPr>
      <w:r w:rsidRPr="009E0435">
        <w:rPr>
          <w:rFonts w:ascii="Times New Roman" w:hAnsi="Times New Roman" w:cs="Times New Roman"/>
          <w:sz w:val="24"/>
          <w:szCs w:val="24"/>
        </w:rPr>
        <w:t>Отметки по предмету не ставятся.</w:t>
      </w:r>
    </w:p>
    <w:p w:rsidR="00063CD9" w:rsidRPr="009E0435" w:rsidRDefault="00063CD9" w:rsidP="00063CD9">
      <w:pPr>
        <w:widowControl w:val="0"/>
        <w:autoSpaceDE w:val="0"/>
        <w:autoSpaceDN w:val="0"/>
        <w:ind w:firstLine="567"/>
        <w:jc w:val="center"/>
        <w:rPr>
          <w:rFonts w:ascii="Times New Roman" w:hAnsi="Times New Roman" w:cs="Times New Roman"/>
          <w:i/>
          <w:sz w:val="24"/>
          <w:szCs w:val="24"/>
          <w:u w:val="single"/>
        </w:rPr>
      </w:pPr>
      <w:r w:rsidRPr="009E0435">
        <w:rPr>
          <w:rFonts w:ascii="Times New Roman" w:eastAsia="Times New Roman" w:hAnsi="Times New Roman" w:cs="Times New Roman"/>
          <w:b/>
          <w:i/>
          <w:color w:val="000000"/>
          <w:sz w:val="24"/>
          <w:szCs w:val="24"/>
          <w:u w:val="single"/>
        </w:rPr>
        <w:t>Устный ответ</w:t>
      </w:r>
    </w:p>
    <w:p w:rsidR="00063CD9" w:rsidRPr="0091600F" w:rsidRDefault="00063CD9" w:rsidP="00063CD9">
      <w:pPr>
        <w:widowControl w:val="0"/>
        <w:tabs>
          <w:tab w:val="left" w:pos="10205"/>
        </w:tabs>
        <w:autoSpaceDE w:val="0"/>
        <w:autoSpaceDN w:val="0"/>
        <w:ind w:firstLine="567"/>
        <w:jc w:val="both"/>
        <w:rPr>
          <w:rFonts w:ascii="Times New Roman" w:hAnsi="Times New Roman" w:cs="Times New Roman"/>
          <w:sz w:val="24"/>
          <w:szCs w:val="24"/>
        </w:rPr>
      </w:pPr>
      <w:proofErr w:type="gramStart"/>
      <w:r w:rsidRPr="0091600F">
        <w:rPr>
          <w:rFonts w:ascii="Times New Roman" w:eastAsia="Times New Roman" w:hAnsi="Times New Roman" w:cs="Times New Roman"/>
          <w:b/>
          <w:color w:val="000000"/>
          <w:sz w:val="24"/>
          <w:szCs w:val="24"/>
        </w:rPr>
        <w:t xml:space="preserve">Высокий уровень </w:t>
      </w:r>
      <w:r w:rsidRPr="0091600F">
        <w:rPr>
          <w:rFonts w:ascii="Times New Roman" w:eastAsia="Times New Roman" w:hAnsi="Times New Roman" w:cs="Times New Roman"/>
          <w:color w:val="000000"/>
          <w:sz w:val="24"/>
          <w:szCs w:val="24"/>
        </w:rPr>
        <w:t>определяется, если ученик обнаружил усвоение глубоких, прочных знаний, за логичный и доказательный ответ, знание основных фактов, пон</w:t>
      </w:r>
      <w:r>
        <w:rPr>
          <w:rFonts w:ascii="Times New Roman" w:eastAsia="Times New Roman" w:hAnsi="Times New Roman" w:cs="Times New Roman"/>
          <w:color w:val="000000"/>
          <w:sz w:val="24"/>
          <w:szCs w:val="24"/>
        </w:rPr>
        <w:t xml:space="preserve">ятий, терминов, дат, событий и персоналий; </w:t>
      </w:r>
      <w:r w:rsidRPr="0091600F">
        <w:rPr>
          <w:rFonts w:ascii="Times New Roman" w:eastAsia="Times New Roman" w:hAnsi="Times New Roman" w:cs="Times New Roman"/>
          <w:color w:val="000000"/>
          <w:sz w:val="24"/>
          <w:szCs w:val="24"/>
        </w:rPr>
        <w:t>ум</w:t>
      </w:r>
      <w:r>
        <w:rPr>
          <w:rFonts w:ascii="Times New Roman" w:eastAsia="Times New Roman" w:hAnsi="Times New Roman" w:cs="Times New Roman"/>
          <w:color w:val="000000"/>
          <w:sz w:val="24"/>
          <w:szCs w:val="24"/>
        </w:rPr>
        <w:t xml:space="preserve">еет устанавливать причинно-следственные связи, </w:t>
      </w:r>
      <w:r w:rsidRPr="0091600F">
        <w:rPr>
          <w:rFonts w:ascii="Times New Roman" w:eastAsia="Times New Roman" w:hAnsi="Times New Roman" w:cs="Times New Roman"/>
          <w:color w:val="000000"/>
          <w:sz w:val="24"/>
          <w:szCs w:val="24"/>
        </w:rPr>
        <w:t>самостоятельно анализировать и сопоставлять письменные источники, знать периодизацию событий истории культуры религий, историческую карту, умеет делать аргументированные выводы, при ответе соблюдает нормы русского языка.</w:t>
      </w:r>
      <w:proofErr w:type="gramEnd"/>
    </w:p>
    <w:p w:rsidR="00063CD9" w:rsidRPr="0091600F" w:rsidRDefault="00063CD9" w:rsidP="00063CD9">
      <w:pPr>
        <w:widowControl w:val="0"/>
        <w:tabs>
          <w:tab w:val="left" w:pos="9639"/>
        </w:tabs>
        <w:autoSpaceDE w:val="0"/>
        <w:autoSpaceDN w:val="0"/>
        <w:ind w:firstLine="567"/>
        <w:jc w:val="both"/>
        <w:rPr>
          <w:rFonts w:ascii="Times New Roman" w:hAnsi="Times New Roman" w:cs="Times New Roman"/>
          <w:sz w:val="24"/>
          <w:szCs w:val="24"/>
        </w:rPr>
      </w:pPr>
      <w:proofErr w:type="gramStart"/>
      <w:r w:rsidRPr="0091600F">
        <w:rPr>
          <w:rFonts w:ascii="Times New Roman" w:eastAsia="Times New Roman" w:hAnsi="Times New Roman" w:cs="Times New Roman"/>
          <w:b/>
          <w:color w:val="000000"/>
          <w:sz w:val="24"/>
          <w:szCs w:val="24"/>
        </w:rPr>
        <w:t xml:space="preserve">Повышенный уровень </w:t>
      </w:r>
      <w:r w:rsidRPr="0091600F">
        <w:rPr>
          <w:rFonts w:ascii="Times New Roman" w:eastAsia="Times New Roman" w:hAnsi="Times New Roman" w:cs="Times New Roman"/>
          <w:color w:val="000000"/>
          <w:sz w:val="24"/>
          <w:szCs w:val="24"/>
        </w:rPr>
        <w:t>определяется, если ученик обнаружил усвоение глубоких, прочных знаний, за логичный и доказательный ответ, за знание основных фактов, понятий, терминов, дат, событий и персоналий;</w:t>
      </w:r>
      <w:r>
        <w:rPr>
          <w:rFonts w:ascii="Times New Roman" w:eastAsia="Times New Roman" w:hAnsi="Times New Roman" w:cs="Times New Roman"/>
          <w:color w:val="000000"/>
          <w:sz w:val="24"/>
          <w:szCs w:val="24"/>
        </w:rPr>
        <w:t xml:space="preserve"> умеет устанавливать причинно-</w:t>
      </w:r>
      <w:r w:rsidRPr="0091600F">
        <w:rPr>
          <w:rFonts w:ascii="Times New Roman" w:eastAsia="Times New Roman" w:hAnsi="Times New Roman" w:cs="Times New Roman"/>
          <w:color w:val="000000"/>
          <w:sz w:val="24"/>
          <w:szCs w:val="24"/>
        </w:rPr>
        <w:t>следственные связи</w:t>
      </w:r>
      <w:r>
        <w:rPr>
          <w:rFonts w:ascii="Times New Roman" w:eastAsia="Times New Roman" w:hAnsi="Times New Roman" w:cs="Times New Roman"/>
          <w:color w:val="000000"/>
          <w:sz w:val="24"/>
          <w:szCs w:val="24"/>
        </w:rPr>
        <w:t xml:space="preserve">, самостоятельно анализировать и сопоставлять письменные источники, </w:t>
      </w:r>
      <w:r w:rsidRPr="0091600F">
        <w:rPr>
          <w:rFonts w:ascii="Times New Roman" w:eastAsia="Times New Roman" w:hAnsi="Times New Roman" w:cs="Times New Roman"/>
          <w:color w:val="000000"/>
          <w:sz w:val="24"/>
          <w:szCs w:val="24"/>
        </w:rPr>
        <w:t>знает периодизацию событий истории культуры религий, историческую карту, умение делать аргументированные выводы, при ответе соблюдает нормы русского языка.</w:t>
      </w:r>
      <w:proofErr w:type="gramEnd"/>
      <w:r w:rsidRPr="0091600F">
        <w:rPr>
          <w:rFonts w:ascii="Times New Roman" w:eastAsia="Times New Roman" w:hAnsi="Times New Roman" w:cs="Times New Roman"/>
          <w:color w:val="000000"/>
          <w:sz w:val="24"/>
          <w:szCs w:val="24"/>
        </w:rPr>
        <w:t xml:space="preserve"> В ответе допускаются несущественные неточности.</w:t>
      </w:r>
    </w:p>
    <w:p w:rsidR="00063CD9" w:rsidRPr="0091600F" w:rsidRDefault="00063CD9" w:rsidP="00063CD9">
      <w:pPr>
        <w:widowControl w:val="0"/>
        <w:tabs>
          <w:tab w:val="left" w:pos="9639"/>
        </w:tabs>
        <w:autoSpaceDE w:val="0"/>
        <w:autoSpaceDN w:val="0"/>
        <w:ind w:firstLine="567"/>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Базовый уровень</w:t>
      </w:r>
      <w:r w:rsidRPr="0091600F">
        <w:rPr>
          <w:rFonts w:ascii="Times New Roman" w:eastAsia="Times New Roman" w:hAnsi="Times New Roman" w:cs="Times New Roman"/>
          <w:b/>
          <w:color w:val="000000"/>
          <w:sz w:val="24"/>
          <w:szCs w:val="24"/>
        </w:rPr>
        <w:t xml:space="preserve"> </w:t>
      </w:r>
      <w:r w:rsidRPr="0091600F">
        <w:rPr>
          <w:rFonts w:ascii="Times New Roman" w:eastAsia="Times New Roman" w:hAnsi="Times New Roman" w:cs="Times New Roman"/>
          <w:color w:val="000000"/>
          <w:sz w:val="24"/>
          <w:szCs w:val="24"/>
        </w:rPr>
        <w:t>определяется, если ученик усвоил е основные понят</w:t>
      </w:r>
      <w:r>
        <w:rPr>
          <w:rFonts w:ascii="Times New Roman" w:eastAsia="Times New Roman" w:hAnsi="Times New Roman" w:cs="Times New Roman"/>
          <w:color w:val="000000"/>
          <w:sz w:val="24"/>
          <w:szCs w:val="24"/>
        </w:rPr>
        <w:t xml:space="preserve">ия, термины, знает фактический материал, умеет </w:t>
      </w:r>
      <w:r w:rsidRPr="0091600F">
        <w:rPr>
          <w:rFonts w:ascii="Times New Roman" w:eastAsia="Times New Roman" w:hAnsi="Times New Roman" w:cs="Times New Roman"/>
          <w:color w:val="000000"/>
          <w:sz w:val="24"/>
          <w:szCs w:val="24"/>
        </w:rPr>
        <w:t>устан</w:t>
      </w:r>
      <w:r>
        <w:rPr>
          <w:rFonts w:ascii="Times New Roman" w:eastAsia="Times New Roman" w:hAnsi="Times New Roman" w:cs="Times New Roman"/>
          <w:color w:val="000000"/>
          <w:sz w:val="24"/>
          <w:szCs w:val="24"/>
        </w:rPr>
        <w:t xml:space="preserve">авливать причинно-следственные связи и </w:t>
      </w:r>
      <w:r w:rsidRPr="0091600F">
        <w:rPr>
          <w:rFonts w:ascii="Times New Roman" w:eastAsia="Times New Roman" w:hAnsi="Times New Roman" w:cs="Times New Roman"/>
          <w:color w:val="000000"/>
          <w:sz w:val="24"/>
          <w:szCs w:val="24"/>
        </w:rPr>
        <w:t>давать развернутые определения; умеет излагать материал, осуществлять анализ проблем, процессов, фактов и явлений истории культуры религий, использовать письменные источники и делать выводы, при ответе соблюдает нормы русского языка. В ответе допускаются существенные ошибки и неточности.</w:t>
      </w:r>
    </w:p>
    <w:p w:rsidR="00063CD9" w:rsidRDefault="00063CD9" w:rsidP="00063CD9">
      <w:pPr>
        <w:widowControl w:val="0"/>
        <w:tabs>
          <w:tab w:val="left" w:pos="9639"/>
        </w:tabs>
        <w:autoSpaceDE w:val="0"/>
        <w:autoSpaceDN w:val="0"/>
        <w:ind w:firstLine="567"/>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У</w:t>
      </w:r>
      <w:r w:rsidRPr="0091600F">
        <w:rPr>
          <w:rFonts w:ascii="Times New Roman" w:eastAsia="Times New Roman" w:hAnsi="Times New Roman" w:cs="Times New Roman"/>
          <w:b/>
          <w:color w:val="000000"/>
          <w:sz w:val="24"/>
          <w:szCs w:val="24"/>
        </w:rPr>
        <w:t xml:space="preserve">ровень </w:t>
      </w:r>
      <w:r>
        <w:rPr>
          <w:rFonts w:ascii="Times New Roman" w:eastAsia="Times New Roman" w:hAnsi="Times New Roman" w:cs="Times New Roman"/>
          <w:b/>
          <w:color w:val="000000"/>
          <w:sz w:val="24"/>
          <w:szCs w:val="24"/>
        </w:rPr>
        <w:t>ниже базового</w:t>
      </w:r>
      <w:r w:rsidRPr="0091600F">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определяется, если ученик допускает </w:t>
      </w:r>
      <w:r w:rsidRPr="0091600F">
        <w:rPr>
          <w:rFonts w:ascii="Times New Roman" w:eastAsia="Times New Roman" w:hAnsi="Times New Roman" w:cs="Times New Roman"/>
          <w:color w:val="000000"/>
          <w:sz w:val="24"/>
          <w:szCs w:val="24"/>
        </w:rPr>
        <w:t>грубые ошибки в ответе; не справляется с поставленной целью урока.</w:t>
      </w:r>
    </w:p>
    <w:p w:rsidR="00063CD9" w:rsidRDefault="00063CD9" w:rsidP="00063CD9">
      <w:pPr>
        <w:widowControl w:val="0"/>
        <w:tabs>
          <w:tab w:val="left" w:pos="710"/>
        </w:tabs>
        <w:autoSpaceDE w:val="0"/>
        <w:autoSpaceDN w:val="0"/>
        <w:ind w:right="566"/>
        <w:jc w:val="center"/>
        <w:rPr>
          <w:rFonts w:ascii="Times New Roman" w:hAnsi="Times New Roman" w:cs="Times New Roman"/>
          <w:i/>
          <w:sz w:val="24"/>
          <w:szCs w:val="24"/>
          <w:u w:val="single"/>
        </w:rPr>
      </w:pPr>
      <w:r>
        <w:rPr>
          <w:rFonts w:ascii="Times New Roman" w:hAnsi="Times New Roman" w:cs="Times New Roman"/>
          <w:b/>
          <w:i/>
          <w:sz w:val="24"/>
          <w:szCs w:val="24"/>
          <w:u w:val="single"/>
        </w:rPr>
        <w:t>Тест</w:t>
      </w:r>
    </w:p>
    <w:p w:rsidR="00063CD9" w:rsidRDefault="00063CD9" w:rsidP="00063CD9">
      <w:pPr>
        <w:widowControl w:val="0"/>
        <w:tabs>
          <w:tab w:val="left" w:pos="710"/>
        </w:tabs>
        <w:autoSpaceDE w:val="0"/>
        <w:autoSpaceDN w:val="0"/>
        <w:ind w:right="-1" w:firstLine="567"/>
        <w:jc w:val="both"/>
        <w:rPr>
          <w:rFonts w:ascii="Times New Roman" w:hAnsi="Times New Roman" w:cs="Times New Roman"/>
          <w:sz w:val="24"/>
          <w:szCs w:val="24"/>
        </w:rPr>
      </w:pPr>
      <w:r>
        <w:rPr>
          <w:rFonts w:ascii="Times New Roman" w:hAnsi="Times New Roman" w:cs="Times New Roman"/>
          <w:sz w:val="24"/>
          <w:szCs w:val="24"/>
        </w:rPr>
        <w:t>Оценивание тестовых работ обучающихся осуществляется в зависимости от процентного соотношения выполненных заданий.</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hAnsi="Times New Roman" w:cs="Times New Roman"/>
          <w:sz w:val="24"/>
          <w:szCs w:val="24"/>
        </w:rPr>
        <w:t>Оценивается работа следующим образом:</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«5»</w:t>
      </w:r>
      <w:r>
        <w:rPr>
          <w:rFonts w:ascii="Times New Roman" w:hAnsi="Times New Roman" w:cs="Times New Roman"/>
          <w:sz w:val="24"/>
          <w:szCs w:val="24"/>
        </w:rPr>
        <w:t xml:space="preserve"> - 85 – 100 %; </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«4»</w:t>
      </w:r>
      <w:r>
        <w:rPr>
          <w:rFonts w:ascii="Times New Roman" w:hAnsi="Times New Roman" w:cs="Times New Roman"/>
          <w:sz w:val="24"/>
          <w:szCs w:val="24"/>
        </w:rPr>
        <w:t xml:space="preserve"> - 65 – 84 %; </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 xml:space="preserve">«3» </w:t>
      </w:r>
      <w:r>
        <w:rPr>
          <w:rFonts w:ascii="Times New Roman" w:hAnsi="Times New Roman" w:cs="Times New Roman"/>
          <w:sz w:val="24"/>
          <w:szCs w:val="24"/>
        </w:rPr>
        <w:t xml:space="preserve">- 45 – 64 %; </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«2»</w:t>
      </w:r>
      <w:r>
        <w:rPr>
          <w:rFonts w:ascii="Times New Roman" w:hAnsi="Times New Roman" w:cs="Times New Roman"/>
          <w:sz w:val="24"/>
          <w:szCs w:val="24"/>
        </w:rPr>
        <w:t xml:space="preserve"> - 0 – 44 %.</w:t>
      </w:r>
    </w:p>
    <w:p w:rsidR="00063CD9" w:rsidRDefault="00063CD9" w:rsidP="00063CD9">
      <w:pPr>
        <w:widowControl w:val="0"/>
        <w:tabs>
          <w:tab w:val="left" w:pos="9639"/>
        </w:tabs>
        <w:autoSpaceDE w:val="0"/>
        <w:autoSpaceDN w:val="0"/>
        <w:ind w:firstLine="567"/>
        <w:rPr>
          <w:rFonts w:ascii="Times New Roman" w:hAnsi="Times New Roman" w:cs="Times New Roman"/>
          <w:sz w:val="24"/>
          <w:szCs w:val="24"/>
        </w:rPr>
      </w:pPr>
    </w:p>
    <w:p w:rsidR="00063CD9" w:rsidRDefault="00063CD9" w:rsidP="00063CD9">
      <w:pPr>
        <w:widowControl w:val="0"/>
        <w:tabs>
          <w:tab w:val="left" w:pos="9639"/>
        </w:tabs>
        <w:autoSpaceDE w:val="0"/>
        <w:autoSpaceDN w:val="0"/>
        <w:ind w:firstLine="567"/>
        <w:jc w:val="center"/>
        <w:rPr>
          <w:rFonts w:ascii="Times New Roman" w:hAnsi="Times New Roman" w:cs="Times New Roman"/>
          <w:b/>
          <w:sz w:val="24"/>
          <w:szCs w:val="24"/>
        </w:rPr>
      </w:pPr>
      <w:r w:rsidRPr="008F6D5C">
        <w:rPr>
          <w:rFonts w:ascii="Times New Roman" w:hAnsi="Times New Roman" w:cs="Times New Roman"/>
          <w:b/>
          <w:sz w:val="24"/>
          <w:szCs w:val="24"/>
        </w:rPr>
        <w:t>МУЗЫКА</w:t>
      </w:r>
    </w:p>
    <w:p w:rsidR="00063CD9" w:rsidRPr="008F6D5C" w:rsidRDefault="00063CD9" w:rsidP="00063CD9">
      <w:pPr>
        <w:widowControl w:val="0"/>
        <w:autoSpaceDE w:val="0"/>
        <w:autoSpaceDN w:val="0"/>
        <w:ind w:firstLine="567"/>
        <w:jc w:val="center"/>
        <w:rPr>
          <w:rFonts w:ascii="Times New Roman" w:eastAsia="Times New Roman" w:hAnsi="Times New Roman" w:cs="Times New Roman"/>
          <w:b/>
          <w:i/>
          <w:iCs/>
          <w:sz w:val="24"/>
          <w:szCs w:val="24"/>
          <w:u w:val="single"/>
        </w:rPr>
      </w:pPr>
      <w:r w:rsidRPr="008F6D5C">
        <w:rPr>
          <w:rFonts w:ascii="Times New Roman" w:eastAsia="Times New Roman" w:hAnsi="Times New Roman" w:cs="Times New Roman"/>
          <w:b/>
          <w:i/>
          <w:iCs/>
          <w:sz w:val="24"/>
          <w:szCs w:val="24"/>
          <w:u w:val="single"/>
        </w:rPr>
        <w:t>Слушание музыки</w:t>
      </w:r>
    </w:p>
    <w:p w:rsidR="00063CD9" w:rsidRPr="008F6D5C" w:rsidRDefault="00063CD9" w:rsidP="00063CD9">
      <w:pPr>
        <w:widowControl w:val="0"/>
        <w:autoSpaceDE w:val="0"/>
        <w:autoSpaceDN w:val="0"/>
        <w:ind w:firstLine="567"/>
        <w:jc w:val="both"/>
        <w:rPr>
          <w:rFonts w:ascii="Times New Roman" w:eastAsia="Times New Roman" w:hAnsi="Times New Roman" w:cs="Times New Roman"/>
          <w:i/>
          <w:sz w:val="24"/>
          <w:szCs w:val="24"/>
        </w:rPr>
      </w:pPr>
      <w:r w:rsidRPr="008F6D5C">
        <w:rPr>
          <w:rFonts w:ascii="Times New Roman" w:eastAsia="Times New Roman" w:hAnsi="Times New Roman" w:cs="Times New Roman"/>
          <w:i/>
          <w:sz w:val="24"/>
          <w:szCs w:val="24"/>
        </w:rPr>
        <w:t>Критерии</w:t>
      </w:r>
      <w:r w:rsidRPr="008F6D5C">
        <w:rPr>
          <w:rFonts w:ascii="Times New Roman" w:eastAsia="Times New Roman" w:hAnsi="Times New Roman" w:cs="Times New Roman"/>
          <w:i/>
          <w:spacing w:val="-3"/>
          <w:sz w:val="24"/>
          <w:szCs w:val="24"/>
        </w:rPr>
        <w:t xml:space="preserve"> </w:t>
      </w:r>
      <w:r w:rsidRPr="008F6D5C">
        <w:rPr>
          <w:rFonts w:ascii="Times New Roman" w:eastAsia="Times New Roman" w:hAnsi="Times New Roman" w:cs="Times New Roman"/>
          <w:i/>
          <w:spacing w:val="-2"/>
          <w:sz w:val="24"/>
          <w:szCs w:val="24"/>
        </w:rPr>
        <w:t>оценки</w:t>
      </w:r>
    </w:p>
    <w:p w:rsidR="00063CD9" w:rsidRPr="008F6D5C" w:rsidRDefault="00063CD9" w:rsidP="00063CD9">
      <w:pPr>
        <w:widowControl w:val="0"/>
        <w:autoSpaceDE w:val="0"/>
        <w:autoSpaceDN w:val="0"/>
        <w:ind w:firstLine="567"/>
        <w:jc w:val="both"/>
        <w:rPr>
          <w:rFonts w:ascii="Times New Roman" w:eastAsia="Times New Roman" w:hAnsi="Times New Roman" w:cs="Times New Roman"/>
          <w:sz w:val="24"/>
          <w:szCs w:val="24"/>
        </w:rPr>
      </w:pPr>
      <w:r w:rsidRPr="008F6D5C">
        <w:rPr>
          <w:rFonts w:ascii="Times New Roman" w:eastAsia="Times New Roman" w:hAnsi="Times New Roman" w:cs="Times New Roman"/>
          <w:b/>
          <w:sz w:val="24"/>
          <w:szCs w:val="24"/>
        </w:rPr>
        <w:lastRenderedPageBreak/>
        <w:t xml:space="preserve">Отметка «5» </w:t>
      </w:r>
      <w:r w:rsidRPr="008F6D5C">
        <w:rPr>
          <w:rFonts w:ascii="Times New Roman" w:eastAsia="Times New Roman" w:hAnsi="Times New Roman" w:cs="Times New Roman"/>
          <w:sz w:val="24"/>
          <w:szCs w:val="24"/>
        </w:rPr>
        <w:t>Дан правильный и полный ответ, включающий характеристику содержания музыкального произведения, средств музыкальной выразительности,</w:t>
      </w:r>
      <w:r w:rsidRPr="008F6D5C">
        <w:rPr>
          <w:rFonts w:ascii="Times New Roman" w:eastAsia="Times New Roman" w:hAnsi="Times New Roman" w:cs="Times New Roman"/>
          <w:spacing w:val="-5"/>
          <w:sz w:val="24"/>
          <w:szCs w:val="24"/>
        </w:rPr>
        <w:t xml:space="preserve"> </w:t>
      </w:r>
      <w:r w:rsidRPr="008F6D5C">
        <w:rPr>
          <w:rFonts w:ascii="Times New Roman" w:eastAsia="Times New Roman" w:hAnsi="Times New Roman" w:cs="Times New Roman"/>
          <w:sz w:val="24"/>
          <w:szCs w:val="24"/>
        </w:rPr>
        <w:t>ответ</w:t>
      </w:r>
      <w:r w:rsidRPr="008F6D5C">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2"/>
          <w:sz w:val="24"/>
          <w:szCs w:val="24"/>
        </w:rPr>
        <w:t>самостоятельный.</w:t>
      </w:r>
    </w:p>
    <w:p w:rsidR="00063CD9" w:rsidRPr="008F6D5C" w:rsidRDefault="00063CD9" w:rsidP="00063CD9">
      <w:pPr>
        <w:widowControl w:val="0"/>
        <w:autoSpaceDE w:val="0"/>
        <w:autoSpaceDN w:val="0"/>
        <w:ind w:firstLine="567"/>
        <w:jc w:val="both"/>
        <w:rPr>
          <w:rFonts w:ascii="Times New Roman" w:eastAsia="Times New Roman" w:hAnsi="Times New Roman" w:cs="Times New Roman"/>
          <w:sz w:val="24"/>
          <w:szCs w:val="24"/>
        </w:rPr>
      </w:pPr>
      <w:r w:rsidRPr="008F6D5C">
        <w:rPr>
          <w:rFonts w:ascii="Times New Roman" w:eastAsia="Times New Roman" w:hAnsi="Times New Roman" w:cs="Times New Roman"/>
          <w:b/>
          <w:sz w:val="24"/>
          <w:szCs w:val="24"/>
        </w:rPr>
        <w:t>Отметка</w:t>
      </w:r>
      <w:r w:rsidRPr="008F6D5C">
        <w:rPr>
          <w:rFonts w:ascii="Times New Roman" w:eastAsia="Times New Roman" w:hAnsi="Times New Roman" w:cs="Times New Roman"/>
          <w:b/>
          <w:spacing w:val="-5"/>
          <w:sz w:val="24"/>
          <w:szCs w:val="24"/>
        </w:rPr>
        <w:t xml:space="preserve"> </w:t>
      </w:r>
      <w:r w:rsidRPr="008F6D5C">
        <w:rPr>
          <w:rFonts w:ascii="Times New Roman" w:eastAsia="Times New Roman" w:hAnsi="Times New Roman" w:cs="Times New Roman"/>
          <w:b/>
          <w:sz w:val="24"/>
          <w:szCs w:val="24"/>
        </w:rPr>
        <w:t>«4»</w:t>
      </w:r>
      <w:r w:rsidRPr="008F6D5C">
        <w:rPr>
          <w:rFonts w:ascii="Times New Roman" w:eastAsia="Times New Roman" w:hAnsi="Times New Roman" w:cs="Times New Roman"/>
          <w:b/>
          <w:spacing w:val="-5"/>
          <w:sz w:val="24"/>
          <w:szCs w:val="24"/>
        </w:rPr>
        <w:t xml:space="preserve"> </w:t>
      </w:r>
      <w:r w:rsidRPr="008F6D5C">
        <w:rPr>
          <w:rFonts w:ascii="Times New Roman" w:eastAsia="Times New Roman" w:hAnsi="Times New Roman" w:cs="Times New Roman"/>
          <w:sz w:val="24"/>
          <w:szCs w:val="24"/>
        </w:rPr>
        <w:t>Ответ</w:t>
      </w:r>
      <w:r w:rsidRPr="008F6D5C">
        <w:rPr>
          <w:rFonts w:ascii="Times New Roman" w:eastAsia="Times New Roman" w:hAnsi="Times New Roman" w:cs="Times New Roman"/>
          <w:spacing w:val="-5"/>
          <w:sz w:val="24"/>
          <w:szCs w:val="24"/>
        </w:rPr>
        <w:t xml:space="preserve"> </w:t>
      </w:r>
      <w:r w:rsidRPr="008F6D5C">
        <w:rPr>
          <w:rFonts w:ascii="Times New Roman" w:eastAsia="Times New Roman" w:hAnsi="Times New Roman" w:cs="Times New Roman"/>
          <w:sz w:val="24"/>
          <w:szCs w:val="24"/>
        </w:rPr>
        <w:t>правильный,</w:t>
      </w:r>
      <w:r w:rsidRPr="008F6D5C">
        <w:rPr>
          <w:rFonts w:ascii="Times New Roman" w:eastAsia="Times New Roman" w:hAnsi="Times New Roman" w:cs="Times New Roman"/>
          <w:spacing w:val="-5"/>
          <w:sz w:val="24"/>
          <w:szCs w:val="24"/>
        </w:rPr>
        <w:t xml:space="preserve"> </w:t>
      </w:r>
      <w:r w:rsidRPr="008F6D5C">
        <w:rPr>
          <w:rFonts w:ascii="Times New Roman" w:eastAsia="Times New Roman" w:hAnsi="Times New Roman" w:cs="Times New Roman"/>
          <w:sz w:val="24"/>
          <w:szCs w:val="24"/>
        </w:rPr>
        <w:t>но</w:t>
      </w:r>
      <w:r w:rsidRPr="008F6D5C">
        <w:rPr>
          <w:rFonts w:ascii="Times New Roman" w:eastAsia="Times New Roman" w:hAnsi="Times New Roman" w:cs="Times New Roman"/>
          <w:spacing w:val="-5"/>
          <w:sz w:val="24"/>
          <w:szCs w:val="24"/>
        </w:rPr>
        <w:t xml:space="preserve"> </w:t>
      </w:r>
      <w:r w:rsidRPr="008F6D5C">
        <w:rPr>
          <w:rFonts w:ascii="Times New Roman" w:eastAsia="Times New Roman" w:hAnsi="Times New Roman" w:cs="Times New Roman"/>
          <w:sz w:val="24"/>
          <w:szCs w:val="24"/>
        </w:rPr>
        <w:t>неполный:</w:t>
      </w:r>
      <w:r w:rsidRPr="008F6D5C">
        <w:rPr>
          <w:rFonts w:ascii="Times New Roman" w:eastAsia="Times New Roman" w:hAnsi="Times New Roman" w:cs="Times New Roman"/>
          <w:spacing w:val="-7"/>
          <w:sz w:val="24"/>
          <w:szCs w:val="24"/>
        </w:rPr>
        <w:t xml:space="preserve"> </w:t>
      </w:r>
      <w:r w:rsidRPr="008F6D5C">
        <w:rPr>
          <w:rFonts w:ascii="Times New Roman" w:eastAsia="Times New Roman" w:hAnsi="Times New Roman" w:cs="Times New Roman"/>
          <w:sz w:val="24"/>
          <w:szCs w:val="24"/>
        </w:rPr>
        <w:t>дана</w:t>
      </w:r>
      <w:r w:rsidRPr="008F6D5C">
        <w:rPr>
          <w:rFonts w:ascii="Times New Roman" w:eastAsia="Times New Roman" w:hAnsi="Times New Roman" w:cs="Times New Roman"/>
          <w:spacing w:val="-6"/>
          <w:sz w:val="24"/>
          <w:szCs w:val="24"/>
        </w:rPr>
        <w:t xml:space="preserve"> </w:t>
      </w:r>
      <w:r w:rsidRPr="008F6D5C">
        <w:rPr>
          <w:rFonts w:ascii="Times New Roman" w:eastAsia="Times New Roman" w:hAnsi="Times New Roman" w:cs="Times New Roman"/>
          <w:sz w:val="24"/>
          <w:szCs w:val="24"/>
        </w:rPr>
        <w:t>характеристика содержания музыкального произведения, средств музыкальной выразительности</w:t>
      </w:r>
      <w:r w:rsidRPr="008F6D5C">
        <w:rPr>
          <w:rFonts w:ascii="Times New Roman" w:eastAsia="Times New Roman" w:hAnsi="Times New Roman" w:cs="Times New Roman"/>
          <w:spacing w:val="-4"/>
          <w:sz w:val="24"/>
          <w:szCs w:val="24"/>
        </w:rPr>
        <w:t xml:space="preserve"> </w:t>
      </w:r>
      <w:r w:rsidRPr="008F6D5C">
        <w:rPr>
          <w:rFonts w:ascii="Times New Roman" w:eastAsia="Times New Roman" w:hAnsi="Times New Roman" w:cs="Times New Roman"/>
          <w:sz w:val="24"/>
          <w:szCs w:val="24"/>
        </w:rPr>
        <w:t>с</w:t>
      </w:r>
      <w:r w:rsidRPr="008F6D5C">
        <w:rPr>
          <w:rFonts w:ascii="Times New Roman" w:eastAsia="Times New Roman" w:hAnsi="Times New Roman" w:cs="Times New Roman"/>
          <w:spacing w:val="-6"/>
          <w:sz w:val="24"/>
          <w:szCs w:val="24"/>
        </w:rPr>
        <w:t xml:space="preserve"> </w:t>
      </w:r>
      <w:r w:rsidRPr="008F6D5C">
        <w:rPr>
          <w:rFonts w:ascii="Times New Roman" w:eastAsia="Times New Roman" w:hAnsi="Times New Roman" w:cs="Times New Roman"/>
          <w:sz w:val="24"/>
          <w:szCs w:val="24"/>
        </w:rPr>
        <w:t>наводящими</w:t>
      </w:r>
      <w:r w:rsidRPr="008F6D5C">
        <w:rPr>
          <w:rFonts w:ascii="Times New Roman" w:eastAsia="Times New Roman" w:hAnsi="Times New Roman" w:cs="Times New Roman"/>
          <w:spacing w:val="-3"/>
          <w:sz w:val="24"/>
          <w:szCs w:val="24"/>
        </w:rPr>
        <w:t xml:space="preserve"> </w:t>
      </w:r>
      <w:r w:rsidRPr="008F6D5C">
        <w:rPr>
          <w:rFonts w:ascii="Times New Roman" w:eastAsia="Times New Roman" w:hAnsi="Times New Roman" w:cs="Times New Roman"/>
          <w:sz w:val="24"/>
          <w:szCs w:val="24"/>
        </w:rPr>
        <w:t>(1-2)</w:t>
      </w:r>
      <w:r w:rsidRPr="008F6D5C">
        <w:rPr>
          <w:rFonts w:ascii="Times New Roman" w:eastAsia="Times New Roman" w:hAnsi="Times New Roman" w:cs="Times New Roman"/>
          <w:spacing w:val="-4"/>
          <w:sz w:val="24"/>
          <w:szCs w:val="24"/>
        </w:rPr>
        <w:t xml:space="preserve"> </w:t>
      </w:r>
      <w:r w:rsidRPr="008F6D5C">
        <w:rPr>
          <w:rFonts w:ascii="Times New Roman" w:eastAsia="Times New Roman" w:hAnsi="Times New Roman" w:cs="Times New Roman"/>
          <w:sz w:val="24"/>
          <w:szCs w:val="24"/>
        </w:rPr>
        <w:t xml:space="preserve">вопросами </w:t>
      </w:r>
      <w:r w:rsidRPr="008F6D5C">
        <w:rPr>
          <w:rFonts w:ascii="Times New Roman" w:eastAsia="Times New Roman" w:hAnsi="Times New Roman" w:cs="Times New Roman"/>
          <w:spacing w:val="-2"/>
          <w:sz w:val="24"/>
          <w:szCs w:val="24"/>
        </w:rPr>
        <w:t>учителя</w:t>
      </w:r>
      <w:r>
        <w:rPr>
          <w:rFonts w:ascii="Times New Roman" w:eastAsia="Times New Roman" w:hAnsi="Times New Roman" w:cs="Times New Roman"/>
          <w:spacing w:val="-2"/>
          <w:sz w:val="24"/>
          <w:szCs w:val="24"/>
        </w:rPr>
        <w:t>.</w:t>
      </w:r>
    </w:p>
    <w:p w:rsidR="00063CD9" w:rsidRPr="008F6D5C" w:rsidRDefault="00063CD9" w:rsidP="00063CD9">
      <w:pPr>
        <w:widowControl w:val="0"/>
        <w:autoSpaceDE w:val="0"/>
        <w:autoSpaceDN w:val="0"/>
        <w:ind w:firstLine="567"/>
        <w:jc w:val="both"/>
        <w:rPr>
          <w:rFonts w:ascii="Times New Roman" w:eastAsia="Times New Roman" w:hAnsi="Times New Roman" w:cs="Times New Roman"/>
          <w:sz w:val="24"/>
          <w:szCs w:val="24"/>
        </w:rPr>
      </w:pPr>
      <w:r w:rsidRPr="008F6D5C">
        <w:rPr>
          <w:rFonts w:ascii="Times New Roman" w:eastAsia="Times New Roman" w:hAnsi="Times New Roman" w:cs="Times New Roman"/>
          <w:b/>
          <w:sz w:val="24"/>
          <w:szCs w:val="24"/>
        </w:rPr>
        <w:t xml:space="preserve">Отметка «3» </w:t>
      </w:r>
      <w:r w:rsidRPr="008F6D5C">
        <w:rPr>
          <w:rFonts w:ascii="Times New Roman" w:eastAsia="Times New Roman" w:hAnsi="Times New Roman" w:cs="Times New Roman"/>
          <w:sz w:val="24"/>
          <w:szCs w:val="24"/>
        </w:rPr>
        <w:t>Ответ правильный, но неполный, средства музыкальной выразительности</w:t>
      </w:r>
      <w:r w:rsidRPr="008F6D5C">
        <w:rPr>
          <w:rFonts w:ascii="Times New Roman" w:eastAsia="Times New Roman" w:hAnsi="Times New Roman" w:cs="Times New Roman"/>
          <w:spacing w:val="-8"/>
          <w:sz w:val="24"/>
          <w:szCs w:val="24"/>
        </w:rPr>
        <w:t xml:space="preserve"> </w:t>
      </w:r>
      <w:r w:rsidRPr="008F6D5C">
        <w:rPr>
          <w:rFonts w:ascii="Times New Roman" w:eastAsia="Times New Roman" w:hAnsi="Times New Roman" w:cs="Times New Roman"/>
          <w:sz w:val="24"/>
          <w:szCs w:val="24"/>
        </w:rPr>
        <w:t>раскрыты</w:t>
      </w:r>
      <w:r w:rsidRPr="008F6D5C">
        <w:rPr>
          <w:rFonts w:ascii="Times New Roman" w:eastAsia="Times New Roman" w:hAnsi="Times New Roman" w:cs="Times New Roman"/>
          <w:spacing w:val="-8"/>
          <w:sz w:val="24"/>
          <w:szCs w:val="24"/>
        </w:rPr>
        <w:t xml:space="preserve"> </w:t>
      </w:r>
      <w:r w:rsidRPr="008F6D5C">
        <w:rPr>
          <w:rFonts w:ascii="Times New Roman" w:eastAsia="Times New Roman" w:hAnsi="Times New Roman" w:cs="Times New Roman"/>
          <w:sz w:val="24"/>
          <w:szCs w:val="24"/>
        </w:rPr>
        <w:t>недостаточно,</w:t>
      </w:r>
      <w:r w:rsidRPr="008F6D5C">
        <w:rPr>
          <w:rFonts w:ascii="Times New Roman" w:eastAsia="Times New Roman" w:hAnsi="Times New Roman" w:cs="Times New Roman"/>
          <w:spacing w:val="-8"/>
          <w:sz w:val="24"/>
          <w:szCs w:val="24"/>
        </w:rPr>
        <w:t xml:space="preserve"> </w:t>
      </w:r>
      <w:r w:rsidRPr="008F6D5C">
        <w:rPr>
          <w:rFonts w:ascii="Times New Roman" w:eastAsia="Times New Roman" w:hAnsi="Times New Roman" w:cs="Times New Roman"/>
          <w:sz w:val="24"/>
          <w:szCs w:val="24"/>
        </w:rPr>
        <w:t>допустимы</w:t>
      </w:r>
      <w:r w:rsidRPr="008F6D5C">
        <w:rPr>
          <w:rFonts w:ascii="Times New Roman" w:eastAsia="Times New Roman" w:hAnsi="Times New Roman" w:cs="Times New Roman"/>
          <w:spacing w:val="-8"/>
          <w:sz w:val="24"/>
          <w:szCs w:val="24"/>
        </w:rPr>
        <w:t xml:space="preserve"> </w:t>
      </w:r>
      <w:r w:rsidRPr="008F6D5C">
        <w:rPr>
          <w:rFonts w:ascii="Times New Roman" w:eastAsia="Times New Roman" w:hAnsi="Times New Roman" w:cs="Times New Roman"/>
          <w:sz w:val="24"/>
          <w:szCs w:val="24"/>
        </w:rPr>
        <w:t>несколько</w:t>
      </w:r>
      <w:r w:rsidRPr="008F6D5C">
        <w:rPr>
          <w:rFonts w:ascii="Times New Roman" w:eastAsia="Times New Roman" w:hAnsi="Times New Roman" w:cs="Times New Roman"/>
          <w:spacing w:val="-8"/>
          <w:sz w:val="24"/>
          <w:szCs w:val="24"/>
        </w:rPr>
        <w:t xml:space="preserve"> </w:t>
      </w:r>
      <w:r w:rsidRPr="008F6D5C">
        <w:rPr>
          <w:rFonts w:ascii="Times New Roman" w:eastAsia="Times New Roman" w:hAnsi="Times New Roman" w:cs="Times New Roman"/>
          <w:sz w:val="24"/>
          <w:szCs w:val="24"/>
        </w:rPr>
        <w:t>наводящих вопросов учителя</w:t>
      </w:r>
      <w:r>
        <w:rPr>
          <w:rFonts w:ascii="Times New Roman" w:eastAsia="Times New Roman" w:hAnsi="Times New Roman" w:cs="Times New Roman"/>
          <w:sz w:val="24"/>
          <w:szCs w:val="24"/>
        </w:rPr>
        <w:t>.</w:t>
      </w:r>
    </w:p>
    <w:p w:rsidR="00063CD9" w:rsidRDefault="00063CD9" w:rsidP="00063CD9">
      <w:pPr>
        <w:widowControl w:val="0"/>
        <w:autoSpaceDE w:val="0"/>
        <w:autoSpaceDN w:val="0"/>
        <w:ind w:firstLine="567"/>
        <w:jc w:val="both"/>
        <w:rPr>
          <w:rFonts w:ascii="Times New Roman" w:eastAsia="Times New Roman" w:hAnsi="Times New Roman" w:cs="Times New Roman"/>
          <w:spacing w:val="-2"/>
          <w:sz w:val="24"/>
          <w:szCs w:val="24"/>
        </w:rPr>
      </w:pPr>
      <w:r w:rsidRPr="008F6D5C">
        <w:rPr>
          <w:rFonts w:ascii="Times New Roman" w:eastAsia="Times New Roman" w:hAnsi="Times New Roman" w:cs="Times New Roman"/>
          <w:b/>
          <w:sz w:val="24"/>
          <w:szCs w:val="24"/>
        </w:rPr>
        <w:t>Отметка</w:t>
      </w:r>
      <w:r w:rsidRPr="008F6D5C">
        <w:rPr>
          <w:rFonts w:ascii="Times New Roman" w:eastAsia="Times New Roman" w:hAnsi="Times New Roman" w:cs="Times New Roman"/>
          <w:b/>
          <w:spacing w:val="-6"/>
          <w:sz w:val="24"/>
          <w:szCs w:val="24"/>
        </w:rPr>
        <w:t xml:space="preserve"> </w:t>
      </w:r>
      <w:r w:rsidRPr="008F6D5C">
        <w:rPr>
          <w:rFonts w:ascii="Times New Roman" w:eastAsia="Times New Roman" w:hAnsi="Times New Roman" w:cs="Times New Roman"/>
          <w:b/>
          <w:sz w:val="24"/>
          <w:szCs w:val="24"/>
        </w:rPr>
        <w:t>«2»</w:t>
      </w:r>
      <w:r w:rsidRPr="008F6D5C">
        <w:rPr>
          <w:rFonts w:ascii="Times New Roman" w:eastAsia="Times New Roman" w:hAnsi="Times New Roman" w:cs="Times New Roman"/>
          <w:b/>
          <w:spacing w:val="-3"/>
          <w:sz w:val="24"/>
          <w:szCs w:val="24"/>
        </w:rPr>
        <w:t xml:space="preserve"> </w:t>
      </w:r>
      <w:r w:rsidRPr="008F6D5C">
        <w:rPr>
          <w:rFonts w:ascii="Times New Roman" w:eastAsia="Times New Roman" w:hAnsi="Times New Roman" w:cs="Times New Roman"/>
          <w:sz w:val="24"/>
          <w:szCs w:val="24"/>
        </w:rPr>
        <w:t>Ответ</w:t>
      </w:r>
      <w:r w:rsidRPr="008F6D5C">
        <w:rPr>
          <w:rFonts w:ascii="Times New Roman" w:eastAsia="Times New Roman" w:hAnsi="Times New Roman" w:cs="Times New Roman"/>
          <w:spacing w:val="-3"/>
          <w:sz w:val="24"/>
          <w:szCs w:val="24"/>
        </w:rPr>
        <w:t xml:space="preserve"> </w:t>
      </w:r>
      <w:r w:rsidRPr="008F6D5C">
        <w:rPr>
          <w:rFonts w:ascii="Times New Roman" w:eastAsia="Times New Roman" w:hAnsi="Times New Roman" w:cs="Times New Roman"/>
          <w:sz w:val="24"/>
          <w:szCs w:val="24"/>
        </w:rPr>
        <w:t>обнаруживает</w:t>
      </w:r>
      <w:r w:rsidRPr="008F6D5C">
        <w:rPr>
          <w:rFonts w:ascii="Times New Roman" w:eastAsia="Times New Roman" w:hAnsi="Times New Roman" w:cs="Times New Roman"/>
          <w:spacing w:val="-3"/>
          <w:sz w:val="24"/>
          <w:szCs w:val="24"/>
        </w:rPr>
        <w:t xml:space="preserve"> </w:t>
      </w:r>
      <w:r w:rsidRPr="008F6D5C">
        <w:rPr>
          <w:rFonts w:ascii="Times New Roman" w:eastAsia="Times New Roman" w:hAnsi="Times New Roman" w:cs="Times New Roman"/>
          <w:sz w:val="24"/>
          <w:szCs w:val="24"/>
        </w:rPr>
        <w:t>незнание</w:t>
      </w:r>
      <w:r w:rsidRPr="008F6D5C">
        <w:rPr>
          <w:rFonts w:ascii="Times New Roman" w:eastAsia="Times New Roman" w:hAnsi="Times New Roman" w:cs="Times New Roman"/>
          <w:spacing w:val="-5"/>
          <w:sz w:val="24"/>
          <w:szCs w:val="24"/>
        </w:rPr>
        <w:t xml:space="preserve"> </w:t>
      </w:r>
      <w:r w:rsidRPr="008F6D5C">
        <w:rPr>
          <w:rFonts w:ascii="Times New Roman" w:eastAsia="Times New Roman" w:hAnsi="Times New Roman" w:cs="Times New Roman"/>
          <w:sz w:val="24"/>
          <w:szCs w:val="24"/>
        </w:rPr>
        <w:t>и</w:t>
      </w:r>
      <w:r w:rsidRPr="008F6D5C">
        <w:rPr>
          <w:rFonts w:ascii="Times New Roman" w:eastAsia="Times New Roman" w:hAnsi="Times New Roman" w:cs="Times New Roman"/>
          <w:spacing w:val="-5"/>
          <w:sz w:val="24"/>
          <w:szCs w:val="24"/>
        </w:rPr>
        <w:t xml:space="preserve"> </w:t>
      </w:r>
      <w:r w:rsidRPr="008F6D5C">
        <w:rPr>
          <w:rFonts w:ascii="Times New Roman" w:eastAsia="Times New Roman" w:hAnsi="Times New Roman" w:cs="Times New Roman"/>
          <w:sz w:val="24"/>
          <w:szCs w:val="24"/>
        </w:rPr>
        <w:t>непонимание</w:t>
      </w:r>
      <w:r w:rsidRPr="008F6D5C">
        <w:rPr>
          <w:rFonts w:ascii="Times New Roman" w:eastAsia="Times New Roman" w:hAnsi="Times New Roman" w:cs="Times New Roman"/>
          <w:spacing w:val="-2"/>
          <w:sz w:val="24"/>
          <w:szCs w:val="24"/>
        </w:rPr>
        <w:t xml:space="preserve"> </w:t>
      </w:r>
      <w:r w:rsidRPr="008F6D5C">
        <w:rPr>
          <w:rFonts w:ascii="Times New Roman" w:eastAsia="Times New Roman" w:hAnsi="Times New Roman" w:cs="Times New Roman"/>
          <w:sz w:val="24"/>
          <w:szCs w:val="24"/>
        </w:rPr>
        <w:t>учебного</w:t>
      </w:r>
      <w:r w:rsidRPr="008F6D5C">
        <w:rPr>
          <w:rFonts w:ascii="Times New Roman" w:eastAsia="Times New Roman" w:hAnsi="Times New Roman" w:cs="Times New Roman"/>
          <w:spacing w:val="-1"/>
          <w:sz w:val="24"/>
          <w:szCs w:val="24"/>
        </w:rPr>
        <w:t xml:space="preserve"> </w:t>
      </w:r>
      <w:r w:rsidRPr="008F6D5C">
        <w:rPr>
          <w:rFonts w:ascii="Times New Roman" w:eastAsia="Times New Roman" w:hAnsi="Times New Roman" w:cs="Times New Roman"/>
          <w:spacing w:val="-2"/>
          <w:sz w:val="24"/>
          <w:szCs w:val="24"/>
        </w:rPr>
        <w:t>материала.</w:t>
      </w:r>
    </w:p>
    <w:p w:rsidR="00063CD9" w:rsidRDefault="00063CD9" w:rsidP="00063CD9">
      <w:pPr>
        <w:widowControl w:val="0"/>
        <w:autoSpaceDE w:val="0"/>
        <w:autoSpaceDN w:val="0"/>
        <w:jc w:val="both"/>
        <w:rPr>
          <w:rFonts w:ascii="Times New Roman" w:eastAsia="Times New Roman" w:hAnsi="Times New Roman" w:cs="Times New Roman"/>
          <w:spacing w:val="-2"/>
          <w:sz w:val="24"/>
          <w:szCs w:val="24"/>
        </w:rPr>
      </w:pPr>
      <w:r w:rsidRPr="00FB78A2">
        <w:rPr>
          <w:rFonts w:ascii="Times New Roman" w:eastAsia="Times New Roman" w:hAnsi="Times New Roman" w:cs="Times New Roman"/>
          <w:i/>
          <w:spacing w:val="-2"/>
          <w:sz w:val="24"/>
          <w:szCs w:val="24"/>
        </w:rPr>
        <w:t>Примечание:</w:t>
      </w:r>
      <w:r>
        <w:rPr>
          <w:rFonts w:ascii="Times New Roman" w:eastAsia="Times New Roman" w:hAnsi="Times New Roman" w:cs="Times New Roman"/>
          <w:spacing w:val="-2"/>
          <w:sz w:val="24"/>
          <w:szCs w:val="24"/>
        </w:rPr>
        <w:t xml:space="preserve"> </w:t>
      </w:r>
    </w:p>
    <w:p w:rsidR="00063CD9" w:rsidRPr="008F6D5C" w:rsidRDefault="00063CD9" w:rsidP="00063CD9">
      <w:pPr>
        <w:widowControl w:val="0"/>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Учитывается </w:t>
      </w:r>
      <w:r w:rsidRPr="008F6D5C">
        <w:rPr>
          <w:rFonts w:ascii="Times New Roman" w:eastAsia="Times New Roman" w:hAnsi="Times New Roman" w:cs="Times New Roman"/>
          <w:sz w:val="24"/>
          <w:szCs w:val="24"/>
        </w:rPr>
        <w:t>степень раскрытия эмоционального содержания музыкального</w:t>
      </w:r>
      <w:r w:rsidRPr="008F6D5C">
        <w:rPr>
          <w:rFonts w:ascii="Times New Roman" w:eastAsia="Times New Roman" w:hAnsi="Times New Roman" w:cs="Times New Roman"/>
          <w:spacing w:val="40"/>
          <w:sz w:val="24"/>
          <w:szCs w:val="24"/>
        </w:rPr>
        <w:t xml:space="preserve"> </w:t>
      </w:r>
      <w:r w:rsidRPr="008F6D5C">
        <w:rPr>
          <w:rFonts w:ascii="Times New Roman" w:eastAsia="Times New Roman" w:hAnsi="Times New Roman" w:cs="Times New Roman"/>
          <w:sz w:val="24"/>
          <w:szCs w:val="24"/>
        </w:rPr>
        <w:t>произведения через средства</w:t>
      </w:r>
      <w:r>
        <w:rPr>
          <w:rFonts w:ascii="Times New Roman" w:eastAsia="Times New Roman" w:hAnsi="Times New Roman" w:cs="Times New Roman"/>
          <w:sz w:val="24"/>
          <w:szCs w:val="24"/>
        </w:rPr>
        <w:t xml:space="preserve"> музыкальной выразительности; </w:t>
      </w:r>
      <w:r w:rsidRPr="008F6D5C">
        <w:rPr>
          <w:rFonts w:ascii="Times New Roman" w:eastAsia="Times New Roman" w:hAnsi="Times New Roman" w:cs="Times New Roman"/>
          <w:sz w:val="24"/>
          <w:szCs w:val="24"/>
        </w:rPr>
        <w:t>самостоятельность в разбо</w:t>
      </w:r>
      <w:r>
        <w:rPr>
          <w:rFonts w:ascii="Times New Roman" w:eastAsia="Times New Roman" w:hAnsi="Times New Roman" w:cs="Times New Roman"/>
          <w:sz w:val="24"/>
          <w:szCs w:val="24"/>
        </w:rPr>
        <w:t xml:space="preserve">ре музыкального произведения; </w:t>
      </w:r>
      <w:r w:rsidRPr="008F6D5C">
        <w:rPr>
          <w:rFonts w:ascii="Times New Roman" w:eastAsia="Times New Roman" w:hAnsi="Times New Roman" w:cs="Times New Roman"/>
          <w:sz w:val="24"/>
          <w:szCs w:val="24"/>
        </w:rPr>
        <w:t xml:space="preserve">умение </w:t>
      </w:r>
      <w:r>
        <w:rPr>
          <w:rFonts w:ascii="Times New Roman" w:eastAsia="Times New Roman" w:hAnsi="Times New Roman" w:cs="Times New Roman"/>
          <w:sz w:val="24"/>
          <w:szCs w:val="24"/>
        </w:rPr>
        <w:t>об</w:t>
      </w:r>
      <w:r w:rsidRPr="008F6D5C">
        <w:rPr>
          <w:rFonts w:ascii="Times New Roman" w:eastAsia="Times New Roman" w:hAnsi="Times New Roman" w:cs="Times New Roman"/>
          <w:sz w:val="24"/>
          <w:szCs w:val="24"/>
        </w:rPr>
        <w:t>уча</w:t>
      </w:r>
      <w:r>
        <w:rPr>
          <w:rFonts w:ascii="Times New Roman" w:eastAsia="Times New Roman" w:hAnsi="Times New Roman" w:cs="Times New Roman"/>
          <w:sz w:val="24"/>
          <w:szCs w:val="24"/>
        </w:rPr>
        <w:t>ю</w:t>
      </w:r>
      <w:r w:rsidRPr="008F6D5C">
        <w:rPr>
          <w:rFonts w:ascii="Times New Roman" w:eastAsia="Times New Roman" w:hAnsi="Times New Roman" w:cs="Times New Roman"/>
          <w:sz w:val="24"/>
          <w:szCs w:val="24"/>
        </w:rPr>
        <w:t>щегося сравнивать произведения и делать самостоятельные обобщения на основе полученных знаний.</w:t>
      </w:r>
    </w:p>
    <w:p w:rsidR="00063CD9" w:rsidRDefault="00063CD9" w:rsidP="00063CD9">
      <w:pPr>
        <w:widowControl w:val="0"/>
        <w:autoSpaceDE w:val="0"/>
        <w:autoSpaceDN w:val="0"/>
        <w:ind w:firstLine="567"/>
        <w:jc w:val="center"/>
        <w:rPr>
          <w:rFonts w:ascii="Times New Roman" w:eastAsia="Times New Roman" w:hAnsi="Times New Roman" w:cs="Times New Roman"/>
          <w:b/>
          <w:i/>
          <w:iCs/>
          <w:sz w:val="24"/>
          <w:szCs w:val="24"/>
          <w:u w:val="single"/>
        </w:rPr>
      </w:pPr>
    </w:p>
    <w:p w:rsidR="00063CD9" w:rsidRPr="008F6D5C" w:rsidRDefault="00063CD9" w:rsidP="00063CD9">
      <w:pPr>
        <w:widowControl w:val="0"/>
        <w:autoSpaceDE w:val="0"/>
        <w:autoSpaceDN w:val="0"/>
        <w:ind w:firstLine="567"/>
        <w:jc w:val="center"/>
        <w:rPr>
          <w:rFonts w:ascii="Times New Roman" w:eastAsia="Times New Roman" w:hAnsi="Times New Roman" w:cs="Times New Roman"/>
          <w:b/>
          <w:i/>
          <w:iCs/>
          <w:sz w:val="24"/>
          <w:szCs w:val="24"/>
          <w:u w:val="single"/>
        </w:rPr>
      </w:pPr>
      <w:r>
        <w:rPr>
          <w:rFonts w:ascii="Times New Roman" w:eastAsia="Times New Roman" w:hAnsi="Times New Roman" w:cs="Times New Roman"/>
          <w:b/>
          <w:i/>
          <w:iCs/>
          <w:sz w:val="24"/>
          <w:szCs w:val="24"/>
          <w:u w:val="single"/>
        </w:rPr>
        <w:t>Хоровое пение</w:t>
      </w:r>
    </w:p>
    <w:p w:rsidR="00063CD9" w:rsidRPr="008F6D5C" w:rsidRDefault="00063CD9" w:rsidP="00063CD9">
      <w:pPr>
        <w:widowControl w:val="0"/>
        <w:autoSpaceDE w:val="0"/>
        <w:autoSpaceDN w:val="0"/>
        <w:ind w:firstLine="567"/>
        <w:jc w:val="both"/>
        <w:rPr>
          <w:rFonts w:ascii="Times New Roman" w:eastAsia="Times New Roman" w:hAnsi="Times New Roman" w:cs="Times New Roman"/>
          <w:i/>
          <w:sz w:val="24"/>
          <w:szCs w:val="24"/>
        </w:rPr>
      </w:pPr>
      <w:r w:rsidRPr="008F6D5C">
        <w:rPr>
          <w:rFonts w:ascii="Times New Roman" w:eastAsia="Times New Roman" w:hAnsi="Times New Roman" w:cs="Times New Roman"/>
          <w:i/>
          <w:sz w:val="24"/>
          <w:szCs w:val="24"/>
        </w:rPr>
        <w:t>Критерии</w:t>
      </w:r>
      <w:r w:rsidRPr="008F6D5C">
        <w:rPr>
          <w:rFonts w:ascii="Times New Roman" w:eastAsia="Times New Roman" w:hAnsi="Times New Roman" w:cs="Times New Roman"/>
          <w:i/>
          <w:spacing w:val="-3"/>
          <w:sz w:val="24"/>
          <w:szCs w:val="24"/>
        </w:rPr>
        <w:t xml:space="preserve"> </w:t>
      </w:r>
      <w:r w:rsidRPr="008F6D5C">
        <w:rPr>
          <w:rFonts w:ascii="Times New Roman" w:eastAsia="Times New Roman" w:hAnsi="Times New Roman" w:cs="Times New Roman"/>
          <w:i/>
          <w:spacing w:val="-2"/>
          <w:sz w:val="24"/>
          <w:szCs w:val="24"/>
        </w:rPr>
        <w:t>оценки</w:t>
      </w:r>
    </w:p>
    <w:p w:rsidR="00063CD9" w:rsidRPr="008F6D5C" w:rsidRDefault="00063CD9" w:rsidP="00063CD9">
      <w:pPr>
        <w:widowControl w:val="0"/>
        <w:autoSpaceDE w:val="0"/>
        <w:autoSpaceDN w:val="0"/>
        <w:ind w:firstLine="567"/>
        <w:jc w:val="both"/>
        <w:rPr>
          <w:rFonts w:ascii="Times New Roman" w:eastAsia="Times New Roman" w:hAnsi="Times New Roman" w:cs="Times New Roman"/>
          <w:sz w:val="24"/>
          <w:szCs w:val="24"/>
        </w:rPr>
      </w:pPr>
      <w:r w:rsidRPr="008F6D5C">
        <w:rPr>
          <w:rFonts w:ascii="Times New Roman" w:eastAsia="Times New Roman" w:hAnsi="Times New Roman" w:cs="Times New Roman"/>
          <w:b/>
          <w:sz w:val="24"/>
          <w:szCs w:val="24"/>
        </w:rPr>
        <w:t xml:space="preserve">Отметка «5» </w:t>
      </w:r>
      <w:r w:rsidRPr="008F6D5C">
        <w:rPr>
          <w:rFonts w:ascii="Times New Roman" w:eastAsia="Times New Roman" w:hAnsi="Times New Roman" w:cs="Times New Roman"/>
          <w:sz w:val="24"/>
          <w:szCs w:val="24"/>
        </w:rPr>
        <w:t xml:space="preserve">Знание мелодической линии и текста песни, чистое интонирование и ритмически точное исполнение, выразительное исполнение; </w:t>
      </w:r>
    </w:p>
    <w:p w:rsidR="00063CD9" w:rsidRPr="008F6D5C" w:rsidRDefault="00063CD9" w:rsidP="00063CD9">
      <w:pPr>
        <w:widowControl w:val="0"/>
        <w:autoSpaceDE w:val="0"/>
        <w:autoSpaceDN w:val="0"/>
        <w:ind w:firstLine="567"/>
        <w:jc w:val="both"/>
        <w:rPr>
          <w:rFonts w:ascii="Times New Roman" w:eastAsia="Times New Roman" w:hAnsi="Times New Roman" w:cs="Times New Roman"/>
          <w:sz w:val="24"/>
          <w:szCs w:val="24"/>
        </w:rPr>
      </w:pPr>
      <w:r w:rsidRPr="008F6D5C">
        <w:rPr>
          <w:rFonts w:ascii="Times New Roman" w:eastAsia="Times New Roman" w:hAnsi="Times New Roman" w:cs="Times New Roman"/>
          <w:b/>
          <w:sz w:val="24"/>
          <w:szCs w:val="24"/>
        </w:rPr>
        <w:t xml:space="preserve">Отметка «4» </w:t>
      </w:r>
      <w:r w:rsidRPr="008F6D5C">
        <w:rPr>
          <w:rFonts w:ascii="Times New Roman" w:eastAsia="Times New Roman" w:hAnsi="Times New Roman" w:cs="Times New Roman"/>
          <w:sz w:val="24"/>
          <w:szCs w:val="24"/>
        </w:rPr>
        <w:t xml:space="preserve">Знание мелодической линии и текста песни, в основном чистое интонирование, ритмически правильное, пение недостаточно выразительное; </w:t>
      </w:r>
    </w:p>
    <w:p w:rsidR="00063CD9" w:rsidRPr="008F6D5C" w:rsidRDefault="00063CD9" w:rsidP="00063CD9">
      <w:pPr>
        <w:widowControl w:val="0"/>
        <w:autoSpaceDE w:val="0"/>
        <w:autoSpaceDN w:val="0"/>
        <w:ind w:firstLine="567"/>
        <w:jc w:val="both"/>
        <w:rPr>
          <w:rFonts w:ascii="Times New Roman" w:eastAsia="Times New Roman" w:hAnsi="Times New Roman" w:cs="Times New Roman"/>
          <w:sz w:val="24"/>
          <w:szCs w:val="24"/>
        </w:rPr>
      </w:pPr>
      <w:r w:rsidRPr="008F6D5C">
        <w:rPr>
          <w:rFonts w:ascii="Times New Roman" w:eastAsia="Times New Roman" w:hAnsi="Times New Roman" w:cs="Times New Roman"/>
          <w:b/>
          <w:sz w:val="24"/>
          <w:szCs w:val="24"/>
        </w:rPr>
        <w:t xml:space="preserve">Отметка «3» </w:t>
      </w:r>
      <w:r w:rsidRPr="008F6D5C">
        <w:rPr>
          <w:rFonts w:ascii="Times New Roman" w:eastAsia="Times New Roman" w:hAnsi="Times New Roman" w:cs="Times New Roman"/>
          <w:sz w:val="24"/>
          <w:szCs w:val="24"/>
        </w:rPr>
        <w:t>Допускаются отдельные неточности в исполнении мелодии и текста песни, неуверенное и не вполне точное,</w:t>
      </w:r>
      <w:r w:rsidRPr="008F6D5C">
        <w:rPr>
          <w:rFonts w:ascii="Times New Roman" w:eastAsia="Times New Roman" w:hAnsi="Times New Roman" w:cs="Times New Roman"/>
          <w:spacing w:val="80"/>
          <w:sz w:val="24"/>
          <w:szCs w:val="24"/>
        </w:rPr>
        <w:t xml:space="preserve"> </w:t>
      </w:r>
      <w:r w:rsidRPr="008F6D5C">
        <w:rPr>
          <w:rFonts w:ascii="Times New Roman" w:eastAsia="Times New Roman" w:hAnsi="Times New Roman" w:cs="Times New Roman"/>
          <w:sz w:val="24"/>
          <w:szCs w:val="24"/>
        </w:rPr>
        <w:t>иногда фальшивое исполнение, есть ритмические неточности, пение невыразительное</w:t>
      </w:r>
    </w:p>
    <w:p w:rsidR="00063CD9" w:rsidRPr="008F6D5C" w:rsidRDefault="00063CD9" w:rsidP="00063CD9">
      <w:pPr>
        <w:widowControl w:val="0"/>
        <w:autoSpaceDE w:val="0"/>
        <w:autoSpaceDN w:val="0"/>
        <w:ind w:firstLine="567"/>
        <w:jc w:val="both"/>
        <w:rPr>
          <w:rFonts w:ascii="Times New Roman" w:eastAsia="Times New Roman" w:hAnsi="Times New Roman" w:cs="Times New Roman"/>
          <w:spacing w:val="-2"/>
          <w:sz w:val="24"/>
          <w:szCs w:val="24"/>
        </w:rPr>
      </w:pPr>
      <w:r w:rsidRPr="008F6D5C">
        <w:rPr>
          <w:rFonts w:ascii="Times New Roman" w:eastAsia="Times New Roman" w:hAnsi="Times New Roman" w:cs="Times New Roman"/>
          <w:b/>
          <w:sz w:val="24"/>
          <w:szCs w:val="24"/>
        </w:rPr>
        <w:t>Отметка</w:t>
      </w:r>
      <w:r w:rsidRPr="008F6D5C">
        <w:rPr>
          <w:rFonts w:ascii="Times New Roman" w:eastAsia="Times New Roman" w:hAnsi="Times New Roman" w:cs="Times New Roman"/>
          <w:b/>
          <w:spacing w:val="-4"/>
          <w:sz w:val="24"/>
          <w:szCs w:val="24"/>
        </w:rPr>
        <w:t xml:space="preserve"> </w:t>
      </w:r>
      <w:r w:rsidRPr="008F6D5C">
        <w:rPr>
          <w:rFonts w:ascii="Times New Roman" w:eastAsia="Times New Roman" w:hAnsi="Times New Roman" w:cs="Times New Roman"/>
          <w:b/>
          <w:sz w:val="24"/>
          <w:szCs w:val="24"/>
        </w:rPr>
        <w:t>«2»</w:t>
      </w:r>
      <w:r w:rsidRPr="008F6D5C">
        <w:rPr>
          <w:rFonts w:ascii="Times New Roman" w:eastAsia="Times New Roman" w:hAnsi="Times New Roman" w:cs="Times New Roman"/>
          <w:b/>
          <w:spacing w:val="-4"/>
          <w:sz w:val="24"/>
          <w:szCs w:val="24"/>
        </w:rPr>
        <w:t xml:space="preserve"> </w:t>
      </w:r>
      <w:r w:rsidRPr="008F6D5C">
        <w:rPr>
          <w:rFonts w:ascii="Times New Roman" w:eastAsia="Times New Roman" w:hAnsi="Times New Roman" w:cs="Times New Roman"/>
          <w:sz w:val="24"/>
          <w:szCs w:val="24"/>
        </w:rPr>
        <w:t>Исполнение</w:t>
      </w:r>
      <w:r w:rsidRPr="008F6D5C">
        <w:rPr>
          <w:rFonts w:ascii="Times New Roman" w:eastAsia="Times New Roman" w:hAnsi="Times New Roman" w:cs="Times New Roman"/>
          <w:spacing w:val="-4"/>
          <w:sz w:val="24"/>
          <w:szCs w:val="24"/>
        </w:rPr>
        <w:t xml:space="preserve"> </w:t>
      </w:r>
      <w:r w:rsidRPr="008F6D5C">
        <w:rPr>
          <w:rFonts w:ascii="Times New Roman" w:eastAsia="Times New Roman" w:hAnsi="Times New Roman" w:cs="Times New Roman"/>
          <w:sz w:val="24"/>
          <w:szCs w:val="24"/>
        </w:rPr>
        <w:t>неуверенное,</w:t>
      </w:r>
      <w:r w:rsidRPr="008F6D5C">
        <w:rPr>
          <w:rFonts w:ascii="Times New Roman" w:eastAsia="Times New Roman" w:hAnsi="Times New Roman" w:cs="Times New Roman"/>
          <w:spacing w:val="-3"/>
          <w:sz w:val="24"/>
          <w:szCs w:val="24"/>
        </w:rPr>
        <w:t xml:space="preserve"> </w:t>
      </w:r>
      <w:r w:rsidRPr="008F6D5C">
        <w:rPr>
          <w:rFonts w:ascii="Times New Roman" w:eastAsia="Times New Roman" w:hAnsi="Times New Roman" w:cs="Times New Roman"/>
          <w:spacing w:val="-2"/>
          <w:sz w:val="24"/>
          <w:szCs w:val="24"/>
        </w:rPr>
        <w:t>фальшивое.</w:t>
      </w:r>
    </w:p>
    <w:p w:rsidR="00063CD9" w:rsidRDefault="00063CD9" w:rsidP="00063CD9">
      <w:pPr>
        <w:widowControl w:val="0"/>
        <w:autoSpaceDE w:val="0"/>
        <w:autoSpaceDN w:val="0"/>
        <w:ind w:firstLine="567"/>
        <w:jc w:val="center"/>
        <w:rPr>
          <w:rFonts w:ascii="Times New Roman" w:eastAsia="Times New Roman" w:hAnsi="Times New Roman" w:cs="Times New Roman"/>
          <w:b/>
          <w:i/>
          <w:sz w:val="24"/>
          <w:szCs w:val="24"/>
          <w:u w:val="single"/>
        </w:rPr>
      </w:pPr>
    </w:p>
    <w:p w:rsidR="00063CD9" w:rsidRPr="008F6D5C" w:rsidRDefault="00063CD9" w:rsidP="00063CD9">
      <w:pPr>
        <w:widowControl w:val="0"/>
        <w:autoSpaceDE w:val="0"/>
        <w:autoSpaceDN w:val="0"/>
        <w:ind w:firstLine="567"/>
        <w:jc w:val="center"/>
        <w:rPr>
          <w:rFonts w:ascii="Times New Roman" w:eastAsia="Times New Roman" w:hAnsi="Times New Roman" w:cs="Times New Roman"/>
          <w:i/>
          <w:spacing w:val="-2"/>
          <w:sz w:val="24"/>
          <w:szCs w:val="24"/>
          <w:u w:val="single"/>
        </w:rPr>
      </w:pPr>
      <w:r>
        <w:rPr>
          <w:rFonts w:ascii="Times New Roman" w:eastAsia="Times New Roman" w:hAnsi="Times New Roman" w:cs="Times New Roman"/>
          <w:b/>
          <w:i/>
          <w:sz w:val="24"/>
          <w:szCs w:val="24"/>
          <w:u w:val="single"/>
        </w:rPr>
        <w:t>Музыкальная терминология</w:t>
      </w:r>
    </w:p>
    <w:p w:rsidR="00063CD9" w:rsidRPr="008F6D5C" w:rsidRDefault="00063CD9" w:rsidP="00063CD9">
      <w:pPr>
        <w:widowControl w:val="0"/>
        <w:autoSpaceDE w:val="0"/>
        <w:autoSpaceDN w:val="0"/>
        <w:ind w:firstLine="567"/>
        <w:jc w:val="both"/>
        <w:rPr>
          <w:rFonts w:ascii="Times New Roman" w:eastAsia="Times New Roman" w:hAnsi="Times New Roman" w:cs="Times New Roman"/>
          <w:i/>
          <w:sz w:val="24"/>
          <w:szCs w:val="24"/>
        </w:rPr>
      </w:pPr>
      <w:r w:rsidRPr="008F6D5C">
        <w:rPr>
          <w:rFonts w:ascii="Times New Roman" w:eastAsia="Times New Roman" w:hAnsi="Times New Roman" w:cs="Times New Roman"/>
          <w:i/>
          <w:sz w:val="24"/>
          <w:szCs w:val="24"/>
        </w:rPr>
        <w:t>Критерии оценки:</w:t>
      </w:r>
    </w:p>
    <w:p w:rsidR="00063CD9" w:rsidRPr="008F6D5C" w:rsidRDefault="00063CD9" w:rsidP="00063CD9">
      <w:pPr>
        <w:widowControl w:val="0"/>
        <w:autoSpaceDE w:val="0"/>
        <w:autoSpaceDN w:val="0"/>
        <w:ind w:firstLine="567"/>
        <w:jc w:val="both"/>
        <w:rPr>
          <w:rFonts w:ascii="Times New Roman" w:eastAsia="Times New Roman" w:hAnsi="Times New Roman" w:cs="Times New Roman"/>
          <w:sz w:val="24"/>
          <w:szCs w:val="24"/>
        </w:rPr>
      </w:pPr>
      <w:r w:rsidRPr="008F6D5C">
        <w:rPr>
          <w:rFonts w:ascii="Times New Roman" w:eastAsia="Times New Roman" w:hAnsi="Times New Roman" w:cs="Times New Roman"/>
          <w:b/>
          <w:sz w:val="24"/>
          <w:szCs w:val="24"/>
        </w:rPr>
        <w:t>Отметка</w:t>
      </w:r>
      <w:r w:rsidRPr="008F6D5C">
        <w:rPr>
          <w:rFonts w:ascii="Times New Roman" w:eastAsia="Times New Roman" w:hAnsi="Times New Roman" w:cs="Times New Roman"/>
          <w:b/>
          <w:spacing w:val="45"/>
          <w:sz w:val="24"/>
          <w:szCs w:val="24"/>
        </w:rPr>
        <w:t xml:space="preserve"> </w:t>
      </w:r>
      <w:r w:rsidRPr="008F6D5C">
        <w:rPr>
          <w:rFonts w:ascii="Times New Roman" w:eastAsia="Times New Roman" w:hAnsi="Times New Roman" w:cs="Times New Roman"/>
          <w:b/>
          <w:sz w:val="24"/>
          <w:szCs w:val="24"/>
        </w:rPr>
        <w:t>«5»</w:t>
      </w:r>
      <w:r w:rsidRPr="008F6D5C">
        <w:rPr>
          <w:rFonts w:ascii="Times New Roman" w:eastAsia="Times New Roman" w:hAnsi="Times New Roman" w:cs="Times New Roman"/>
          <w:b/>
          <w:spacing w:val="48"/>
          <w:sz w:val="24"/>
          <w:szCs w:val="24"/>
        </w:rPr>
        <w:t xml:space="preserve"> </w:t>
      </w:r>
      <w:r w:rsidRPr="008F6D5C">
        <w:rPr>
          <w:rFonts w:ascii="Times New Roman" w:eastAsia="Times New Roman" w:hAnsi="Times New Roman" w:cs="Times New Roman"/>
          <w:sz w:val="24"/>
          <w:szCs w:val="24"/>
        </w:rPr>
        <w:t>Твердое</w:t>
      </w:r>
      <w:r w:rsidRPr="008F6D5C">
        <w:rPr>
          <w:rFonts w:ascii="Times New Roman" w:eastAsia="Times New Roman" w:hAnsi="Times New Roman" w:cs="Times New Roman"/>
          <w:spacing w:val="47"/>
          <w:sz w:val="24"/>
          <w:szCs w:val="24"/>
        </w:rPr>
        <w:t xml:space="preserve"> </w:t>
      </w:r>
      <w:r w:rsidRPr="008F6D5C">
        <w:rPr>
          <w:rFonts w:ascii="Times New Roman" w:eastAsia="Times New Roman" w:hAnsi="Times New Roman" w:cs="Times New Roman"/>
          <w:sz w:val="24"/>
          <w:szCs w:val="24"/>
        </w:rPr>
        <w:t>знание</w:t>
      </w:r>
      <w:r w:rsidRPr="008F6D5C">
        <w:rPr>
          <w:rFonts w:ascii="Times New Roman" w:eastAsia="Times New Roman" w:hAnsi="Times New Roman" w:cs="Times New Roman"/>
          <w:spacing w:val="46"/>
          <w:sz w:val="24"/>
          <w:szCs w:val="24"/>
        </w:rPr>
        <w:t xml:space="preserve"> </w:t>
      </w:r>
      <w:r w:rsidRPr="008F6D5C">
        <w:rPr>
          <w:rFonts w:ascii="Times New Roman" w:eastAsia="Times New Roman" w:hAnsi="Times New Roman" w:cs="Times New Roman"/>
          <w:sz w:val="24"/>
          <w:szCs w:val="24"/>
        </w:rPr>
        <w:t>терминов</w:t>
      </w:r>
      <w:r w:rsidRPr="008F6D5C">
        <w:rPr>
          <w:rFonts w:ascii="Times New Roman" w:eastAsia="Times New Roman" w:hAnsi="Times New Roman" w:cs="Times New Roman"/>
          <w:spacing w:val="45"/>
          <w:sz w:val="24"/>
          <w:szCs w:val="24"/>
        </w:rPr>
        <w:t xml:space="preserve"> </w:t>
      </w:r>
      <w:r w:rsidRPr="008F6D5C">
        <w:rPr>
          <w:rFonts w:ascii="Times New Roman" w:eastAsia="Times New Roman" w:hAnsi="Times New Roman" w:cs="Times New Roman"/>
          <w:sz w:val="24"/>
          <w:szCs w:val="24"/>
        </w:rPr>
        <w:t>и</w:t>
      </w:r>
      <w:r w:rsidRPr="008F6D5C">
        <w:rPr>
          <w:rFonts w:ascii="Times New Roman" w:eastAsia="Times New Roman" w:hAnsi="Times New Roman" w:cs="Times New Roman"/>
          <w:spacing w:val="48"/>
          <w:sz w:val="24"/>
          <w:szCs w:val="24"/>
        </w:rPr>
        <w:t xml:space="preserve"> </w:t>
      </w:r>
      <w:r w:rsidRPr="008F6D5C">
        <w:rPr>
          <w:rFonts w:ascii="Times New Roman" w:eastAsia="Times New Roman" w:hAnsi="Times New Roman" w:cs="Times New Roman"/>
          <w:sz w:val="24"/>
          <w:szCs w:val="24"/>
        </w:rPr>
        <w:t>понятий,</w:t>
      </w:r>
      <w:r w:rsidRPr="008F6D5C">
        <w:rPr>
          <w:rFonts w:ascii="Times New Roman" w:eastAsia="Times New Roman" w:hAnsi="Times New Roman" w:cs="Times New Roman"/>
          <w:spacing w:val="50"/>
          <w:sz w:val="24"/>
          <w:szCs w:val="24"/>
        </w:rPr>
        <w:t xml:space="preserve"> </w:t>
      </w:r>
      <w:r w:rsidRPr="008F6D5C">
        <w:rPr>
          <w:rFonts w:ascii="Times New Roman" w:eastAsia="Times New Roman" w:hAnsi="Times New Roman" w:cs="Times New Roman"/>
          <w:sz w:val="24"/>
          <w:szCs w:val="24"/>
        </w:rPr>
        <w:t>умение</w:t>
      </w:r>
      <w:r w:rsidRPr="008F6D5C">
        <w:rPr>
          <w:rFonts w:ascii="Times New Roman" w:eastAsia="Times New Roman" w:hAnsi="Times New Roman" w:cs="Times New Roman"/>
          <w:spacing w:val="46"/>
          <w:sz w:val="24"/>
          <w:szCs w:val="24"/>
        </w:rPr>
        <w:t xml:space="preserve"> </w:t>
      </w:r>
      <w:r w:rsidRPr="008F6D5C">
        <w:rPr>
          <w:rFonts w:ascii="Times New Roman" w:eastAsia="Times New Roman" w:hAnsi="Times New Roman" w:cs="Times New Roman"/>
          <w:sz w:val="24"/>
          <w:szCs w:val="24"/>
        </w:rPr>
        <w:t>применять</w:t>
      </w:r>
      <w:r w:rsidRPr="008F6D5C">
        <w:rPr>
          <w:rFonts w:ascii="Times New Roman" w:eastAsia="Times New Roman" w:hAnsi="Times New Roman" w:cs="Times New Roman"/>
          <w:spacing w:val="46"/>
          <w:sz w:val="24"/>
          <w:szCs w:val="24"/>
        </w:rPr>
        <w:t xml:space="preserve"> </w:t>
      </w:r>
      <w:r w:rsidRPr="008F6D5C">
        <w:rPr>
          <w:rFonts w:ascii="Times New Roman" w:eastAsia="Times New Roman" w:hAnsi="Times New Roman" w:cs="Times New Roman"/>
          <w:sz w:val="24"/>
          <w:szCs w:val="24"/>
        </w:rPr>
        <w:t>их</w:t>
      </w:r>
      <w:r w:rsidRPr="008F6D5C">
        <w:rPr>
          <w:rFonts w:ascii="Times New Roman" w:eastAsia="Times New Roman" w:hAnsi="Times New Roman" w:cs="Times New Roman"/>
          <w:spacing w:val="46"/>
          <w:sz w:val="24"/>
          <w:szCs w:val="24"/>
        </w:rPr>
        <w:t xml:space="preserve"> </w:t>
      </w:r>
      <w:r w:rsidRPr="008F6D5C">
        <w:rPr>
          <w:rFonts w:ascii="Times New Roman" w:eastAsia="Times New Roman" w:hAnsi="Times New Roman" w:cs="Times New Roman"/>
          <w:sz w:val="24"/>
          <w:szCs w:val="24"/>
        </w:rPr>
        <w:t>на</w:t>
      </w:r>
      <w:r w:rsidRPr="008F6D5C">
        <w:rPr>
          <w:rFonts w:ascii="Times New Roman" w:eastAsia="Times New Roman" w:hAnsi="Times New Roman" w:cs="Times New Roman"/>
          <w:spacing w:val="47"/>
          <w:sz w:val="24"/>
          <w:szCs w:val="24"/>
        </w:rPr>
        <w:t xml:space="preserve"> </w:t>
      </w:r>
      <w:r w:rsidRPr="008F6D5C">
        <w:rPr>
          <w:rFonts w:ascii="Times New Roman" w:eastAsia="Times New Roman" w:hAnsi="Times New Roman" w:cs="Times New Roman"/>
          <w:spacing w:val="-2"/>
          <w:sz w:val="24"/>
          <w:szCs w:val="24"/>
        </w:rPr>
        <w:t>практике.</w:t>
      </w:r>
    </w:p>
    <w:p w:rsidR="00063CD9" w:rsidRPr="008F6D5C" w:rsidRDefault="00063CD9" w:rsidP="00063CD9">
      <w:pPr>
        <w:widowControl w:val="0"/>
        <w:autoSpaceDE w:val="0"/>
        <w:autoSpaceDN w:val="0"/>
        <w:ind w:firstLine="567"/>
        <w:jc w:val="both"/>
        <w:rPr>
          <w:rFonts w:ascii="Times New Roman" w:eastAsia="Times New Roman" w:hAnsi="Times New Roman" w:cs="Times New Roman"/>
          <w:sz w:val="24"/>
          <w:szCs w:val="24"/>
        </w:rPr>
      </w:pPr>
      <w:r w:rsidRPr="008F6D5C">
        <w:rPr>
          <w:rFonts w:ascii="Times New Roman" w:eastAsia="Times New Roman" w:hAnsi="Times New Roman" w:cs="Times New Roman"/>
          <w:b/>
          <w:sz w:val="24"/>
          <w:szCs w:val="24"/>
        </w:rPr>
        <w:t>Отметка</w:t>
      </w:r>
      <w:r w:rsidRPr="008F6D5C">
        <w:rPr>
          <w:rFonts w:ascii="Times New Roman" w:eastAsia="Times New Roman" w:hAnsi="Times New Roman" w:cs="Times New Roman"/>
          <w:b/>
          <w:spacing w:val="-5"/>
          <w:sz w:val="24"/>
          <w:szCs w:val="24"/>
        </w:rPr>
        <w:t xml:space="preserve"> </w:t>
      </w:r>
      <w:r w:rsidRPr="008F6D5C">
        <w:rPr>
          <w:rFonts w:ascii="Times New Roman" w:eastAsia="Times New Roman" w:hAnsi="Times New Roman" w:cs="Times New Roman"/>
          <w:b/>
          <w:sz w:val="24"/>
          <w:szCs w:val="24"/>
        </w:rPr>
        <w:t>«4»</w:t>
      </w:r>
      <w:r w:rsidRPr="008F6D5C">
        <w:rPr>
          <w:rFonts w:ascii="Times New Roman" w:eastAsia="Times New Roman" w:hAnsi="Times New Roman" w:cs="Times New Roman"/>
          <w:b/>
          <w:spacing w:val="-5"/>
          <w:sz w:val="24"/>
          <w:szCs w:val="24"/>
        </w:rPr>
        <w:t xml:space="preserve"> </w:t>
      </w:r>
      <w:r w:rsidRPr="008F6D5C">
        <w:rPr>
          <w:rFonts w:ascii="Times New Roman" w:eastAsia="Times New Roman" w:hAnsi="Times New Roman" w:cs="Times New Roman"/>
          <w:sz w:val="24"/>
          <w:szCs w:val="24"/>
        </w:rPr>
        <w:t>Неточность</w:t>
      </w:r>
      <w:r w:rsidRPr="008F6D5C">
        <w:rPr>
          <w:rFonts w:ascii="Times New Roman" w:eastAsia="Times New Roman" w:hAnsi="Times New Roman" w:cs="Times New Roman"/>
          <w:spacing w:val="-5"/>
          <w:sz w:val="24"/>
          <w:szCs w:val="24"/>
        </w:rPr>
        <w:t xml:space="preserve"> </w:t>
      </w:r>
      <w:r w:rsidRPr="008F6D5C">
        <w:rPr>
          <w:rFonts w:ascii="Times New Roman" w:eastAsia="Times New Roman" w:hAnsi="Times New Roman" w:cs="Times New Roman"/>
          <w:sz w:val="24"/>
          <w:szCs w:val="24"/>
        </w:rPr>
        <w:t>в</w:t>
      </w:r>
      <w:r w:rsidRPr="008F6D5C">
        <w:rPr>
          <w:rFonts w:ascii="Times New Roman" w:eastAsia="Times New Roman" w:hAnsi="Times New Roman" w:cs="Times New Roman"/>
          <w:spacing w:val="-6"/>
          <w:sz w:val="24"/>
          <w:szCs w:val="24"/>
        </w:rPr>
        <w:t xml:space="preserve"> </w:t>
      </w:r>
      <w:r w:rsidRPr="008F6D5C">
        <w:rPr>
          <w:rFonts w:ascii="Times New Roman" w:eastAsia="Times New Roman" w:hAnsi="Times New Roman" w:cs="Times New Roman"/>
          <w:sz w:val="24"/>
          <w:szCs w:val="24"/>
        </w:rPr>
        <w:t>формулировках</w:t>
      </w:r>
      <w:r w:rsidRPr="008F6D5C">
        <w:rPr>
          <w:rFonts w:ascii="Times New Roman" w:eastAsia="Times New Roman" w:hAnsi="Times New Roman" w:cs="Times New Roman"/>
          <w:spacing w:val="-4"/>
          <w:sz w:val="24"/>
          <w:szCs w:val="24"/>
        </w:rPr>
        <w:t xml:space="preserve"> </w:t>
      </w:r>
      <w:r w:rsidRPr="008F6D5C">
        <w:rPr>
          <w:rFonts w:ascii="Times New Roman" w:eastAsia="Times New Roman" w:hAnsi="Times New Roman" w:cs="Times New Roman"/>
          <w:sz w:val="24"/>
          <w:szCs w:val="24"/>
        </w:rPr>
        <w:t>терминов</w:t>
      </w:r>
      <w:r w:rsidRPr="008F6D5C">
        <w:rPr>
          <w:rFonts w:ascii="Times New Roman" w:eastAsia="Times New Roman" w:hAnsi="Times New Roman" w:cs="Times New Roman"/>
          <w:spacing w:val="-6"/>
          <w:sz w:val="24"/>
          <w:szCs w:val="24"/>
        </w:rPr>
        <w:t xml:space="preserve"> </w:t>
      </w:r>
      <w:r w:rsidRPr="008F6D5C">
        <w:rPr>
          <w:rFonts w:ascii="Times New Roman" w:eastAsia="Times New Roman" w:hAnsi="Times New Roman" w:cs="Times New Roman"/>
          <w:sz w:val="24"/>
          <w:szCs w:val="24"/>
        </w:rPr>
        <w:t>и</w:t>
      </w:r>
      <w:r w:rsidRPr="008F6D5C">
        <w:rPr>
          <w:rFonts w:ascii="Times New Roman" w:eastAsia="Times New Roman" w:hAnsi="Times New Roman" w:cs="Times New Roman"/>
          <w:spacing w:val="-5"/>
          <w:sz w:val="24"/>
          <w:szCs w:val="24"/>
        </w:rPr>
        <w:t xml:space="preserve"> </w:t>
      </w:r>
      <w:r w:rsidRPr="008F6D5C">
        <w:rPr>
          <w:rFonts w:ascii="Times New Roman" w:eastAsia="Times New Roman" w:hAnsi="Times New Roman" w:cs="Times New Roman"/>
          <w:sz w:val="24"/>
          <w:szCs w:val="24"/>
        </w:rPr>
        <w:t>понятий,</w:t>
      </w:r>
      <w:r w:rsidRPr="008F6D5C">
        <w:rPr>
          <w:rFonts w:ascii="Times New Roman" w:eastAsia="Times New Roman" w:hAnsi="Times New Roman" w:cs="Times New Roman"/>
          <w:spacing w:val="-3"/>
          <w:sz w:val="24"/>
          <w:szCs w:val="24"/>
        </w:rPr>
        <w:t xml:space="preserve"> </w:t>
      </w:r>
      <w:r w:rsidRPr="008F6D5C">
        <w:rPr>
          <w:rFonts w:ascii="Times New Roman" w:eastAsia="Times New Roman" w:hAnsi="Times New Roman" w:cs="Times New Roman"/>
          <w:sz w:val="24"/>
          <w:szCs w:val="24"/>
        </w:rPr>
        <w:t>умение частично применять их на практике</w:t>
      </w:r>
    </w:p>
    <w:p w:rsidR="00063CD9" w:rsidRPr="008F6D5C" w:rsidRDefault="00063CD9" w:rsidP="00063CD9">
      <w:pPr>
        <w:widowControl w:val="0"/>
        <w:autoSpaceDE w:val="0"/>
        <w:autoSpaceDN w:val="0"/>
        <w:ind w:firstLine="567"/>
        <w:jc w:val="both"/>
        <w:rPr>
          <w:rFonts w:ascii="Times New Roman" w:eastAsia="Times New Roman" w:hAnsi="Times New Roman" w:cs="Times New Roman"/>
          <w:sz w:val="24"/>
          <w:szCs w:val="24"/>
        </w:rPr>
      </w:pPr>
      <w:r w:rsidRPr="008F6D5C">
        <w:rPr>
          <w:rFonts w:ascii="Times New Roman" w:eastAsia="Times New Roman" w:hAnsi="Times New Roman" w:cs="Times New Roman"/>
          <w:b/>
          <w:sz w:val="24"/>
          <w:szCs w:val="24"/>
        </w:rPr>
        <w:t>Отметка</w:t>
      </w:r>
      <w:r w:rsidRPr="008F6D5C">
        <w:rPr>
          <w:rFonts w:ascii="Times New Roman" w:eastAsia="Times New Roman" w:hAnsi="Times New Roman" w:cs="Times New Roman"/>
          <w:b/>
          <w:spacing w:val="-2"/>
          <w:sz w:val="24"/>
          <w:szCs w:val="24"/>
        </w:rPr>
        <w:t xml:space="preserve"> </w:t>
      </w:r>
      <w:r w:rsidRPr="008F6D5C">
        <w:rPr>
          <w:rFonts w:ascii="Times New Roman" w:eastAsia="Times New Roman" w:hAnsi="Times New Roman" w:cs="Times New Roman"/>
          <w:b/>
          <w:sz w:val="24"/>
          <w:szCs w:val="24"/>
        </w:rPr>
        <w:t>«3»</w:t>
      </w:r>
      <w:r w:rsidRPr="008F6D5C">
        <w:rPr>
          <w:rFonts w:ascii="Times New Roman" w:eastAsia="Times New Roman" w:hAnsi="Times New Roman" w:cs="Times New Roman"/>
          <w:b/>
          <w:spacing w:val="-1"/>
          <w:sz w:val="24"/>
          <w:szCs w:val="24"/>
        </w:rPr>
        <w:t xml:space="preserve"> </w:t>
      </w:r>
      <w:r w:rsidRPr="008F6D5C">
        <w:rPr>
          <w:rFonts w:ascii="Times New Roman" w:eastAsia="Times New Roman" w:hAnsi="Times New Roman" w:cs="Times New Roman"/>
          <w:sz w:val="24"/>
          <w:szCs w:val="24"/>
        </w:rPr>
        <w:t>Слабое</w:t>
      </w:r>
      <w:r w:rsidRPr="008F6D5C">
        <w:rPr>
          <w:rFonts w:ascii="Times New Roman" w:eastAsia="Times New Roman" w:hAnsi="Times New Roman" w:cs="Times New Roman"/>
          <w:spacing w:val="-3"/>
          <w:sz w:val="24"/>
          <w:szCs w:val="24"/>
        </w:rPr>
        <w:t xml:space="preserve"> </w:t>
      </w:r>
      <w:r w:rsidRPr="008F6D5C">
        <w:rPr>
          <w:rFonts w:ascii="Times New Roman" w:eastAsia="Times New Roman" w:hAnsi="Times New Roman" w:cs="Times New Roman"/>
          <w:sz w:val="24"/>
          <w:szCs w:val="24"/>
        </w:rPr>
        <w:t>(фрагментарное)</w:t>
      </w:r>
      <w:r w:rsidRPr="008F6D5C">
        <w:rPr>
          <w:rFonts w:ascii="Times New Roman" w:eastAsia="Times New Roman" w:hAnsi="Times New Roman" w:cs="Times New Roman"/>
          <w:spacing w:val="-3"/>
          <w:sz w:val="24"/>
          <w:szCs w:val="24"/>
        </w:rPr>
        <w:t xml:space="preserve"> </w:t>
      </w:r>
      <w:r w:rsidRPr="008F6D5C">
        <w:rPr>
          <w:rFonts w:ascii="Times New Roman" w:eastAsia="Times New Roman" w:hAnsi="Times New Roman" w:cs="Times New Roman"/>
          <w:sz w:val="24"/>
          <w:szCs w:val="24"/>
        </w:rPr>
        <w:t>знание</w:t>
      </w:r>
      <w:r w:rsidRPr="008F6D5C">
        <w:rPr>
          <w:rFonts w:ascii="Times New Roman" w:eastAsia="Times New Roman" w:hAnsi="Times New Roman" w:cs="Times New Roman"/>
          <w:spacing w:val="-5"/>
          <w:sz w:val="24"/>
          <w:szCs w:val="24"/>
        </w:rPr>
        <w:t xml:space="preserve"> </w:t>
      </w:r>
      <w:r w:rsidRPr="008F6D5C">
        <w:rPr>
          <w:rFonts w:ascii="Times New Roman" w:eastAsia="Times New Roman" w:hAnsi="Times New Roman" w:cs="Times New Roman"/>
          <w:sz w:val="24"/>
          <w:szCs w:val="24"/>
        </w:rPr>
        <w:t>терминов</w:t>
      </w:r>
      <w:r w:rsidRPr="008F6D5C">
        <w:rPr>
          <w:rFonts w:ascii="Times New Roman" w:eastAsia="Times New Roman" w:hAnsi="Times New Roman" w:cs="Times New Roman"/>
          <w:spacing w:val="-3"/>
          <w:sz w:val="24"/>
          <w:szCs w:val="24"/>
        </w:rPr>
        <w:t xml:space="preserve"> </w:t>
      </w:r>
      <w:r w:rsidRPr="008F6D5C">
        <w:rPr>
          <w:rFonts w:ascii="Times New Roman" w:eastAsia="Times New Roman" w:hAnsi="Times New Roman" w:cs="Times New Roman"/>
          <w:sz w:val="24"/>
          <w:szCs w:val="24"/>
        </w:rPr>
        <w:t>и</w:t>
      </w:r>
      <w:r w:rsidRPr="008F6D5C">
        <w:rPr>
          <w:rFonts w:ascii="Times New Roman" w:eastAsia="Times New Roman" w:hAnsi="Times New Roman" w:cs="Times New Roman"/>
          <w:spacing w:val="-4"/>
          <w:sz w:val="24"/>
          <w:szCs w:val="24"/>
        </w:rPr>
        <w:t xml:space="preserve"> </w:t>
      </w:r>
      <w:r w:rsidRPr="008F6D5C">
        <w:rPr>
          <w:rFonts w:ascii="Times New Roman" w:eastAsia="Times New Roman" w:hAnsi="Times New Roman" w:cs="Times New Roman"/>
          <w:sz w:val="24"/>
          <w:szCs w:val="24"/>
        </w:rPr>
        <w:t>понятий,</w:t>
      </w:r>
      <w:r w:rsidRPr="008F6D5C">
        <w:rPr>
          <w:rFonts w:ascii="Times New Roman" w:eastAsia="Times New Roman" w:hAnsi="Times New Roman" w:cs="Times New Roman"/>
          <w:spacing w:val="-4"/>
          <w:sz w:val="24"/>
          <w:szCs w:val="24"/>
        </w:rPr>
        <w:t xml:space="preserve"> </w:t>
      </w:r>
      <w:r w:rsidRPr="008F6D5C">
        <w:rPr>
          <w:rFonts w:ascii="Times New Roman" w:eastAsia="Times New Roman" w:hAnsi="Times New Roman" w:cs="Times New Roman"/>
          <w:sz w:val="24"/>
          <w:szCs w:val="24"/>
        </w:rPr>
        <w:t>неумение</w:t>
      </w:r>
      <w:r w:rsidRPr="008F6D5C">
        <w:rPr>
          <w:rFonts w:ascii="Times New Roman" w:eastAsia="Times New Roman" w:hAnsi="Times New Roman" w:cs="Times New Roman"/>
          <w:spacing w:val="-3"/>
          <w:sz w:val="24"/>
          <w:szCs w:val="24"/>
        </w:rPr>
        <w:t xml:space="preserve"> </w:t>
      </w:r>
      <w:r w:rsidRPr="008F6D5C">
        <w:rPr>
          <w:rFonts w:ascii="Times New Roman" w:eastAsia="Times New Roman" w:hAnsi="Times New Roman" w:cs="Times New Roman"/>
          <w:sz w:val="24"/>
          <w:szCs w:val="24"/>
        </w:rPr>
        <w:t>использовать их на практике.</w:t>
      </w:r>
    </w:p>
    <w:p w:rsidR="00063CD9" w:rsidRPr="008F6D5C" w:rsidRDefault="00063CD9" w:rsidP="00063CD9">
      <w:pPr>
        <w:widowControl w:val="0"/>
        <w:autoSpaceDE w:val="0"/>
        <w:autoSpaceDN w:val="0"/>
        <w:ind w:firstLine="567"/>
        <w:jc w:val="both"/>
        <w:rPr>
          <w:rFonts w:ascii="Times New Roman" w:eastAsia="Times New Roman" w:hAnsi="Times New Roman" w:cs="Times New Roman"/>
          <w:sz w:val="24"/>
          <w:szCs w:val="24"/>
        </w:rPr>
      </w:pPr>
      <w:r w:rsidRPr="008F6D5C">
        <w:rPr>
          <w:rFonts w:ascii="Times New Roman" w:eastAsia="Times New Roman" w:hAnsi="Times New Roman" w:cs="Times New Roman"/>
          <w:b/>
          <w:sz w:val="24"/>
          <w:szCs w:val="24"/>
        </w:rPr>
        <w:t>Отметка</w:t>
      </w:r>
      <w:r w:rsidRPr="008F6D5C">
        <w:rPr>
          <w:rFonts w:ascii="Times New Roman" w:eastAsia="Times New Roman" w:hAnsi="Times New Roman" w:cs="Times New Roman"/>
          <w:b/>
          <w:spacing w:val="40"/>
          <w:sz w:val="24"/>
          <w:szCs w:val="24"/>
        </w:rPr>
        <w:t xml:space="preserve"> </w:t>
      </w:r>
      <w:r w:rsidRPr="008F6D5C">
        <w:rPr>
          <w:rFonts w:ascii="Times New Roman" w:eastAsia="Times New Roman" w:hAnsi="Times New Roman" w:cs="Times New Roman"/>
          <w:b/>
          <w:sz w:val="24"/>
          <w:szCs w:val="24"/>
        </w:rPr>
        <w:t>«2»</w:t>
      </w:r>
      <w:r w:rsidRPr="008F6D5C">
        <w:rPr>
          <w:rFonts w:ascii="Times New Roman" w:eastAsia="Times New Roman" w:hAnsi="Times New Roman" w:cs="Times New Roman"/>
          <w:b/>
          <w:spacing w:val="40"/>
          <w:sz w:val="24"/>
          <w:szCs w:val="24"/>
        </w:rPr>
        <w:t xml:space="preserve"> </w:t>
      </w:r>
      <w:r w:rsidRPr="008F6D5C">
        <w:rPr>
          <w:rFonts w:ascii="Times New Roman" w:eastAsia="Times New Roman" w:hAnsi="Times New Roman" w:cs="Times New Roman"/>
          <w:sz w:val="24"/>
          <w:szCs w:val="24"/>
        </w:rPr>
        <w:t>Незнание</w:t>
      </w:r>
      <w:r w:rsidRPr="008F6D5C">
        <w:rPr>
          <w:rFonts w:ascii="Times New Roman" w:eastAsia="Times New Roman" w:hAnsi="Times New Roman" w:cs="Times New Roman"/>
          <w:spacing w:val="40"/>
          <w:sz w:val="24"/>
          <w:szCs w:val="24"/>
        </w:rPr>
        <w:t xml:space="preserve"> </w:t>
      </w:r>
      <w:r w:rsidRPr="008F6D5C">
        <w:rPr>
          <w:rFonts w:ascii="Times New Roman" w:eastAsia="Times New Roman" w:hAnsi="Times New Roman" w:cs="Times New Roman"/>
          <w:sz w:val="24"/>
          <w:szCs w:val="24"/>
        </w:rPr>
        <w:t>терминов</w:t>
      </w:r>
      <w:r w:rsidRPr="008F6D5C">
        <w:rPr>
          <w:rFonts w:ascii="Times New Roman" w:eastAsia="Times New Roman" w:hAnsi="Times New Roman" w:cs="Times New Roman"/>
          <w:spacing w:val="40"/>
          <w:sz w:val="24"/>
          <w:szCs w:val="24"/>
        </w:rPr>
        <w:t xml:space="preserve"> </w:t>
      </w:r>
      <w:r w:rsidRPr="008F6D5C">
        <w:rPr>
          <w:rFonts w:ascii="Times New Roman" w:eastAsia="Times New Roman" w:hAnsi="Times New Roman" w:cs="Times New Roman"/>
          <w:sz w:val="24"/>
          <w:szCs w:val="24"/>
        </w:rPr>
        <w:t>и</w:t>
      </w:r>
      <w:r w:rsidRPr="008F6D5C">
        <w:rPr>
          <w:rFonts w:ascii="Times New Roman" w:eastAsia="Times New Roman" w:hAnsi="Times New Roman" w:cs="Times New Roman"/>
          <w:spacing w:val="40"/>
          <w:sz w:val="24"/>
          <w:szCs w:val="24"/>
        </w:rPr>
        <w:t xml:space="preserve"> </w:t>
      </w:r>
      <w:r w:rsidRPr="008F6D5C">
        <w:rPr>
          <w:rFonts w:ascii="Times New Roman" w:eastAsia="Times New Roman" w:hAnsi="Times New Roman" w:cs="Times New Roman"/>
          <w:sz w:val="24"/>
          <w:szCs w:val="24"/>
        </w:rPr>
        <w:t>понятий,</w:t>
      </w:r>
      <w:r w:rsidRPr="008F6D5C">
        <w:rPr>
          <w:rFonts w:ascii="Times New Roman" w:eastAsia="Times New Roman" w:hAnsi="Times New Roman" w:cs="Times New Roman"/>
          <w:spacing w:val="40"/>
          <w:sz w:val="24"/>
          <w:szCs w:val="24"/>
        </w:rPr>
        <w:t xml:space="preserve"> </w:t>
      </w:r>
      <w:r w:rsidRPr="008F6D5C">
        <w:rPr>
          <w:rFonts w:ascii="Times New Roman" w:eastAsia="Times New Roman" w:hAnsi="Times New Roman" w:cs="Times New Roman"/>
          <w:sz w:val="24"/>
          <w:szCs w:val="24"/>
        </w:rPr>
        <w:t>отсутствие</w:t>
      </w:r>
      <w:r w:rsidRPr="008F6D5C">
        <w:rPr>
          <w:rFonts w:ascii="Times New Roman" w:eastAsia="Times New Roman" w:hAnsi="Times New Roman" w:cs="Times New Roman"/>
          <w:spacing w:val="40"/>
          <w:sz w:val="24"/>
          <w:szCs w:val="24"/>
        </w:rPr>
        <w:t xml:space="preserve"> </w:t>
      </w:r>
      <w:r w:rsidRPr="008F6D5C">
        <w:rPr>
          <w:rFonts w:ascii="Times New Roman" w:eastAsia="Times New Roman" w:hAnsi="Times New Roman" w:cs="Times New Roman"/>
          <w:sz w:val="24"/>
          <w:szCs w:val="24"/>
        </w:rPr>
        <w:t>навыков</w:t>
      </w:r>
      <w:r w:rsidRPr="008F6D5C">
        <w:rPr>
          <w:rFonts w:ascii="Times New Roman" w:eastAsia="Times New Roman" w:hAnsi="Times New Roman" w:cs="Times New Roman"/>
          <w:spacing w:val="40"/>
          <w:sz w:val="24"/>
          <w:szCs w:val="24"/>
        </w:rPr>
        <w:t xml:space="preserve"> </w:t>
      </w:r>
      <w:r w:rsidRPr="008F6D5C">
        <w:rPr>
          <w:rFonts w:ascii="Times New Roman" w:eastAsia="Times New Roman" w:hAnsi="Times New Roman" w:cs="Times New Roman"/>
          <w:sz w:val="24"/>
          <w:szCs w:val="24"/>
        </w:rPr>
        <w:t>использования</w:t>
      </w:r>
      <w:r w:rsidRPr="008F6D5C">
        <w:rPr>
          <w:rFonts w:ascii="Times New Roman" w:eastAsia="Times New Roman" w:hAnsi="Times New Roman" w:cs="Times New Roman"/>
          <w:spacing w:val="40"/>
          <w:sz w:val="24"/>
          <w:szCs w:val="24"/>
        </w:rPr>
        <w:t xml:space="preserve"> </w:t>
      </w:r>
      <w:r w:rsidRPr="008F6D5C">
        <w:rPr>
          <w:rFonts w:ascii="Times New Roman" w:eastAsia="Times New Roman" w:hAnsi="Times New Roman" w:cs="Times New Roman"/>
          <w:sz w:val="24"/>
          <w:szCs w:val="24"/>
        </w:rPr>
        <w:t>их</w:t>
      </w:r>
      <w:r w:rsidRPr="008F6D5C">
        <w:rPr>
          <w:rFonts w:ascii="Times New Roman" w:eastAsia="Times New Roman" w:hAnsi="Times New Roman" w:cs="Times New Roman"/>
          <w:spacing w:val="40"/>
          <w:sz w:val="24"/>
          <w:szCs w:val="24"/>
        </w:rPr>
        <w:t xml:space="preserve"> </w:t>
      </w:r>
      <w:r w:rsidRPr="008F6D5C">
        <w:rPr>
          <w:rFonts w:ascii="Times New Roman" w:eastAsia="Times New Roman" w:hAnsi="Times New Roman" w:cs="Times New Roman"/>
          <w:sz w:val="24"/>
          <w:szCs w:val="24"/>
        </w:rPr>
        <w:t xml:space="preserve">на </w:t>
      </w:r>
      <w:r w:rsidRPr="008F6D5C">
        <w:rPr>
          <w:rFonts w:ascii="Times New Roman" w:eastAsia="Times New Roman" w:hAnsi="Times New Roman" w:cs="Times New Roman"/>
          <w:spacing w:val="-2"/>
          <w:sz w:val="24"/>
          <w:szCs w:val="24"/>
        </w:rPr>
        <w:t>практике</w:t>
      </w:r>
    </w:p>
    <w:p w:rsidR="00063CD9" w:rsidRPr="008F6D5C" w:rsidRDefault="00063CD9" w:rsidP="00063CD9">
      <w:pPr>
        <w:widowControl w:val="0"/>
        <w:autoSpaceDE w:val="0"/>
        <w:autoSpaceDN w:val="0"/>
        <w:ind w:firstLine="567"/>
        <w:jc w:val="both"/>
        <w:rPr>
          <w:rFonts w:ascii="Times New Roman" w:eastAsia="Times New Roman" w:hAnsi="Times New Roman" w:cs="Times New Roman"/>
          <w:i/>
          <w:sz w:val="24"/>
          <w:szCs w:val="24"/>
        </w:rPr>
      </w:pPr>
      <w:r w:rsidRPr="008F6D5C">
        <w:rPr>
          <w:rFonts w:ascii="Times New Roman" w:eastAsia="Times New Roman" w:hAnsi="Times New Roman" w:cs="Times New Roman"/>
          <w:i/>
          <w:sz w:val="24"/>
          <w:szCs w:val="24"/>
        </w:rPr>
        <w:t>Критерии</w:t>
      </w:r>
      <w:r w:rsidRPr="008F6D5C">
        <w:rPr>
          <w:rFonts w:ascii="Times New Roman" w:eastAsia="Times New Roman" w:hAnsi="Times New Roman" w:cs="Times New Roman"/>
          <w:i/>
          <w:spacing w:val="-2"/>
          <w:sz w:val="24"/>
          <w:szCs w:val="24"/>
        </w:rPr>
        <w:t xml:space="preserve"> </w:t>
      </w:r>
      <w:r w:rsidRPr="008F6D5C">
        <w:rPr>
          <w:rFonts w:ascii="Times New Roman" w:eastAsia="Times New Roman" w:hAnsi="Times New Roman" w:cs="Times New Roman"/>
          <w:i/>
          <w:sz w:val="24"/>
          <w:szCs w:val="24"/>
        </w:rPr>
        <w:t>оценивания</w:t>
      </w:r>
      <w:r w:rsidRPr="008F6D5C">
        <w:rPr>
          <w:rFonts w:ascii="Times New Roman" w:eastAsia="Times New Roman" w:hAnsi="Times New Roman" w:cs="Times New Roman"/>
          <w:i/>
          <w:spacing w:val="-3"/>
          <w:sz w:val="24"/>
          <w:szCs w:val="24"/>
        </w:rPr>
        <w:t xml:space="preserve"> </w:t>
      </w:r>
      <w:r w:rsidRPr="008F6D5C">
        <w:rPr>
          <w:rFonts w:ascii="Times New Roman" w:eastAsia="Times New Roman" w:hAnsi="Times New Roman" w:cs="Times New Roman"/>
          <w:i/>
          <w:sz w:val="24"/>
          <w:szCs w:val="24"/>
        </w:rPr>
        <w:t>устного</w:t>
      </w:r>
      <w:r w:rsidRPr="008F6D5C">
        <w:rPr>
          <w:rFonts w:ascii="Times New Roman" w:eastAsia="Times New Roman" w:hAnsi="Times New Roman" w:cs="Times New Roman"/>
          <w:i/>
          <w:spacing w:val="-1"/>
          <w:sz w:val="24"/>
          <w:szCs w:val="24"/>
        </w:rPr>
        <w:t xml:space="preserve"> </w:t>
      </w:r>
      <w:r w:rsidRPr="008F6D5C">
        <w:rPr>
          <w:rFonts w:ascii="Times New Roman" w:eastAsia="Times New Roman" w:hAnsi="Times New Roman" w:cs="Times New Roman"/>
          <w:i/>
          <w:spacing w:val="-2"/>
          <w:sz w:val="24"/>
          <w:szCs w:val="24"/>
        </w:rPr>
        <w:t>ответа:</w:t>
      </w:r>
    </w:p>
    <w:p w:rsidR="00063CD9" w:rsidRPr="008F6D5C" w:rsidRDefault="00063CD9" w:rsidP="00063CD9">
      <w:pPr>
        <w:widowControl w:val="0"/>
        <w:autoSpaceDE w:val="0"/>
        <w:autoSpaceDN w:val="0"/>
        <w:ind w:firstLine="567"/>
        <w:jc w:val="both"/>
        <w:rPr>
          <w:rFonts w:ascii="Times New Roman" w:eastAsia="Times New Roman" w:hAnsi="Times New Roman" w:cs="Times New Roman"/>
          <w:sz w:val="24"/>
          <w:szCs w:val="24"/>
        </w:rPr>
      </w:pPr>
      <w:r w:rsidRPr="008F6D5C">
        <w:rPr>
          <w:rFonts w:ascii="Times New Roman" w:eastAsia="Times New Roman" w:hAnsi="Times New Roman" w:cs="Times New Roman"/>
          <w:b/>
          <w:sz w:val="24"/>
          <w:szCs w:val="24"/>
        </w:rPr>
        <w:t xml:space="preserve">Отметка «5» </w:t>
      </w:r>
      <w:r w:rsidRPr="008F6D5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Обу</w:t>
      </w:r>
      <w:r w:rsidRPr="008F6D5C">
        <w:rPr>
          <w:rFonts w:ascii="Times New Roman" w:eastAsia="Times New Roman" w:hAnsi="Times New Roman" w:cs="Times New Roman"/>
          <w:sz w:val="24"/>
          <w:szCs w:val="24"/>
        </w:rPr>
        <w:t>ча</w:t>
      </w:r>
      <w:r>
        <w:rPr>
          <w:rFonts w:ascii="Times New Roman" w:eastAsia="Times New Roman" w:hAnsi="Times New Roman" w:cs="Times New Roman"/>
          <w:sz w:val="24"/>
          <w:szCs w:val="24"/>
        </w:rPr>
        <w:t>ю</w:t>
      </w:r>
      <w:r w:rsidRPr="008F6D5C">
        <w:rPr>
          <w:rFonts w:ascii="Times New Roman" w:eastAsia="Times New Roman" w:hAnsi="Times New Roman" w:cs="Times New Roman"/>
          <w:sz w:val="24"/>
          <w:szCs w:val="24"/>
        </w:rPr>
        <w:t>щийся правильно излагает изученный материал, анализирует произведения музыки, живописи, графики, архитектуры, дизайна, скульптуры, выделяет особенности образного языка конструктивных видов искусства, единства функционального</w:t>
      </w:r>
      <w:r w:rsidRPr="008F6D5C">
        <w:rPr>
          <w:rFonts w:ascii="Times New Roman" w:eastAsia="Times New Roman" w:hAnsi="Times New Roman" w:cs="Times New Roman"/>
          <w:spacing w:val="-4"/>
          <w:sz w:val="24"/>
          <w:szCs w:val="24"/>
        </w:rPr>
        <w:t xml:space="preserve"> </w:t>
      </w:r>
      <w:r w:rsidRPr="008F6D5C">
        <w:rPr>
          <w:rFonts w:ascii="Times New Roman" w:eastAsia="Times New Roman" w:hAnsi="Times New Roman" w:cs="Times New Roman"/>
          <w:sz w:val="24"/>
          <w:szCs w:val="24"/>
        </w:rPr>
        <w:t>художественно-образных</w:t>
      </w:r>
      <w:r w:rsidRPr="008F6D5C">
        <w:rPr>
          <w:rFonts w:ascii="Times New Roman" w:eastAsia="Times New Roman" w:hAnsi="Times New Roman" w:cs="Times New Roman"/>
          <w:spacing w:val="-1"/>
          <w:sz w:val="24"/>
          <w:szCs w:val="24"/>
        </w:rPr>
        <w:t xml:space="preserve"> </w:t>
      </w:r>
      <w:r w:rsidRPr="008F6D5C">
        <w:rPr>
          <w:rFonts w:ascii="Times New Roman" w:eastAsia="Times New Roman" w:hAnsi="Times New Roman" w:cs="Times New Roman"/>
          <w:sz w:val="24"/>
          <w:szCs w:val="24"/>
        </w:rPr>
        <w:t>начал</w:t>
      </w:r>
      <w:r w:rsidRPr="008F6D5C">
        <w:rPr>
          <w:rFonts w:ascii="Times New Roman" w:eastAsia="Times New Roman" w:hAnsi="Times New Roman" w:cs="Times New Roman"/>
          <w:spacing w:val="-2"/>
          <w:sz w:val="24"/>
          <w:szCs w:val="24"/>
        </w:rPr>
        <w:t xml:space="preserve"> </w:t>
      </w:r>
      <w:r w:rsidRPr="008F6D5C">
        <w:rPr>
          <w:rFonts w:ascii="Times New Roman" w:eastAsia="Times New Roman" w:hAnsi="Times New Roman" w:cs="Times New Roman"/>
          <w:sz w:val="24"/>
          <w:szCs w:val="24"/>
        </w:rPr>
        <w:t>и</w:t>
      </w:r>
      <w:r w:rsidRPr="008F6D5C">
        <w:rPr>
          <w:rFonts w:ascii="Times New Roman" w:eastAsia="Times New Roman" w:hAnsi="Times New Roman" w:cs="Times New Roman"/>
          <w:spacing w:val="-1"/>
          <w:sz w:val="24"/>
          <w:szCs w:val="24"/>
        </w:rPr>
        <w:t xml:space="preserve"> </w:t>
      </w:r>
      <w:r w:rsidRPr="008F6D5C">
        <w:rPr>
          <w:rFonts w:ascii="Times New Roman" w:eastAsia="Times New Roman" w:hAnsi="Times New Roman" w:cs="Times New Roman"/>
          <w:sz w:val="24"/>
          <w:szCs w:val="24"/>
        </w:rPr>
        <w:t>их социальную роль, знает</w:t>
      </w:r>
      <w:r w:rsidRPr="008F6D5C">
        <w:rPr>
          <w:rFonts w:ascii="Times New Roman" w:eastAsia="Times New Roman" w:hAnsi="Times New Roman" w:cs="Times New Roman"/>
          <w:spacing w:val="-2"/>
          <w:sz w:val="24"/>
          <w:szCs w:val="24"/>
        </w:rPr>
        <w:t xml:space="preserve"> </w:t>
      </w:r>
      <w:r w:rsidRPr="008F6D5C">
        <w:rPr>
          <w:rFonts w:ascii="Times New Roman" w:eastAsia="Times New Roman" w:hAnsi="Times New Roman" w:cs="Times New Roman"/>
          <w:sz w:val="24"/>
          <w:szCs w:val="24"/>
        </w:rPr>
        <w:t>основные этапы развития и истории музыки, архитектуры, дизайна, живописи, тенденции современного конструктивного искусства.</w:t>
      </w:r>
    </w:p>
    <w:p w:rsidR="00063CD9" w:rsidRPr="008F6D5C" w:rsidRDefault="00063CD9" w:rsidP="00063CD9">
      <w:pPr>
        <w:widowControl w:val="0"/>
        <w:autoSpaceDE w:val="0"/>
        <w:autoSpaceDN w:val="0"/>
        <w:ind w:firstLine="567"/>
        <w:jc w:val="both"/>
        <w:rPr>
          <w:rFonts w:ascii="Times New Roman" w:eastAsia="Times New Roman" w:hAnsi="Times New Roman" w:cs="Times New Roman"/>
          <w:sz w:val="24"/>
          <w:szCs w:val="24"/>
        </w:rPr>
      </w:pPr>
      <w:r w:rsidRPr="008F6D5C">
        <w:rPr>
          <w:rFonts w:ascii="Times New Roman" w:eastAsia="Times New Roman" w:hAnsi="Times New Roman" w:cs="Times New Roman"/>
          <w:b/>
          <w:sz w:val="24"/>
          <w:szCs w:val="24"/>
        </w:rPr>
        <w:t xml:space="preserve">Отметка «4» </w:t>
      </w:r>
      <w:r w:rsidRPr="008F6D5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Обу</w:t>
      </w:r>
      <w:r w:rsidRPr="008F6D5C">
        <w:rPr>
          <w:rFonts w:ascii="Times New Roman" w:eastAsia="Times New Roman" w:hAnsi="Times New Roman" w:cs="Times New Roman"/>
          <w:sz w:val="24"/>
          <w:szCs w:val="24"/>
        </w:rPr>
        <w:t>ча</w:t>
      </w:r>
      <w:r>
        <w:rPr>
          <w:rFonts w:ascii="Times New Roman" w:eastAsia="Times New Roman" w:hAnsi="Times New Roman" w:cs="Times New Roman"/>
          <w:sz w:val="24"/>
          <w:szCs w:val="24"/>
        </w:rPr>
        <w:t>ю</w:t>
      </w:r>
      <w:r w:rsidRPr="008F6D5C">
        <w:rPr>
          <w:rFonts w:ascii="Times New Roman" w:eastAsia="Times New Roman" w:hAnsi="Times New Roman" w:cs="Times New Roman"/>
          <w:sz w:val="24"/>
          <w:szCs w:val="24"/>
        </w:rPr>
        <w:t xml:space="preserve">щийся полностью овладел программным материалом, но при изложении его допускает неточности второстепенного характера. </w:t>
      </w:r>
    </w:p>
    <w:p w:rsidR="00063CD9" w:rsidRPr="008F6D5C" w:rsidRDefault="00063CD9" w:rsidP="00063CD9">
      <w:pPr>
        <w:widowControl w:val="0"/>
        <w:autoSpaceDE w:val="0"/>
        <w:autoSpaceDN w:val="0"/>
        <w:ind w:firstLine="567"/>
        <w:jc w:val="both"/>
        <w:rPr>
          <w:rFonts w:ascii="Times New Roman" w:eastAsia="Times New Roman" w:hAnsi="Times New Roman" w:cs="Times New Roman"/>
          <w:sz w:val="24"/>
          <w:szCs w:val="24"/>
        </w:rPr>
      </w:pPr>
      <w:r w:rsidRPr="008F6D5C">
        <w:rPr>
          <w:rFonts w:ascii="Times New Roman" w:eastAsia="Times New Roman" w:hAnsi="Times New Roman" w:cs="Times New Roman"/>
          <w:b/>
          <w:sz w:val="24"/>
          <w:szCs w:val="24"/>
        </w:rPr>
        <w:t xml:space="preserve">Отметка «3» </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Обу</w:t>
      </w:r>
      <w:r w:rsidRPr="008F6D5C">
        <w:rPr>
          <w:rFonts w:ascii="Times New Roman" w:eastAsia="Times New Roman" w:hAnsi="Times New Roman" w:cs="Times New Roman"/>
          <w:sz w:val="24"/>
          <w:szCs w:val="24"/>
        </w:rPr>
        <w:t>ча</w:t>
      </w:r>
      <w:r>
        <w:rPr>
          <w:rFonts w:ascii="Times New Roman" w:eastAsia="Times New Roman" w:hAnsi="Times New Roman" w:cs="Times New Roman"/>
          <w:sz w:val="24"/>
          <w:szCs w:val="24"/>
        </w:rPr>
        <w:t>ю</w:t>
      </w:r>
      <w:r w:rsidRPr="008F6D5C">
        <w:rPr>
          <w:rFonts w:ascii="Times New Roman" w:eastAsia="Times New Roman" w:hAnsi="Times New Roman" w:cs="Times New Roman"/>
          <w:sz w:val="24"/>
          <w:szCs w:val="24"/>
        </w:rPr>
        <w:t>щийся</w:t>
      </w:r>
      <w:proofErr w:type="gramEnd"/>
      <w:r w:rsidRPr="008F6D5C">
        <w:rPr>
          <w:rFonts w:ascii="Times New Roman" w:eastAsia="Times New Roman" w:hAnsi="Times New Roman" w:cs="Times New Roman"/>
          <w:sz w:val="24"/>
          <w:szCs w:val="24"/>
        </w:rPr>
        <w:t xml:space="preserve"> слабо справляется с поставленным вопросом; - допускает неточности в изложении изученного материала.</w:t>
      </w:r>
    </w:p>
    <w:p w:rsidR="00063CD9" w:rsidRPr="008F6D5C" w:rsidRDefault="00063CD9" w:rsidP="00063CD9">
      <w:pPr>
        <w:widowControl w:val="0"/>
        <w:autoSpaceDE w:val="0"/>
        <w:autoSpaceDN w:val="0"/>
        <w:ind w:firstLine="567"/>
        <w:jc w:val="both"/>
        <w:rPr>
          <w:rFonts w:ascii="Times New Roman" w:eastAsia="Times New Roman" w:hAnsi="Times New Roman" w:cs="Times New Roman"/>
          <w:sz w:val="24"/>
          <w:szCs w:val="24"/>
        </w:rPr>
      </w:pPr>
      <w:r w:rsidRPr="008F6D5C">
        <w:rPr>
          <w:rFonts w:ascii="Times New Roman" w:eastAsia="Times New Roman" w:hAnsi="Times New Roman" w:cs="Times New Roman"/>
          <w:b/>
          <w:sz w:val="24"/>
          <w:szCs w:val="24"/>
        </w:rPr>
        <w:t>Отметка</w:t>
      </w:r>
      <w:r w:rsidRPr="008F6D5C">
        <w:rPr>
          <w:rFonts w:ascii="Times New Roman" w:eastAsia="Times New Roman" w:hAnsi="Times New Roman" w:cs="Times New Roman"/>
          <w:b/>
          <w:spacing w:val="80"/>
          <w:sz w:val="24"/>
          <w:szCs w:val="24"/>
        </w:rPr>
        <w:t xml:space="preserve"> </w:t>
      </w:r>
      <w:r w:rsidRPr="008F6D5C">
        <w:rPr>
          <w:rFonts w:ascii="Times New Roman" w:eastAsia="Times New Roman" w:hAnsi="Times New Roman" w:cs="Times New Roman"/>
          <w:b/>
          <w:sz w:val="24"/>
          <w:szCs w:val="24"/>
        </w:rPr>
        <w:t>«2»</w:t>
      </w:r>
      <w:r w:rsidRPr="008F6D5C">
        <w:rPr>
          <w:rFonts w:ascii="Times New Roman" w:eastAsia="Times New Roman" w:hAnsi="Times New Roman" w:cs="Times New Roman"/>
          <w:b/>
          <w:spacing w:val="80"/>
          <w:sz w:val="24"/>
          <w:szCs w:val="24"/>
        </w:rPr>
        <w:t xml:space="preserve"> </w:t>
      </w:r>
      <w:r w:rsidRPr="008F6D5C">
        <w:rPr>
          <w:rFonts w:ascii="Times New Roman" w:eastAsia="Times New Roman" w:hAnsi="Times New Roman" w:cs="Times New Roman"/>
          <w:sz w:val="24"/>
          <w:szCs w:val="24"/>
        </w:rPr>
        <w:t>-</w:t>
      </w:r>
      <w:r w:rsidRPr="008F6D5C">
        <w:rPr>
          <w:rFonts w:ascii="Times New Roman" w:eastAsia="Times New Roman" w:hAnsi="Times New Roman" w:cs="Times New Roman"/>
          <w:spacing w:val="80"/>
          <w:sz w:val="24"/>
          <w:szCs w:val="24"/>
        </w:rPr>
        <w:t xml:space="preserve"> </w:t>
      </w:r>
      <w:proofErr w:type="gramStart"/>
      <w:r>
        <w:rPr>
          <w:rFonts w:ascii="Times New Roman" w:eastAsia="Times New Roman" w:hAnsi="Times New Roman" w:cs="Times New Roman"/>
          <w:sz w:val="24"/>
          <w:szCs w:val="24"/>
        </w:rPr>
        <w:t>Обу</w:t>
      </w:r>
      <w:r w:rsidRPr="008F6D5C">
        <w:rPr>
          <w:rFonts w:ascii="Times New Roman" w:eastAsia="Times New Roman" w:hAnsi="Times New Roman" w:cs="Times New Roman"/>
          <w:sz w:val="24"/>
          <w:szCs w:val="24"/>
        </w:rPr>
        <w:t>ча</w:t>
      </w:r>
      <w:r>
        <w:rPr>
          <w:rFonts w:ascii="Times New Roman" w:eastAsia="Times New Roman" w:hAnsi="Times New Roman" w:cs="Times New Roman"/>
          <w:sz w:val="24"/>
          <w:szCs w:val="24"/>
        </w:rPr>
        <w:t>ю</w:t>
      </w:r>
      <w:r w:rsidRPr="008F6D5C">
        <w:rPr>
          <w:rFonts w:ascii="Times New Roman" w:eastAsia="Times New Roman" w:hAnsi="Times New Roman" w:cs="Times New Roman"/>
          <w:sz w:val="24"/>
          <w:szCs w:val="24"/>
        </w:rPr>
        <w:t>щийся</w:t>
      </w:r>
      <w:proofErr w:type="gramEnd"/>
      <w:r w:rsidRPr="008F6D5C">
        <w:rPr>
          <w:rFonts w:ascii="Times New Roman" w:eastAsia="Times New Roman" w:hAnsi="Times New Roman" w:cs="Times New Roman"/>
          <w:spacing w:val="80"/>
          <w:sz w:val="24"/>
          <w:szCs w:val="24"/>
        </w:rPr>
        <w:t xml:space="preserve"> </w:t>
      </w:r>
      <w:r w:rsidRPr="008F6D5C">
        <w:rPr>
          <w:rFonts w:ascii="Times New Roman" w:eastAsia="Times New Roman" w:hAnsi="Times New Roman" w:cs="Times New Roman"/>
          <w:sz w:val="24"/>
          <w:szCs w:val="24"/>
        </w:rPr>
        <w:t>допускает</w:t>
      </w:r>
      <w:r w:rsidRPr="008F6D5C">
        <w:rPr>
          <w:rFonts w:ascii="Times New Roman" w:eastAsia="Times New Roman" w:hAnsi="Times New Roman" w:cs="Times New Roman"/>
          <w:spacing w:val="80"/>
          <w:sz w:val="24"/>
          <w:szCs w:val="24"/>
        </w:rPr>
        <w:t xml:space="preserve"> </w:t>
      </w:r>
      <w:r w:rsidRPr="008F6D5C">
        <w:rPr>
          <w:rFonts w:ascii="Times New Roman" w:eastAsia="Times New Roman" w:hAnsi="Times New Roman" w:cs="Times New Roman"/>
          <w:sz w:val="24"/>
          <w:szCs w:val="24"/>
        </w:rPr>
        <w:t>грубые</w:t>
      </w:r>
      <w:r w:rsidRPr="008F6D5C">
        <w:rPr>
          <w:rFonts w:ascii="Times New Roman" w:eastAsia="Times New Roman" w:hAnsi="Times New Roman" w:cs="Times New Roman"/>
          <w:spacing w:val="80"/>
          <w:sz w:val="24"/>
          <w:szCs w:val="24"/>
        </w:rPr>
        <w:t xml:space="preserve"> </w:t>
      </w:r>
      <w:r w:rsidRPr="008F6D5C">
        <w:rPr>
          <w:rFonts w:ascii="Times New Roman" w:eastAsia="Times New Roman" w:hAnsi="Times New Roman" w:cs="Times New Roman"/>
          <w:sz w:val="24"/>
          <w:szCs w:val="24"/>
        </w:rPr>
        <w:t>ошибки</w:t>
      </w:r>
      <w:r w:rsidRPr="008F6D5C">
        <w:rPr>
          <w:rFonts w:ascii="Times New Roman" w:eastAsia="Times New Roman" w:hAnsi="Times New Roman" w:cs="Times New Roman"/>
          <w:spacing w:val="80"/>
          <w:sz w:val="24"/>
          <w:szCs w:val="24"/>
        </w:rPr>
        <w:t xml:space="preserve"> </w:t>
      </w:r>
      <w:r w:rsidRPr="008F6D5C">
        <w:rPr>
          <w:rFonts w:ascii="Times New Roman" w:eastAsia="Times New Roman" w:hAnsi="Times New Roman" w:cs="Times New Roman"/>
          <w:sz w:val="24"/>
          <w:szCs w:val="24"/>
        </w:rPr>
        <w:t>в</w:t>
      </w:r>
      <w:r w:rsidRPr="008F6D5C">
        <w:rPr>
          <w:rFonts w:ascii="Times New Roman" w:eastAsia="Times New Roman" w:hAnsi="Times New Roman" w:cs="Times New Roman"/>
          <w:spacing w:val="80"/>
          <w:sz w:val="24"/>
          <w:szCs w:val="24"/>
        </w:rPr>
        <w:t xml:space="preserve"> </w:t>
      </w:r>
      <w:r w:rsidRPr="008F6D5C">
        <w:rPr>
          <w:rFonts w:ascii="Times New Roman" w:eastAsia="Times New Roman" w:hAnsi="Times New Roman" w:cs="Times New Roman"/>
          <w:sz w:val="24"/>
          <w:szCs w:val="24"/>
        </w:rPr>
        <w:t>ответе;</w:t>
      </w:r>
      <w:r w:rsidRPr="008F6D5C">
        <w:rPr>
          <w:rFonts w:ascii="Times New Roman" w:eastAsia="Times New Roman" w:hAnsi="Times New Roman" w:cs="Times New Roman"/>
          <w:spacing w:val="80"/>
          <w:sz w:val="24"/>
          <w:szCs w:val="24"/>
        </w:rPr>
        <w:t xml:space="preserve"> </w:t>
      </w:r>
      <w:r w:rsidRPr="008F6D5C">
        <w:rPr>
          <w:rFonts w:ascii="Times New Roman" w:eastAsia="Times New Roman" w:hAnsi="Times New Roman" w:cs="Times New Roman"/>
          <w:sz w:val="24"/>
          <w:szCs w:val="24"/>
        </w:rPr>
        <w:t>-</w:t>
      </w:r>
      <w:r w:rsidRPr="008F6D5C">
        <w:rPr>
          <w:rFonts w:ascii="Times New Roman" w:eastAsia="Times New Roman" w:hAnsi="Times New Roman" w:cs="Times New Roman"/>
          <w:spacing w:val="80"/>
          <w:sz w:val="24"/>
          <w:szCs w:val="24"/>
        </w:rPr>
        <w:t xml:space="preserve"> </w:t>
      </w:r>
      <w:r w:rsidRPr="008F6D5C">
        <w:rPr>
          <w:rFonts w:ascii="Times New Roman" w:eastAsia="Times New Roman" w:hAnsi="Times New Roman" w:cs="Times New Roman"/>
          <w:sz w:val="24"/>
          <w:szCs w:val="24"/>
        </w:rPr>
        <w:t>не</w:t>
      </w:r>
      <w:r w:rsidRPr="008F6D5C">
        <w:rPr>
          <w:rFonts w:ascii="Times New Roman" w:eastAsia="Times New Roman" w:hAnsi="Times New Roman" w:cs="Times New Roman"/>
          <w:spacing w:val="80"/>
          <w:sz w:val="24"/>
          <w:szCs w:val="24"/>
        </w:rPr>
        <w:t xml:space="preserve"> </w:t>
      </w:r>
      <w:r w:rsidRPr="008F6D5C">
        <w:rPr>
          <w:rFonts w:ascii="Times New Roman" w:eastAsia="Times New Roman" w:hAnsi="Times New Roman" w:cs="Times New Roman"/>
          <w:sz w:val="24"/>
          <w:szCs w:val="24"/>
        </w:rPr>
        <w:t>справляется</w:t>
      </w:r>
      <w:r w:rsidRPr="008F6D5C">
        <w:rPr>
          <w:rFonts w:ascii="Times New Roman" w:eastAsia="Times New Roman" w:hAnsi="Times New Roman" w:cs="Times New Roman"/>
          <w:spacing w:val="80"/>
          <w:sz w:val="24"/>
          <w:szCs w:val="24"/>
        </w:rPr>
        <w:t xml:space="preserve"> </w:t>
      </w:r>
      <w:r w:rsidRPr="008F6D5C">
        <w:rPr>
          <w:rFonts w:ascii="Times New Roman" w:eastAsia="Times New Roman" w:hAnsi="Times New Roman" w:cs="Times New Roman"/>
          <w:sz w:val="24"/>
          <w:szCs w:val="24"/>
        </w:rPr>
        <w:t>с поставленной целью урока.</w:t>
      </w:r>
    </w:p>
    <w:p w:rsidR="00063CD9" w:rsidRPr="008F6D5C" w:rsidRDefault="00063CD9" w:rsidP="00063CD9">
      <w:pPr>
        <w:widowControl w:val="0"/>
        <w:autoSpaceDE w:val="0"/>
        <w:autoSpaceDN w:val="0"/>
        <w:ind w:firstLine="567"/>
        <w:jc w:val="center"/>
        <w:rPr>
          <w:rFonts w:ascii="Times New Roman" w:eastAsia="Times New Roman" w:hAnsi="Times New Roman" w:cs="Times New Roman"/>
          <w:i/>
          <w:sz w:val="24"/>
          <w:szCs w:val="24"/>
          <w:u w:val="single"/>
        </w:rPr>
      </w:pPr>
      <w:r>
        <w:rPr>
          <w:rFonts w:ascii="Times New Roman" w:eastAsia="Times New Roman" w:hAnsi="Times New Roman" w:cs="Times New Roman"/>
          <w:b/>
          <w:i/>
          <w:sz w:val="24"/>
          <w:szCs w:val="24"/>
          <w:u w:val="single"/>
        </w:rPr>
        <w:t>Музыкальная викторина</w:t>
      </w:r>
    </w:p>
    <w:p w:rsidR="00063CD9" w:rsidRPr="008F6D5C" w:rsidRDefault="00063CD9" w:rsidP="00063CD9">
      <w:pPr>
        <w:widowControl w:val="0"/>
        <w:autoSpaceDE w:val="0"/>
        <w:autoSpaceDN w:val="0"/>
        <w:ind w:firstLine="567"/>
        <w:jc w:val="both"/>
        <w:rPr>
          <w:rFonts w:ascii="Times New Roman" w:eastAsia="Times New Roman" w:hAnsi="Times New Roman" w:cs="Times New Roman"/>
          <w:sz w:val="24"/>
          <w:szCs w:val="24"/>
        </w:rPr>
      </w:pPr>
      <w:r w:rsidRPr="008F6D5C">
        <w:rPr>
          <w:rFonts w:ascii="Times New Roman" w:eastAsia="Times New Roman" w:hAnsi="Times New Roman" w:cs="Times New Roman"/>
          <w:i/>
          <w:sz w:val="24"/>
          <w:szCs w:val="24"/>
        </w:rPr>
        <w:t>Критерии оценки</w:t>
      </w:r>
      <w:r w:rsidRPr="008F6D5C">
        <w:rPr>
          <w:rFonts w:ascii="Times New Roman" w:eastAsia="Times New Roman" w:hAnsi="Times New Roman" w:cs="Times New Roman"/>
          <w:sz w:val="24"/>
          <w:szCs w:val="24"/>
        </w:rPr>
        <w:t>:</w:t>
      </w:r>
    </w:p>
    <w:p w:rsidR="00063CD9" w:rsidRDefault="00063CD9" w:rsidP="00063CD9">
      <w:pPr>
        <w:widowControl w:val="0"/>
        <w:autoSpaceDE w:val="0"/>
        <w:autoSpaceDN w:val="0"/>
        <w:ind w:firstLine="567"/>
        <w:jc w:val="both"/>
        <w:rPr>
          <w:rFonts w:ascii="Times New Roman" w:eastAsia="Times New Roman" w:hAnsi="Times New Roman" w:cs="Times New Roman"/>
          <w:sz w:val="24"/>
          <w:szCs w:val="24"/>
        </w:rPr>
      </w:pPr>
      <w:r w:rsidRPr="008F6D5C">
        <w:rPr>
          <w:rFonts w:ascii="Times New Roman" w:eastAsia="Times New Roman" w:hAnsi="Times New Roman" w:cs="Times New Roman"/>
          <w:b/>
          <w:sz w:val="24"/>
          <w:szCs w:val="24"/>
        </w:rPr>
        <w:t>Отметка</w:t>
      </w:r>
      <w:r w:rsidRPr="008F6D5C">
        <w:rPr>
          <w:rFonts w:ascii="Times New Roman" w:eastAsia="Times New Roman" w:hAnsi="Times New Roman" w:cs="Times New Roman"/>
          <w:b/>
          <w:spacing w:val="-5"/>
          <w:sz w:val="24"/>
          <w:szCs w:val="24"/>
        </w:rPr>
        <w:t xml:space="preserve"> </w:t>
      </w:r>
      <w:r w:rsidRPr="008F6D5C">
        <w:rPr>
          <w:rFonts w:ascii="Times New Roman" w:eastAsia="Times New Roman" w:hAnsi="Times New Roman" w:cs="Times New Roman"/>
          <w:b/>
          <w:sz w:val="24"/>
          <w:szCs w:val="24"/>
        </w:rPr>
        <w:t>«5»</w:t>
      </w:r>
      <w:r w:rsidRPr="008F6D5C">
        <w:rPr>
          <w:rFonts w:ascii="Times New Roman" w:eastAsia="Times New Roman" w:hAnsi="Times New Roman" w:cs="Times New Roman"/>
          <w:b/>
          <w:spacing w:val="-5"/>
          <w:sz w:val="24"/>
          <w:szCs w:val="24"/>
        </w:rPr>
        <w:t xml:space="preserve"> </w:t>
      </w:r>
      <w:r w:rsidRPr="008F6D5C">
        <w:rPr>
          <w:rFonts w:ascii="Times New Roman" w:eastAsia="Times New Roman" w:hAnsi="Times New Roman" w:cs="Times New Roman"/>
          <w:sz w:val="24"/>
          <w:szCs w:val="24"/>
        </w:rPr>
        <w:t>Все</w:t>
      </w:r>
      <w:r w:rsidRPr="008F6D5C">
        <w:rPr>
          <w:rFonts w:ascii="Times New Roman" w:eastAsia="Times New Roman" w:hAnsi="Times New Roman" w:cs="Times New Roman"/>
          <w:spacing w:val="-6"/>
          <w:sz w:val="24"/>
          <w:szCs w:val="24"/>
        </w:rPr>
        <w:t xml:space="preserve"> </w:t>
      </w:r>
      <w:r w:rsidRPr="008F6D5C">
        <w:rPr>
          <w:rFonts w:ascii="Times New Roman" w:eastAsia="Times New Roman" w:hAnsi="Times New Roman" w:cs="Times New Roman"/>
          <w:sz w:val="24"/>
          <w:szCs w:val="24"/>
        </w:rPr>
        <w:t>музыкальные</w:t>
      </w:r>
      <w:r w:rsidRPr="008F6D5C">
        <w:rPr>
          <w:rFonts w:ascii="Times New Roman" w:eastAsia="Times New Roman" w:hAnsi="Times New Roman" w:cs="Times New Roman"/>
          <w:spacing w:val="-7"/>
          <w:sz w:val="24"/>
          <w:szCs w:val="24"/>
        </w:rPr>
        <w:t xml:space="preserve"> </w:t>
      </w:r>
      <w:r w:rsidRPr="008F6D5C">
        <w:rPr>
          <w:rFonts w:ascii="Times New Roman" w:eastAsia="Times New Roman" w:hAnsi="Times New Roman" w:cs="Times New Roman"/>
          <w:sz w:val="24"/>
          <w:szCs w:val="24"/>
        </w:rPr>
        <w:t>номера</w:t>
      </w:r>
      <w:r w:rsidRPr="008F6D5C">
        <w:rPr>
          <w:rFonts w:ascii="Times New Roman" w:eastAsia="Times New Roman" w:hAnsi="Times New Roman" w:cs="Times New Roman"/>
          <w:spacing w:val="-6"/>
          <w:sz w:val="24"/>
          <w:szCs w:val="24"/>
        </w:rPr>
        <w:t xml:space="preserve"> </w:t>
      </w:r>
      <w:r w:rsidRPr="008F6D5C">
        <w:rPr>
          <w:rFonts w:ascii="Times New Roman" w:eastAsia="Times New Roman" w:hAnsi="Times New Roman" w:cs="Times New Roman"/>
          <w:sz w:val="24"/>
          <w:szCs w:val="24"/>
        </w:rPr>
        <w:t>отгаданы</w:t>
      </w:r>
      <w:r w:rsidRPr="008F6D5C">
        <w:rPr>
          <w:rFonts w:ascii="Times New Roman" w:eastAsia="Times New Roman" w:hAnsi="Times New Roman" w:cs="Times New Roman"/>
          <w:spacing w:val="-4"/>
          <w:sz w:val="24"/>
          <w:szCs w:val="24"/>
        </w:rPr>
        <w:t xml:space="preserve"> </w:t>
      </w:r>
      <w:r w:rsidRPr="008F6D5C">
        <w:rPr>
          <w:rFonts w:ascii="Times New Roman" w:eastAsia="Times New Roman" w:hAnsi="Times New Roman" w:cs="Times New Roman"/>
          <w:sz w:val="24"/>
          <w:szCs w:val="24"/>
        </w:rPr>
        <w:t>учащимся</w:t>
      </w:r>
      <w:r w:rsidRPr="008F6D5C">
        <w:rPr>
          <w:rFonts w:ascii="Times New Roman" w:eastAsia="Times New Roman" w:hAnsi="Times New Roman" w:cs="Times New Roman"/>
          <w:spacing w:val="-5"/>
          <w:sz w:val="24"/>
          <w:szCs w:val="24"/>
        </w:rPr>
        <w:t xml:space="preserve"> </w:t>
      </w:r>
      <w:r w:rsidRPr="008F6D5C">
        <w:rPr>
          <w:rFonts w:ascii="Times New Roman" w:eastAsia="Times New Roman" w:hAnsi="Times New Roman" w:cs="Times New Roman"/>
          <w:sz w:val="24"/>
          <w:szCs w:val="24"/>
        </w:rPr>
        <w:t xml:space="preserve">верно; </w:t>
      </w:r>
    </w:p>
    <w:p w:rsidR="00063CD9" w:rsidRDefault="00063CD9" w:rsidP="00063CD9">
      <w:pPr>
        <w:widowControl w:val="0"/>
        <w:autoSpaceDE w:val="0"/>
        <w:autoSpaceDN w:val="0"/>
        <w:ind w:firstLine="567"/>
        <w:jc w:val="both"/>
        <w:rPr>
          <w:rFonts w:ascii="Times New Roman" w:eastAsia="Times New Roman" w:hAnsi="Times New Roman" w:cs="Times New Roman"/>
          <w:sz w:val="24"/>
          <w:szCs w:val="24"/>
        </w:rPr>
      </w:pPr>
      <w:r w:rsidRPr="008F6D5C">
        <w:rPr>
          <w:rFonts w:ascii="Times New Roman" w:eastAsia="Times New Roman" w:hAnsi="Times New Roman" w:cs="Times New Roman"/>
          <w:b/>
          <w:sz w:val="24"/>
          <w:szCs w:val="24"/>
        </w:rPr>
        <w:t xml:space="preserve">Отметка «4» </w:t>
      </w:r>
      <w:r>
        <w:rPr>
          <w:rFonts w:ascii="Times New Roman" w:eastAsia="Times New Roman" w:hAnsi="Times New Roman" w:cs="Times New Roman"/>
          <w:sz w:val="24"/>
          <w:szCs w:val="24"/>
        </w:rPr>
        <w:t>1-2</w:t>
      </w:r>
      <w:r w:rsidRPr="008F6D5C">
        <w:rPr>
          <w:rFonts w:ascii="Times New Roman" w:eastAsia="Times New Roman" w:hAnsi="Times New Roman" w:cs="Times New Roman"/>
          <w:sz w:val="24"/>
          <w:szCs w:val="24"/>
        </w:rPr>
        <w:t xml:space="preserve"> музык</w:t>
      </w:r>
      <w:r>
        <w:rPr>
          <w:rFonts w:ascii="Times New Roman" w:eastAsia="Times New Roman" w:hAnsi="Times New Roman" w:cs="Times New Roman"/>
          <w:sz w:val="24"/>
          <w:szCs w:val="24"/>
        </w:rPr>
        <w:t>альных произведения отгаданы не</w:t>
      </w:r>
      <w:r w:rsidRPr="008F6D5C">
        <w:rPr>
          <w:rFonts w:ascii="Times New Roman" w:eastAsia="Times New Roman" w:hAnsi="Times New Roman" w:cs="Times New Roman"/>
          <w:sz w:val="24"/>
          <w:szCs w:val="24"/>
        </w:rPr>
        <w:t xml:space="preserve">верно; </w:t>
      </w:r>
    </w:p>
    <w:p w:rsidR="00063CD9" w:rsidRPr="008F6D5C" w:rsidRDefault="00063CD9" w:rsidP="00063CD9">
      <w:pPr>
        <w:widowControl w:val="0"/>
        <w:autoSpaceDE w:val="0"/>
        <w:autoSpaceDN w:val="0"/>
        <w:ind w:firstLine="567"/>
        <w:jc w:val="both"/>
        <w:rPr>
          <w:rFonts w:ascii="Times New Roman" w:eastAsia="Times New Roman" w:hAnsi="Times New Roman" w:cs="Times New Roman"/>
          <w:sz w:val="24"/>
          <w:szCs w:val="24"/>
        </w:rPr>
      </w:pPr>
      <w:r w:rsidRPr="008F6D5C">
        <w:rPr>
          <w:rFonts w:ascii="Times New Roman" w:eastAsia="Times New Roman" w:hAnsi="Times New Roman" w:cs="Times New Roman"/>
          <w:b/>
          <w:sz w:val="24"/>
          <w:szCs w:val="24"/>
        </w:rPr>
        <w:lastRenderedPageBreak/>
        <w:t xml:space="preserve">Отметка «3» </w:t>
      </w:r>
      <w:r w:rsidRPr="008F6D5C">
        <w:rPr>
          <w:rFonts w:ascii="Times New Roman" w:eastAsia="Times New Roman" w:hAnsi="Times New Roman" w:cs="Times New Roman"/>
          <w:sz w:val="24"/>
          <w:szCs w:val="24"/>
        </w:rPr>
        <w:t>3-4 музыкальных номера не отгаданы;</w:t>
      </w:r>
    </w:p>
    <w:p w:rsidR="00063CD9" w:rsidRPr="008F6D5C" w:rsidRDefault="00063CD9" w:rsidP="00063CD9">
      <w:pPr>
        <w:widowControl w:val="0"/>
        <w:autoSpaceDE w:val="0"/>
        <w:autoSpaceDN w:val="0"/>
        <w:ind w:firstLine="567"/>
        <w:jc w:val="both"/>
        <w:rPr>
          <w:rFonts w:ascii="Times New Roman" w:eastAsia="Times New Roman" w:hAnsi="Times New Roman" w:cs="Times New Roman"/>
          <w:sz w:val="24"/>
          <w:szCs w:val="24"/>
        </w:rPr>
      </w:pPr>
      <w:r w:rsidRPr="008F6D5C">
        <w:rPr>
          <w:rFonts w:ascii="Times New Roman" w:eastAsia="Times New Roman" w:hAnsi="Times New Roman" w:cs="Times New Roman"/>
          <w:b/>
          <w:sz w:val="24"/>
          <w:szCs w:val="24"/>
        </w:rPr>
        <w:t>Отметка</w:t>
      </w:r>
      <w:r w:rsidRPr="008F6D5C">
        <w:rPr>
          <w:rFonts w:ascii="Times New Roman" w:eastAsia="Times New Roman" w:hAnsi="Times New Roman" w:cs="Times New Roman"/>
          <w:b/>
          <w:spacing w:val="-5"/>
          <w:sz w:val="24"/>
          <w:szCs w:val="24"/>
        </w:rPr>
        <w:t xml:space="preserve"> </w:t>
      </w:r>
      <w:r w:rsidRPr="008F6D5C">
        <w:rPr>
          <w:rFonts w:ascii="Times New Roman" w:eastAsia="Times New Roman" w:hAnsi="Times New Roman" w:cs="Times New Roman"/>
          <w:b/>
          <w:sz w:val="24"/>
          <w:szCs w:val="24"/>
        </w:rPr>
        <w:t>«2»</w:t>
      </w:r>
      <w:r w:rsidRPr="008F6D5C">
        <w:rPr>
          <w:rFonts w:ascii="Times New Roman" w:eastAsia="Times New Roman" w:hAnsi="Times New Roman" w:cs="Times New Roman"/>
          <w:b/>
          <w:spacing w:val="-2"/>
          <w:sz w:val="24"/>
          <w:szCs w:val="24"/>
        </w:rPr>
        <w:t xml:space="preserve"> </w:t>
      </w:r>
      <w:r>
        <w:rPr>
          <w:rFonts w:ascii="Times New Roman" w:eastAsia="Times New Roman" w:hAnsi="Times New Roman" w:cs="Times New Roman"/>
          <w:sz w:val="24"/>
          <w:szCs w:val="24"/>
        </w:rPr>
        <w:t>5</w:t>
      </w:r>
      <w:r w:rsidRPr="008F6D5C">
        <w:rPr>
          <w:rFonts w:ascii="Times New Roman" w:eastAsia="Times New Roman" w:hAnsi="Times New Roman" w:cs="Times New Roman"/>
          <w:spacing w:val="-4"/>
          <w:sz w:val="24"/>
          <w:szCs w:val="24"/>
        </w:rPr>
        <w:t xml:space="preserve"> </w:t>
      </w:r>
      <w:r w:rsidRPr="008F6D5C">
        <w:rPr>
          <w:rFonts w:ascii="Times New Roman" w:eastAsia="Times New Roman" w:hAnsi="Times New Roman" w:cs="Times New Roman"/>
          <w:sz w:val="24"/>
          <w:szCs w:val="24"/>
        </w:rPr>
        <w:t>и</w:t>
      </w:r>
      <w:r w:rsidRPr="008F6D5C">
        <w:rPr>
          <w:rFonts w:ascii="Times New Roman" w:eastAsia="Times New Roman" w:hAnsi="Times New Roman" w:cs="Times New Roman"/>
          <w:spacing w:val="-3"/>
          <w:sz w:val="24"/>
          <w:szCs w:val="24"/>
        </w:rPr>
        <w:t xml:space="preserve"> </w:t>
      </w:r>
      <w:r w:rsidRPr="008F6D5C">
        <w:rPr>
          <w:rFonts w:ascii="Times New Roman" w:eastAsia="Times New Roman" w:hAnsi="Times New Roman" w:cs="Times New Roman"/>
          <w:sz w:val="24"/>
          <w:szCs w:val="24"/>
        </w:rPr>
        <w:t>более</w:t>
      </w:r>
      <w:r w:rsidRPr="008F6D5C">
        <w:rPr>
          <w:rFonts w:ascii="Times New Roman" w:eastAsia="Times New Roman" w:hAnsi="Times New Roman" w:cs="Times New Roman"/>
          <w:spacing w:val="-3"/>
          <w:sz w:val="24"/>
          <w:szCs w:val="24"/>
        </w:rPr>
        <w:t xml:space="preserve"> </w:t>
      </w:r>
      <w:r w:rsidRPr="008F6D5C">
        <w:rPr>
          <w:rFonts w:ascii="Times New Roman" w:eastAsia="Times New Roman" w:hAnsi="Times New Roman" w:cs="Times New Roman"/>
          <w:sz w:val="24"/>
          <w:szCs w:val="24"/>
        </w:rPr>
        <w:t>музыкальных</w:t>
      </w:r>
      <w:r w:rsidRPr="008F6D5C">
        <w:rPr>
          <w:rFonts w:ascii="Times New Roman" w:eastAsia="Times New Roman" w:hAnsi="Times New Roman" w:cs="Times New Roman"/>
          <w:spacing w:val="-3"/>
          <w:sz w:val="24"/>
          <w:szCs w:val="24"/>
        </w:rPr>
        <w:t xml:space="preserve"> </w:t>
      </w:r>
      <w:r w:rsidRPr="008F6D5C">
        <w:rPr>
          <w:rFonts w:ascii="Times New Roman" w:eastAsia="Times New Roman" w:hAnsi="Times New Roman" w:cs="Times New Roman"/>
          <w:sz w:val="24"/>
          <w:szCs w:val="24"/>
        </w:rPr>
        <w:t>номеров</w:t>
      </w:r>
      <w:r w:rsidRPr="008F6D5C">
        <w:rPr>
          <w:rFonts w:ascii="Times New Roman" w:eastAsia="Times New Roman" w:hAnsi="Times New Roman" w:cs="Times New Roman"/>
          <w:spacing w:val="-4"/>
          <w:sz w:val="24"/>
          <w:szCs w:val="24"/>
        </w:rPr>
        <w:t xml:space="preserve"> </w:t>
      </w:r>
      <w:r w:rsidRPr="008F6D5C">
        <w:rPr>
          <w:rFonts w:ascii="Times New Roman" w:eastAsia="Times New Roman" w:hAnsi="Times New Roman" w:cs="Times New Roman"/>
          <w:sz w:val="24"/>
          <w:szCs w:val="24"/>
        </w:rPr>
        <w:t>не</w:t>
      </w:r>
      <w:r w:rsidRPr="008F6D5C">
        <w:rPr>
          <w:rFonts w:ascii="Times New Roman" w:eastAsia="Times New Roman" w:hAnsi="Times New Roman" w:cs="Times New Roman"/>
          <w:spacing w:val="-3"/>
          <w:sz w:val="24"/>
          <w:szCs w:val="24"/>
        </w:rPr>
        <w:t xml:space="preserve"> </w:t>
      </w:r>
      <w:r w:rsidRPr="008F6D5C">
        <w:rPr>
          <w:rFonts w:ascii="Times New Roman" w:eastAsia="Times New Roman" w:hAnsi="Times New Roman" w:cs="Times New Roman"/>
          <w:sz w:val="24"/>
          <w:szCs w:val="24"/>
        </w:rPr>
        <w:t>отгаданы</w:t>
      </w:r>
      <w:r w:rsidRPr="008F6D5C">
        <w:rPr>
          <w:rFonts w:ascii="Times New Roman" w:eastAsia="Times New Roman" w:hAnsi="Times New Roman" w:cs="Times New Roman"/>
          <w:spacing w:val="-1"/>
          <w:sz w:val="24"/>
          <w:szCs w:val="24"/>
        </w:rPr>
        <w:t xml:space="preserve"> </w:t>
      </w:r>
      <w:r w:rsidRPr="008F6D5C">
        <w:rPr>
          <w:rFonts w:ascii="Times New Roman" w:eastAsia="Times New Roman" w:hAnsi="Times New Roman" w:cs="Times New Roman"/>
          <w:spacing w:val="-2"/>
          <w:sz w:val="24"/>
          <w:szCs w:val="24"/>
        </w:rPr>
        <w:t>учащимся.</w:t>
      </w:r>
    </w:p>
    <w:p w:rsidR="00063CD9" w:rsidRPr="008F6D5C" w:rsidRDefault="00063CD9" w:rsidP="00063CD9">
      <w:pPr>
        <w:widowControl w:val="0"/>
        <w:autoSpaceDE w:val="0"/>
        <w:autoSpaceDN w:val="0"/>
        <w:ind w:firstLine="567"/>
        <w:jc w:val="both"/>
        <w:rPr>
          <w:rFonts w:ascii="Times New Roman" w:eastAsia="Times New Roman" w:hAnsi="Times New Roman" w:cs="Times New Roman"/>
          <w:sz w:val="24"/>
          <w:szCs w:val="24"/>
        </w:rPr>
      </w:pPr>
    </w:p>
    <w:p w:rsidR="00063CD9" w:rsidRDefault="00063CD9" w:rsidP="00063CD9">
      <w:pPr>
        <w:widowControl w:val="0"/>
        <w:tabs>
          <w:tab w:val="left" w:pos="710"/>
        </w:tabs>
        <w:autoSpaceDE w:val="0"/>
        <w:autoSpaceDN w:val="0"/>
        <w:ind w:right="566"/>
        <w:jc w:val="center"/>
        <w:rPr>
          <w:rFonts w:ascii="Times New Roman" w:hAnsi="Times New Roman" w:cs="Times New Roman"/>
          <w:i/>
          <w:sz w:val="24"/>
          <w:szCs w:val="24"/>
          <w:u w:val="single"/>
        </w:rPr>
      </w:pPr>
      <w:r>
        <w:rPr>
          <w:rFonts w:ascii="Times New Roman" w:hAnsi="Times New Roman" w:cs="Times New Roman"/>
          <w:b/>
          <w:i/>
          <w:sz w:val="24"/>
          <w:szCs w:val="24"/>
          <w:u w:val="single"/>
        </w:rPr>
        <w:t>Тест</w:t>
      </w:r>
    </w:p>
    <w:p w:rsidR="00063CD9" w:rsidRDefault="00063CD9" w:rsidP="00063CD9">
      <w:pPr>
        <w:widowControl w:val="0"/>
        <w:tabs>
          <w:tab w:val="left" w:pos="710"/>
        </w:tabs>
        <w:autoSpaceDE w:val="0"/>
        <w:autoSpaceDN w:val="0"/>
        <w:ind w:right="-1" w:firstLine="567"/>
        <w:jc w:val="both"/>
        <w:rPr>
          <w:rFonts w:ascii="Times New Roman" w:hAnsi="Times New Roman" w:cs="Times New Roman"/>
          <w:sz w:val="24"/>
          <w:szCs w:val="24"/>
        </w:rPr>
      </w:pPr>
      <w:r>
        <w:rPr>
          <w:rFonts w:ascii="Times New Roman" w:hAnsi="Times New Roman" w:cs="Times New Roman"/>
          <w:sz w:val="24"/>
          <w:szCs w:val="24"/>
        </w:rPr>
        <w:t>Оценивание тестовых работ обучающихся осуществляется в зависимости от процентного соотношения выполненных заданий.</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hAnsi="Times New Roman" w:cs="Times New Roman"/>
          <w:sz w:val="24"/>
          <w:szCs w:val="24"/>
        </w:rPr>
        <w:t>Оценивается работа следующим образом:</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«5»</w:t>
      </w:r>
      <w:r>
        <w:rPr>
          <w:rFonts w:ascii="Times New Roman" w:hAnsi="Times New Roman" w:cs="Times New Roman"/>
          <w:sz w:val="24"/>
          <w:szCs w:val="24"/>
        </w:rPr>
        <w:t xml:space="preserve"> - 85 – 100 %; </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«4»</w:t>
      </w:r>
      <w:r>
        <w:rPr>
          <w:rFonts w:ascii="Times New Roman" w:hAnsi="Times New Roman" w:cs="Times New Roman"/>
          <w:sz w:val="24"/>
          <w:szCs w:val="24"/>
        </w:rPr>
        <w:t xml:space="preserve"> - 65 – 84 %; </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 xml:space="preserve">«3» </w:t>
      </w:r>
      <w:r>
        <w:rPr>
          <w:rFonts w:ascii="Times New Roman" w:hAnsi="Times New Roman" w:cs="Times New Roman"/>
          <w:sz w:val="24"/>
          <w:szCs w:val="24"/>
        </w:rPr>
        <w:t xml:space="preserve">- 45 – 64 %; </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«2»</w:t>
      </w:r>
      <w:r>
        <w:rPr>
          <w:rFonts w:ascii="Times New Roman" w:hAnsi="Times New Roman" w:cs="Times New Roman"/>
          <w:sz w:val="24"/>
          <w:szCs w:val="24"/>
        </w:rPr>
        <w:t xml:space="preserve"> - 0 – 44 %.</w:t>
      </w:r>
    </w:p>
    <w:p w:rsidR="00063CD9" w:rsidRPr="008F6D5C" w:rsidRDefault="00063CD9" w:rsidP="00063CD9">
      <w:pPr>
        <w:widowControl w:val="0"/>
        <w:tabs>
          <w:tab w:val="left" w:pos="9639"/>
        </w:tabs>
        <w:autoSpaceDE w:val="0"/>
        <w:autoSpaceDN w:val="0"/>
        <w:ind w:firstLine="567"/>
        <w:jc w:val="center"/>
        <w:rPr>
          <w:rFonts w:ascii="Times New Roman" w:hAnsi="Times New Roman" w:cs="Times New Roman"/>
          <w:b/>
          <w:sz w:val="24"/>
          <w:szCs w:val="24"/>
        </w:rPr>
      </w:pPr>
    </w:p>
    <w:p w:rsidR="00063CD9" w:rsidRPr="00750780" w:rsidRDefault="00063CD9" w:rsidP="00063CD9">
      <w:pPr>
        <w:widowControl w:val="0"/>
        <w:tabs>
          <w:tab w:val="left" w:pos="710"/>
        </w:tabs>
        <w:autoSpaceDE w:val="0"/>
        <w:autoSpaceDN w:val="0"/>
        <w:ind w:right="-1"/>
        <w:jc w:val="center"/>
        <w:rPr>
          <w:rFonts w:ascii="Times New Roman" w:hAnsi="Times New Roman" w:cs="Times New Roman"/>
          <w:b/>
          <w:bCs/>
          <w:sz w:val="24"/>
          <w:szCs w:val="24"/>
        </w:rPr>
      </w:pPr>
      <w:r w:rsidRPr="00750780">
        <w:rPr>
          <w:rFonts w:ascii="Times New Roman" w:hAnsi="Times New Roman" w:cs="Times New Roman"/>
          <w:b/>
          <w:bCs/>
          <w:caps/>
          <w:sz w:val="24"/>
          <w:szCs w:val="24"/>
        </w:rPr>
        <w:t>Изобразительное искусство</w:t>
      </w:r>
    </w:p>
    <w:p w:rsidR="00063CD9" w:rsidRPr="00750780" w:rsidRDefault="00063CD9" w:rsidP="00063CD9">
      <w:pPr>
        <w:widowControl w:val="0"/>
        <w:tabs>
          <w:tab w:val="left" w:pos="710"/>
        </w:tabs>
        <w:autoSpaceDE w:val="0"/>
        <w:autoSpaceDN w:val="0"/>
        <w:ind w:right="-1" w:firstLine="567"/>
        <w:rPr>
          <w:rFonts w:ascii="Times New Roman" w:hAnsi="Times New Roman" w:cs="Times New Roman"/>
          <w:b/>
          <w:bCs/>
          <w:sz w:val="24"/>
          <w:szCs w:val="24"/>
        </w:rPr>
      </w:pPr>
      <w:r w:rsidRPr="00750780">
        <w:rPr>
          <w:rFonts w:ascii="Times New Roman" w:hAnsi="Times New Roman" w:cs="Times New Roman"/>
          <w:b/>
          <w:bCs/>
          <w:sz w:val="24"/>
          <w:szCs w:val="24"/>
        </w:rPr>
        <w:t xml:space="preserve">Оценка «5» </w:t>
      </w:r>
    </w:p>
    <w:p w:rsidR="00063CD9" w:rsidRPr="00750780" w:rsidRDefault="00063CD9" w:rsidP="00063CD9">
      <w:pPr>
        <w:widowControl w:val="0"/>
        <w:numPr>
          <w:ilvl w:val="0"/>
          <w:numId w:val="13"/>
        </w:numPr>
        <w:tabs>
          <w:tab w:val="left" w:pos="710"/>
          <w:tab w:val="left" w:pos="10206"/>
        </w:tabs>
        <w:autoSpaceDE w:val="0"/>
        <w:autoSpaceDN w:val="0"/>
        <w:ind w:left="0" w:right="-1" w:firstLine="567"/>
        <w:jc w:val="both"/>
        <w:rPr>
          <w:rFonts w:ascii="Times New Roman" w:hAnsi="Times New Roman" w:cs="Times New Roman"/>
          <w:sz w:val="24"/>
          <w:szCs w:val="24"/>
        </w:rPr>
      </w:pPr>
      <w:proofErr w:type="gramStart"/>
      <w:r w:rsidRPr="00750780">
        <w:rPr>
          <w:rFonts w:ascii="Times New Roman" w:hAnsi="Times New Roman" w:cs="Times New Roman"/>
          <w:sz w:val="24"/>
          <w:szCs w:val="24"/>
        </w:rPr>
        <w:t>обучающийся</w:t>
      </w:r>
      <w:proofErr w:type="gramEnd"/>
      <w:r w:rsidRPr="00750780">
        <w:rPr>
          <w:rFonts w:ascii="Times New Roman" w:hAnsi="Times New Roman" w:cs="Times New Roman"/>
          <w:sz w:val="24"/>
          <w:szCs w:val="24"/>
        </w:rPr>
        <w:t xml:space="preserve"> полностью справляется с поставленной целью урока; </w:t>
      </w:r>
    </w:p>
    <w:p w:rsidR="00063CD9" w:rsidRPr="00750780" w:rsidRDefault="00063CD9" w:rsidP="00063CD9">
      <w:pPr>
        <w:widowControl w:val="0"/>
        <w:numPr>
          <w:ilvl w:val="0"/>
          <w:numId w:val="13"/>
        </w:numPr>
        <w:tabs>
          <w:tab w:val="left" w:pos="0"/>
          <w:tab w:val="left" w:pos="710"/>
          <w:tab w:val="left" w:pos="10206"/>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правильно излагает изученный материал и умеет применить полученные знания на</w:t>
      </w:r>
      <w:r>
        <w:rPr>
          <w:rFonts w:ascii="Times New Roman" w:hAnsi="Times New Roman" w:cs="Times New Roman"/>
          <w:sz w:val="24"/>
          <w:szCs w:val="24"/>
        </w:rPr>
        <w:t xml:space="preserve"> практике</w:t>
      </w:r>
      <w:r w:rsidRPr="00750780">
        <w:rPr>
          <w:rFonts w:ascii="Times New Roman" w:hAnsi="Times New Roman" w:cs="Times New Roman"/>
          <w:sz w:val="24"/>
          <w:szCs w:val="24"/>
        </w:rPr>
        <w:t xml:space="preserve">; </w:t>
      </w:r>
    </w:p>
    <w:p w:rsidR="00063CD9" w:rsidRPr="00750780" w:rsidRDefault="00063CD9" w:rsidP="00063CD9">
      <w:pPr>
        <w:widowControl w:val="0"/>
        <w:numPr>
          <w:ilvl w:val="0"/>
          <w:numId w:val="13"/>
        </w:numPr>
        <w:tabs>
          <w:tab w:val="left" w:pos="710"/>
          <w:tab w:val="left" w:pos="10206"/>
        </w:tabs>
        <w:autoSpaceDE w:val="0"/>
        <w:autoSpaceDN w:val="0"/>
        <w:ind w:left="0" w:right="-1" w:firstLine="567"/>
        <w:jc w:val="both"/>
        <w:rPr>
          <w:rFonts w:ascii="Times New Roman" w:hAnsi="Times New Roman" w:cs="Times New Roman"/>
          <w:sz w:val="24"/>
          <w:szCs w:val="24"/>
        </w:rPr>
      </w:pPr>
      <w:proofErr w:type="gramStart"/>
      <w:r w:rsidRPr="00750780">
        <w:rPr>
          <w:rFonts w:ascii="Times New Roman" w:hAnsi="Times New Roman" w:cs="Times New Roman"/>
          <w:sz w:val="24"/>
          <w:szCs w:val="24"/>
        </w:rPr>
        <w:t>верно</w:t>
      </w:r>
      <w:proofErr w:type="gramEnd"/>
      <w:r w:rsidRPr="00750780">
        <w:rPr>
          <w:rFonts w:ascii="Times New Roman" w:hAnsi="Times New Roman" w:cs="Times New Roman"/>
          <w:sz w:val="24"/>
          <w:szCs w:val="24"/>
        </w:rPr>
        <w:t xml:space="preserve"> решает композицию рисунка, т.е. гармонично согласовывает между собой все</w:t>
      </w:r>
      <w:r>
        <w:rPr>
          <w:rFonts w:ascii="Times New Roman" w:hAnsi="Times New Roman" w:cs="Times New Roman"/>
          <w:sz w:val="24"/>
          <w:szCs w:val="24"/>
        </w:rPr>
        <w:t xml:space="preserve"> </w:t>
      </w:r>
      <w:r w:rsidRPr="00750780">
        <w:rPr>
          <w:rFonts w:ascii="Times New Roman" w:hAnsi="Times New Roman" w:cs="Times New Roman"/>
          <w:sz w:val="24"/>
          <w:szCs w:val="24"/>
        </w:rPr>
        <w:t xml:space="preserve">компоненты изображения; </w:t>
      </w:r>
    </w:p>
    <w:p w:rsidR="00063CD9" w:rsidRPr="00750780" w:rsidRDefault="00063CD9" w:rsidP="00063CD9">
      <w:pPr>
        <w:widowControl w:val="0"/>
        <w:numPr>
          <w:ilvl w:val="0"/>
          <w:numId w:val="13"/>
        </w:numPr>
        <w:tabs>
          <w:tab w:val="left" w:pos="710"/>
          <w:tab w:val="left" w:pos="10206"/>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 xml:space="preserve">умеет подметить и передать в изображении наиболее </w:t>
      </w:r>
      <w:proofErr w:type="gramStart"/>
      <w:r w:rsidRPr="00750780">
        <w:rPr>
          <w:rFonts w:ascii="Times New Roman" w:hAnsi="Times New Roman" w:cs="Times New Roman"/>
          <w:sz w:val="24"/>
          <w:szCs w:val="24"/>
        </w:rPr>
        <w:t>характерное</w:t>
      </w:r>
      <w:proofErr w:type="gramEnd"/>
      <w:r w:rsidRPr="00750780">
        <w:rPr>
          <w:rFonts w:ascii="Times New Roman" w:hAnsi="Times New Roman" w:cs="Times New Roman"/>
          <w:sz w:val="24"/>
          <w:szCs w:val="24"/>
        </w:rPr>
        <w:t xml:space="preserve">. </w:t>
      </w:r>
    </w:p>
    <w:p w:rsidR="00063CD9" w:rsidRPr="00750780" w:rsidRDefault="00063CD9" w:rsidP="00063CD9">
      <w:pPr>
        <w:widowControl w:val="0"/>
        <w:tabs>
          <w:tab w:val="left" w:pos="710"/>
        </w:tabs>
        <w:autoSpaceDE w:val="0"/>
        <w:autoSpaceDN w:val="0"/>
        <w:ind w:right="-1" w:firstLine="567"/>
        <w:jc w:val="both"/>
        <w:rPr>
          <w:rFonts w:ascii="Times New Roman" w:hAnsi="Times New Roman" w:cs="Times New Roman"/>
          <w:b/>
          <w:bCs/>
          <w:sz w:val="24"/>
          <w:szCs w:val="24"/>
        </w:rPr>
      </w:pPr>
      <w:r w:rsidRPr="00750780">
        <w:rPr>
          <w:rFonts w:ascii="Times New Roman" w:hAnsi="Times New Roman" w:cs="Times New Roman"/>
          <w:b/>
          <w:bCs/>
          <w:sz w:val="24"/>
          <w:szCs w:val="24"/>
        </w:rPr>
        <w:t xml:space="preserve">Оценка «4» </w:t>
      </w:r>
    </w:p>
    <w:p w:rsidR="00063CD9" w:rsidRPr="00750780" w:rsidRDefault="00063CD9" w:rsidP="00063CD9">
      <w:pPr>
        <w:widowControl w:val="0"/>
        <w:numPr>
          <w:ilvl w:val="0"/>
          <w:numId w:val="14"/>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 xml:space="preserve">обучающийся полностью овладел программным материалом, но при </w:t>
      </w:r>
      <w:r>
        <w:rPr>
          <w:rFonts w:ascii="Times New Roman" w:hAnsi="Times New Roman" w:cs="Times New Roman"/>
          <w:sz w:val="24"/>
          <w:szCs w:val="24"/>
        </w:rPr>
        <w:t>и</w:t>
      </w:r>
      <w:r w:rsidRPr="00750780">
        <w:rPr>
          <w:rFonts w:ascii="Times New Roman" w:hAnsi="Times New Roman" w:cs="Times New Roman"/>
          <w:sz w:val="24"/>
          <w:szCs w:val="24"/>
        </w:rPr>
        <w:t xml:space="preserve">зложении его допускает неточности второстепенного характера; </w:t>
      </w:r>
    </w:p>
    <w:p w:rsidR="00063CD9" w:rsidRPr="00750780" w:rsidRDefault="00063CD9" w:rsidP="00063CD9">
      <w:pPr>
        <w:widowControl w:val="0"/>
        <w:numPr>
          <w:ilvl w:val="0"/>
          <w:numId w:val="14"/>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 xml:space="preserve">гармонично согласовывает между собой все компоненты изображения; </w:t>
      </w:r>
    </w:p>
    <w:p w:rsidR="00063CD9" w:rsidRPr="00750780" w:rsidRDefault="00063CD9" w:rsidP="00063CD9">
      <w:pPr>
        <w:widowControl w:val="0"/>
        <w:numPr>
          <w:ilvl w:val="0"/>
          <w:numId w:val="14"/>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 xml:space="preserve">умеет подметить, но не совсем точно передаёт в изображении наиболее </w:t>
      </w:r>
      <w:proofErr w:type="gramStart"/>
      <w:r w:rsidRPr="00750780">
        <w:rPr>
          <w:rFonts w:ascii="Times New Roman" w:hAnsi="Times New Roman" w:cs="Times New Roman"/>
          <w:sz w:val="24"/>
          <w:szCs w:val="24"/>
        </w:rPr>
        <w:t>характерное</w:t>
      </w:r>
      <w:proofErr w:type="gramEnd"/>
      <w:r w:rsidRPr="00750780">
        <w:rPr>
          <w:rFonts w:ascii="Times New Roman" w:hAnsi="Times New Roman" w:cs="Times New Roman"/>
          <w:sz w:val="24"/>
          <w:szCs w:val="24"/>
        </w:rPr>
        <w:t>.</w:t>
      </w:r>
    </w:p>
    <w:p w:rsidR="00063CD9" w:rsidRPr="00750780" w:rsidRDefault="00063CD9" w:rsidP="00063CD9">
      <w:pPr>
        <w:widowControl w:val="0"/>
        <w:tabs>
          <w:tab w:val="left" w:pos="710"/>
        </w:tabs>
        <w:autoSpaceDE w:val="0"/>
        <w:autoSpaceDN w:val="0"/>
        <w:ind w:right="-1" w:firstLine="567"/>
        <w:jc w:val="both"/>
        <w:rPr>
          <w:rFonts w:ascii="Times New Roman" w:hAnsi="Times New Roman" w:cs="Times New Roman"/>
          <w:b/>
          <w:bCs/>
          <w:sz w:val="24"/>
          <w:szCs w:val="24"/>
        </w:rPr>
      </w:pPr>
      <w:r w:rsidRPr="00750780">
        <w:rPr>
          <w:rFonts w:ascii="Times New Roman" w:hAnsi="Times New Roman" w:cs="Times New Roman"/>
          <w:b/>
          <w:bCs/>
          <w:sz w:val="24"/>
          <w:szCs w:val="24"/>
        </w:rPr>
        <w:t xml:space="preserve">Оценка «3» </w:t>
      </w:r>
    </w:p>
    <w:p w:rsidR="00063CD9" w:rsidRPr="00750780" w:rsidRDefault="00063CD9" w:rsidP="00063CD9">
      <w:pPr>
        <w:widowControl w:val="0"/>
        <w:numPr>
          <w:ilvl w:val="0"/>
          <w:numId w:val="15"/>
        </w:numPr>
        <w:tabs>
          <w:tab w:val="left" w:pos="710"/>
        </w:tabs>
        <w:autoSpaceDE w:val="0"/>
        <w:autoSpaceDN w:val="0"/>
        <w:ind w:left="0" w:right="-1" w:firstLine="567"/>
        <w:jc w:val="both"/>
        <w:rPr>
          <w:rFonts w:ascii="Times New Roman" w:hAnsi="Times New Roman" w:cs="Times New Roman"/>
          <w:sz w:val="24"/>
          <w:szCs w:val="24"/>
        </w:rPr>
      </w:pPr>
      <w:proofErr w:type="gramStart"/>
      <w:r w:rsidRPr="00750780">
        <w:rPr>
          <w:rFonts w:ascii="Times New Roman" w:hAnsi="Times New Roman" w:cs="Times New Roman"/>
          <w:sz w:val="24"/>
          <w:szCs w:val="24"/>
        </w:rPr>
        <w:t>обучающийся</w:t>
      </w:r>
      <w:proofErr w:type="gramEnd"/>
      <w:r w:rsidRPr="00750780">
        <w:rPr>
          <w:rFonts w:ascii="Times New Roman" w:hAnsi="Times New Roman" w:cs="Times New Roman"/>
          <w:sz w:val="24"/>
          <w:szCs w:val="24"/>
        </w:rPr>
        <w:t xml:space="preserve"> слабо справляется с поставленной целью урока; </w:t>
      </w:r>
    </w:p>
    <w:p w:rsidR="00063CD9" w:rsidRPr="00750780" w:rsidRDefault="00063CD9" w:rsidP="00063CD9">
      <w:pPr>
        <w:widowControl w:val="0"/>
        <w:numPr>
          <w:ilvl w:val="0"/>
          <w:numId w:val="15"/>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 xml:space="preserve">допускает неточность в изложении изученного материала. </w:t>
      </w:r>
    </w:p>
    <w:p w:rsidR="00063CD9" w:rsidRPr="00750780" w:rsidRDefault="00063CD9" w:rsidP="00063CD9">
      <w:pPr>
        <w:widowControl w:val="0"/>
        <w:tabs>
          <w:tab w:val="left" w:pos="710"/>
        </w:tabs>
        <w:autoSpaceDE w:val="0"/>
        <w:autoSpaceDN w:val="0"/>
        <w:ind w:right="-1" w:firstLine="567"/>
        <w:jc w:val="both"/>
        <w:rPr>
          <w:rFonts w:ascii="Times New Roman" w:hAnsi="Times New Roman" w:cs="Times New Roman"/>
          <w:b/>
          <w:bCs/>
          <w:sz w:val="24"/>
          <w:szCs w:val="24"/>
        </w:rPr>
      </w:pPr>
      <w:r w:rsidRPr="00750780">
        <w:rPr>
          <w:rFonts w:ascii="Times New Roman" w:hAnsi="Times New Roman" w:cs="Times New Roman"/>
          <w:b/>
          <w:bCs/>
          <w:sz w:val="24"/>
          <w:szCs w:val="24"/>
        </w:rPr>
        <w:t xml:space="preserve">Оценка «2» </w:t>
      </w:r>
    </w:p>
    <w:p w:rsidR="00063CD9" w:rsidRPr="00750780" w:rsidRDefault="00063CD9" w:rsidP="00063CD9">
      <w:pPr>
        <w:widowControl w:val="0"/>
        <w:numPr>
          <w:ilvl w:val="0"/>
          <w:numId w:val="16"/>
        </w:numPr>
        <w:tabs>
          <w:tab w:val="left" w:pos="709"/>
        </w:tabs>
        <w:autoSpaceDE w:val="0"/>
        <w:autoSpaceDN w:val="0"/>
        <w:ind w:left="0" w:right="-1" w:firstLine="567"/>
        <w:jc w:val="both"/>
        <w:rPr>
          <w:rFonts w:ascii="Times New Roman" w:hAnsi="Times New Roman" w:cs="Times New Roman"/>
          <w:sz w:val="24"/>
          <w:szCs w:val="24"/>
        </w:rPr>
      </w:pPr>
      <w:proofErr w:type="gramStart"/>
      <w:r w:rsidRPr="00750780">
        <w:rPr>
          <w:rFonts w:ascii="Times New Roman" w:hAnsi="Times New Roman" w:cs="Times New Roman"/>
          <w:sz w:val="24"/>
          <w:szCs w:val="24"/>
        </w:rPr>
        <w:t>обучающийся</w:t>
      </w:r>
      <w:proofErr w:type="gramEnd"/>
      <w:r w:rsidRPr="00750780">
        <w:rPr>
          <w:rFonts w:ascii="Times New Roman" w:hAnsi="Times New Roman" w:cs="Times New Roman"/>
          <w:sz w:val="24"/>
          <w:szCs w:val="24"/>
        </w:rPr>
        <w:t xml:space="preserve"> допускает грубые ошибки в ответе; </w:t>
      </w:r>
    </w:p>
    <w:p w:rsidR="00063CD9" w:rsidRPr="00750780" w:rsidRDefault="00063CD9" w:rsidP="00063CD9">
      <w:pPr>
        <w:widowControl w:val="0"/>
        <w:numPr>
          <w:ilvl w:val="0"/>
          <w:numId w:val="16"/>
        </w:numPr>
        <w:tabs>
          <w:tab w:val="left" w:pos="709"/>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 xml:space="preserve">не справляется с поставленной целью урока. </w:t>
      </w:r>
    </w:p>
    <w:p w:rsidR="00063CD9" w:rsidRPr="00750780" w:rsidRDefault="00063CD9" w:rsidP="00063CD9">
      <w:pPr>
        <w:widowControl w:val="0"/>
        <w:tabs>
          <w:tab w:val="left" w:pos="710"/>
        </w:tabs>
        <w:autoSpaceDE w:val="0"/>
        <w:autoSpaceDN w:val="0"/>
        <w:ind w:right="566"/>
        <w:jc w:val="center"/>
        <w:rPr>
          <w:rFonts w:ascii="Times New Roman" w:hAnsi="Times New Roman" w:cs="Times New Roman"/>
          <w:b/>
          <w:i/>
          <w:sz w:val="24"/>
          <w:szCs w:val="24"/>
          <w:u w:val="single"/>
        </w:rPr>
      </w:pPr>
      <w:r w:rsidRPr="00750780">
        <w:rPr>
          <w:rFonts w:ascii="Times New Roman" w:hAnsi="Times New Roman" w:cs="Times New Roman"/>
          <w:b/>
          <w:i/>
          <w:sz w:val="24"/>
          <w:szCs w:val="24"/>
          <w:u w:val="single"/>
        </w:rPr>
        <w:t>Устный ответ</w:t>
      </w:r>
    </w:p>
    <w:p w:rsidR="00063CD9" w:rsidRPr="00750780" w:rsidRDefault="00063CD9" w:rsidP="00063CD9">
      <w:pPr>
        <w:widowControl w:val="0"/>
        <w:tabs>
          <w:tab w:val="left" w:pos="710"/>
        </w:tabs>
        <w:autoSpaceDE w:val="0"/>
        <w:autoSpaceDN w:val="0"/>
        <w:ind w:right="-1" w:firstLine="567"/>
        <w:rPr>
          <w:rFonts w:ascii="Times New Roman" w:hAnsi="Times New Roman" w:cs="Times New Roman"/>
          <w:sz w:val="24"/>
          <w:szCs w:val="24"/>
        </w:rPr>
      </w:pPr>
      <w:r w:rsidRPr="00750780">
        <w:rPr>
          <w:rFonts w:ascii="Times New Roman" w:hAnsi="Times New Roman" w:cs="Times New Roman"/>
          <w:sz w:val="24"/>
          <w:szCs w:val="24"/>
        </w:rPr>
        <w:t>При устном ответе обучающийся должен правильно применять и произносить термины.</w:t>
      </w:r>
    </w:p>
    <w:p w:rsidR="00063CD9" w:rsidRPr="00750780" w:rsidRDefault="00063CD9" w:rsidP="00063CD9">
      <w:pPr>
        <w:widowControl w:val="0"/>
        <w:tabs>
          <w:tab w:val="left" w:pos="710"/>
        </w:tabs>
        <w:autoSpaceDE w:val="0"/>
        <w:autoSpaceDN w:val="0"/>
        <w:ind w:right="-1" w:firstLine="567"/>
        <w:rPr>
          <w:rFonts w:ascii="Times New Roman" w:hAnsi="Times New Roman" w:cs="Times New Roman"/>
          <w:sz w:val="24"/>
          <w:szCs w:val="24"/>
        </w:rPr>
      </w:pPr>
      <w:r w:rsidRPr="00750780">
        <w:rPr>
          <w:rFonts w:ascii="Times New Roman" w:hAnsi="Times New Roman" w:cs="Times New Roman"/>
          <w:sz w:val="24"/>
          <w:szCs w:val="24"/>
        </w:rPr>
        <w:t>Для устных ответов определяются следующие критерии оценок:</w:t>
      </w:r>
    </w:p>
    <w:p w:rsidR="00063CD9" w:rsidRPr="00750780" w:rsidRDefault="00063CD9" w:rsidP="00063CD9">
      <w:pPr>
        <w:widowControl w:val="0"/>
        <w:tabs>
          <w:tab w:val="left" w:pos="710"/>
        </w:tabs>
        <w:autoSpaceDE w:val="0"/>
        <w:autoSpaceDN w:val="0"/>
        <w:ind w:right="-1" w:firstLine="567"/>
        <w:rPr>
          <w:rFonts w:ascii="Times New Roman" w:hAnsi="Times New Roman" w:cs="Times New Roman"/>
          <w:sz w:val="24"/>
          <w:szCs w:val="24"/>
        </w:rPr>
      </w:pPr>
      <w:r w:rsidRPr="00750780">
        <w:rPr>
          <w:rFonts w:ascii="Times New Roman" w:hAnsi="Times New Roman" w:cs="Times New Roman"/>
          <w:b/>
          <w:sz w:val="24"/>
          <w:szCs w:val="24"/>
        </w:rPr>
        <w:t>Оценка «5»</w:t>
      </w:r>
      <w:r w:rsidRPr="00750780">
        <w:rPr>
          <w:rFonts w:ascii="Times New Roman" w:hAnsi="Times New Roman" w:cs="Times New Roman"/>
          <w:sz w:val="24"/>
          <w:szCs w:val="24"/>
        </w:rPr>
        <w:t xml:space="preserve"> ставится, если </w:t>
      </w:r>
      <w:proofErr w:type="gramStart"/>
      <w:r w:rsidRPr="00750780">
        <w:rPr>
          <w:rFonts w:ascii="Times New Roman" w:hAnsi="Times New Roman" w:cs="Times New Roman"/>
          <w:sz w:val="24"/>
          <w:szCs w:val="24"/>
        </w:rPr>
        <w:t>обучающийся</w:t>
      </w:r>
      <w:proofErr w:type="gramEnd"/>
      <w:r w:rsidRPr="00750780">
        <w:rPr>
          <w:rFonts w:ascii="Times New Roman" w:hAnsi="Times New Roman" w:cs="Times New Roman"/>
          <w:sz w:val="24"/>
          <w:szCs w:val="24"/>
        </w:rPr>
        <w:t>:</w:t>
      </w:r>
    </w:p>
    <w:p w:rsidR="00063CD9" w:rsidRPr="00750780" w:rsidRDefault="00063CD9" w:rsidP="00063CD9">
      <w:pPr>
        <w:widowControl w:val="0"/>
        <w:numPr>
          <w:ilvl w:val="0"/>
          <w:numId w:val="17"/>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полностью освоил учебный материал;</w:t>
      </w:r>
    </w:p>
    <w:p w:rsidR="00063CD9" w:rsidRPr="00750780" w:rsidRDefault="00063CD9" w:rsidP="00063CD9">
      <w:pPr>
        <w:widowControl w:val="0"/>
        <w:numPr>
          <w:ilvl w:val="0"/>
          <w:numId w:val="17"/>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умеет изложить его своими словами;</w:t>
      </w:r>
    </w:p>
    <w:p w:rsidR="00063CD9" w:rsidRPr="00750780" w:rsidRDefault="00063CD9" w:rsidP="00063CD9">
      <w:pPr>
        <w:widowControl w:val="0"/>
        <w:numPr>
          <w:ilvl w:val="0"/>
          <w:numId w:val="17"/>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самостоятельно подтверждает ответ конкретными примерами;</w:t>
      </w:r>
    </w:p>
    <w:p w:rsidR="00063CD9" w:rsidRPr="004E484E" w:rsidRDefault="00063CD9" w:rsidP="00063CD9">
      <w:pPr>
        <w:widowControl w:val="0"/>
        <w:numPr>
          <w:ilvl w:val="0"/>
          <w:numId w:val="17"/>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правильно, обстоятельно и полно дает ответ, не дожидаясь</w:t>
      </w:r>
      <w:r>
        <w:rPr>
          <w:rFonts w:ascii="Times New Roman" w:hAnsi="Times New Roman" w:cs="Times New Roman"/>
          <w:sz w:val="24"/>
          <w:szCs w:val="24"/>
        </w:rPr>
        <w:t xml:space="preserve"> </w:t>
      </w:r>
      <w:r w:rsidRPr="004E484E">
        <w:rPr>
          <w:rFonts w:ascii="Times New Roman" w:hAnsi="Times New Roman" w:cs="Times New Roman"/>
          <w:sz w:val="24"/>
          <w:szCs w:val="24"/>
        </w:rPr>
        <w:t>дополнительных вопросов учителя;</w:t>
      </w:r>
    </w:p>
    <w:p w:rsidR="00063CD9" w:rsidRPr="00750780" w:rsidRDefault="00063CD9" w:rsidP="00063CD9">
      <w:pPr>
        <w:widowControl w:val="0"/>
        <w:numPr>
          <w:ilvl w:val="0"/>
          <w:numId w:val="17"/>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систематически демонстрирует достаточный объем знаний в пределах программы, а также за ее пределами.</w:t>
      </w:r>
    </w:p>
    <w:p w:rsidR="00063CD9" w:rsidRPr="00750780" w:rsidRDefault="00063CD9" w:rsidP="00063CD9">
      <w:pPr>
        <w:widowControl w:val="0"/>
        <w:tabs>
          <w:tab w:val="left" w:pos="710"/>
        </w:tabs>
        <w:autoSpaceDE w:val="0"/>
        <w:autoSpaceDN w:val="0"/>
        <w:ind w:right="-1" w:firstLine="567"/>
        <w:rPr>
          <w:rFonts w:ascii="Times New Roman" w:hAnsi="Times New Roman" w:cs="Times New Roman"/>
          <w:sz w:val="24"/>
          <w:szCs w:val="24"/>
        </w:rPr>
      </w:pPr>
      <w:r w:rsidRPr="00750780">
        <w:rPr>
          <w:rFonts w:ascii="Times New Roman" w:hAnsi="Times New Roman" w:cs="Times New Roman"/>
          <w:b/>
          <w:sz w:val="24"/>
          <w:szCs w:val="24"/>
        </w:rPr>
        <w:t>Оценка «4»</w:t>
      </w:r>
      <w:r w:rsidRPr="00750780">
        <w:rPr>
          <w:rFonts w:ascii="Times New Roman" w:hAnsi="Times New Roman" w:cs="Times New Roman"/>
          <w:sz w:val="24"/>
          <w:szCs w:val="24"/>
        </w:rPr>
        <w:t xml:space="preserve"> ставится, если </w:t>
      </w:r>
      <w:proofErr w:type="gramStart"/>
      <w:r w:rsidRPr="00750780">
        <w:rPr>
          <w:rFonts w:ascii="Times New Roman" w:hAnsi="Times New Roman" w:cs="Times New Roman"/>
          <w:sz w:val="24"/>
          <w:szCs w:val="24"/>
        </w:rPr>
        <w:t>обучающийся</w:t>
      </w:r>
      <w:proofErr w:type="gramEnd"/>
      <w:r w:rsidRPr="00750780">
        <w:rPr>
          <w:rFonts w:ascii="Times New Roman" w:hAnsi="Times New Roman" w:cs="Times New Roman"/>
          <w:sz w:val="24"/>
          <w:szCs w:val="24"/>
        </w:rPr>
        <w:t>:</w:t>
      </w:r>
    </w:p>
    <w:p w:rsidR="00063CD9" w:rsidRPr="004E484E" w:rsidRDefault="00063CD9" w:rsidP="00063CD9">
      <w:pPr>
        <w:widowControl w:val="0"/>
        <w:numPr>
          <w:ilvl w:val="0"/>
          <w:numId w:val="18"/>
        </w:numPr>
        <w:tabs>
          <w:tab w:val="left" w:pos="710"/>
        </w:tabs>
        <w:autoSpaceDE w:val="0"/>
        <w:autoSpaceDN w:val="0"/>
        <w:ind w:left="0" w:right="-1" w:firstLine="567"/>
        <w:rPr>
          <w:rFonts w:ascii="Times New Roman" w:hAnsi="Times New Roman" w:cs="Times New Roman"/>
          <w:sz w:val="24"/>
          <w:szCs w:val="24"/>
        </w:rPr>
      </w:pPr>
      <w:r w:rsidRPr="00750780">
        <w:rPr>
          <w:rFonts w:ascii="Times New Roman" w:hAnsi="Times New Roman" w:cs="Times New Roman"/>
          <w:sz w:val="24"/>
          <w:szCs w:val="24"/>
        </w:rPr>
        <w:t>в основном усвоил учебный материал, допускает незначительные ошибки</w:t>
      </w:r>
      <w:r>
        <w:rPr>
          <w:rFonts w:ascii="Times New Roman" w:hAnsi="Times New Roman" w:cs="Times New Roman"/>
          <w:sz w:val="24"/>
          <w:szCs w:val="24"/>
        </w:rPr>
        <w:t xml:space="preserve"> </w:t>
      </w:r>
      <w:r w:rsidRPr="004E484E">
        <w:rPr>
          <w:rFonts w:ascii="Times New Roman" w:hAnsi="Times New Roman" w:cs="Times New Roman"/>
          <w:sz w:val="24"/>
          <w:szCs w:val="24"/>
        </w:rPr>
        <w:t>при его изложении своими словами;</w:t>
      </w:r>
    </w:p>
    <w:p w:rsidR="00063CD9" w:rsidRPr="00750780" w:rsidRDefault="00063CD9" w:rsidP="00063CD9">
      <w:pPr>
        <w:widowControl w:val="0"/>
        <w:numPr>
          <w:ilvl w:val="0"/>
          <w:numId w:val="18"/>
        </w:numPr>
        <w:tabs>
          <w:tab w:val="left" w:pos="710"/>
        </w:tabs>
        <w:autoSpaceDE w:val="0"/>
        <w:autoSpaceDN w:val="0"/>
        <w:ind w:left="0" w:right="-1" w:firstLine="567"/>
        <w:rPr>
          <w:rFonts w:ascii="Times New Roman" w:hAnsi="Times New Roman" w:cs="Times New Roman"/>
          <w:sz w:val="24"/>
          <w:szCs w:val="24"/>
        </w:rPr>
      </w:pPr>
      <w:r w:rsidRPr="00750780">
        <w:rPr>
          <w:rFonts w:ascii="Times New Roman" w:hAnsi="Times New Roman" w:cs="Times New Roman"/>
          <w:sz w:val="24"/>
          <w:szCs w:val="24"/>
        </w:rPr>
        <w:t>подтверждает ответ конкретными примерами;</w:t>
      </w:r>
    </w:p>
    <w:p w:rsidR="00063CD9" w:rsidRPr="00750780" w:rsidRDefault="00063CD9" w:rsidP="00063CD9">
      <w:pPr>
        <w:widowControl w:val="0"/>
        <w:numPr>
          <w:ilvl w:val="0"/>
          <w:numId w:val="18"/>
        </w:numPr>
        <w:tabs>
          <w:tab w:val="left" w:pos="710"/>
        </w:tabs>
        <w:autoSpaceDE w:val="0"/>
        <w:autoSpaceDN w:val="0"/>
        <w:ind w:left="0" w:right="-1" w:firstLine="567"/>
        <w:rPr>
          <w:rFonts w:ascii="Times New Roman" w:hAnsi="Times New Roman" w:cs="Times New Roman"/>
          <w:sz w:val="24"/>
          <w:szCs w:val="24"/>
        </w:rPr>
      </w:pPr>
      <w:r w:rsidRPr="00750780">
        <w:rPr>
          <w:rFonts w:ascii="Times New Roman" w:hAnsi="Times New Roman" w:cs="Times New Roman"/>
          <w:sz w:val="24"/>
          <w:szCs w:val="24"/>
        </w:rPr>
        <w:t>правильно отвечает на дополнительные вопросы учителя.</w:t>
      </w:r>
    </w:p>
    <w:p w:rsidR="00063CD9" w:rsidRPr="00750780" w:rsidRDefault="00063CD9" w:rsidP="00063CD9">
      <w:pPr>
        <w:widowControl w:val="0"/>
        <w:tabs>
          <w:tab w:val="left" w:pos="710"/>
        </w:tabs>
        <w:autoSpaceDE w:val="0"/>
        <w:autoSpaceDN w:val="0"/>
        <w:ind w:right="-1" w:firstLine="567"/>
        <w:rPr>
          <w:rFonts w:ascii="Times New Roman" w:hAnsi="Times New Roman" w:cs="Times New Roman"/>
          <w:sz w:val="24"/>
          <w:szCs w:val="24"/>
        </w:rPr>
      </w:pPr>
      <w:r w:rsidRPr="00750780">
        <w:rPr>
          <w:rFonts w:ascii="Times New Roman" w:hAnsi="Times New Roman" w:cs="Times New Roman"/>
          <w:b/>
          <w:sz w:val="24"/>
          <w:szCs w:val="24"/>
        </w:rPr>
        <w:t>Оценка «3»</w:t>
      </w:r>
      <w:r w:rsidRPr="00750780">
        <w:rPr>
          <w:rFonts w:ascii="Times New Roman" w:hAnsi="Times New Roman" w:cs="Times New Roman"/>
          <w:sz w:val="24"/>
          <w:szCs w:val="24"/>
        </w:rPr>
        <w:t xml:space="preserve"> ставится, если </w:t>
      </w:r>
      <w:proofErr w:type="gramStart"/>
      <w:r w:rsidRPr="00750780">
        <w:rPr>
          <w:rFonts w:ascii="Times New Roman" w:hAnsi="Times New Roman" w:cs="Times New Roman"/>
          <w:sz w:val="24"/>
          <w:szCs w:val="24"/>
        </w:rPr>
        <w:t>обучающийся</w:t>
      </w:r>
      <w:proofErr w:type="gramEnd"/>
      <w:r w:rsidRPr="00750780">
        <w:rPr>
          <w:rFonts w:ascii="Times New Roman" w:hAnsi="Times New Roman" w:cs="Times New Roman"/>
          <w:sz w:val="24"/>
          <w:szCs w:val="24"/>
        </w:rPr>
        <w:t>:</w:t>
      </w:r>
    </w:p>
    <w:p w:rsidR="00063CD9" w:rsidRPr="00750780" w:rsidRDefault="00063CD9" w:rsidP="00063CD9">
      <w:pPr>
        <w:widowControl w:val="0"/>
        <w:numPr>
          <w:ilvl w:val="0"/>
          <w:numId w:val="19"/>
        </w:numPr>
        <w:tabs>
          <w:tab w:val="left" w:pos="710"/>
        </w:tabs>
        <w:autoSpaceDE w:val="0"/>
        <w:autoSpaceDN w:val="0"/>
        <w:ind w:left="0" w:right="-1" w:firstLine="567"/>
        <w:rPr>
          <w:rFonts w:ascii="Times New Roman" w:hAnsi="Times New Roman" w:cs="Times New Roman"/>
          <w:sz w:val="24"/>
          <w:szCs w:val="24"/>
        </w:rPr>
      </w:pPr>
      <w:r w:rsidRPr="00750780">
        <w:rPr>
          <w:rFonts w:ascii="Times New Roman" w:hAnsi="Times New Roman" w:cs="Times New Roman"/>
          <w:sz w:val="24"/>
          <w:szCs w:val="24"/>
        </w:rPr>
        <w:t>не усвоил существенную часть учебного материала;</w:t>
      </w:r>
    </w:p>
    <w:p w:rsidR="00063CD9" w:rsidRPr="00750780" w:rsidRDefault="00063CD9" w:rsidP="00063CD9">
      <w:pPr>
        <w:widowControl w:val="0"/>
        <w:numPr>
          <w:ilvl w:val="0"/>
          <w:numId w:val="19"/>
        </w:numPr>
        <w:tabs>
          <w:tab w:val="left" w:pos="710"/>
        </w:tabs>
        <w:autoSpaceDE w:val="0"/>
        <w:autoSpaceDN w:val="0"/>
        <w:ind w:left="0" w:right="-1" w:firstLine="567"/>
        <w:rPr>
          <w:rFonts w:ascii="Times New Roman" w:hAnsi="Times New Roman" w:cs="Times New Roman"/>
          <w:sz w:val="24"/>
          <w:szCs w:val="24"/>
        </w:rPr>
      </w:pPr>
      <w:r w:rsidRPr="00750780">
        <w:rPr>
          <w:rFonts w:ascii="Times New Roman" w:hAnsi="Times New Roman" w:cs="Times New Roman"/>
          <w:sz w:val="24"/>
          <w:szCs w:val="24"/>
        </w:rPr>
        <w:t>допускает значительные ошибки при его изложении своими с</w:t>
      </w:r>
      <w:r>
        <w:rPr>
          <w:rFonts w:ascii="Times New Roman" w:hAnsi="Times New Roman" w:cs="Times New Roman"/>
          <w:sz w:val="24"/>
          <w:szCs w:val="24"/>
        </w:rPr>
        <w:t xml:space="preserve">ловами; </w:t>
      </w:r>
    </w:p>
    <w:p w:rsidR="00063CD9" w:rsidRPr="00750780" w:rsidRDefault="00063CD9" w:rsidP="00063CD9">
      <w:pPr>
        <w:widowControl w:val="0"/>
        <w:numPr>
          <w:ilvl w:val="0"/>
          <w:numId w:val="19"/>
        </w:numPr>
        <w:tabs>
          <w:tab w:val="left" w:pos="710"/>
        </w:tabs>
        <w:autoSpaceDE w:val="0"/>
        <w:autoSpaceDN w:val="0"/>
        <w:ind w:left="0" w:right="-1" w:firstLine="567"/>
        <w:rPr>
          <w:rFonts w:ascii="Times New Roman" w:hAnsi="Times New Roman" w:cs="Times New Roman"/>
          <w:sz w:val="24"/>
          <w:szCs w:val="24"/>
        </w:rPr>
      </w:pPr>
      <w:r w:rsidRPr="00750780">
        <w:rPr>
          <w:rFonts w:ascii="Times New Roman" w:hAnsi="Times New Roman" w:cs="Times New Roman"/>
          <w:sz w:val="24"/>
          <w:szCs w:val="24"/>
        </w:rPr>
        <w:t>затрудняется подтвердить ответ конкретными примерами;</w:t>
      </w:r>
    </w:p>
    <w:p w:rsidR="00063CD9" w:rsidRPr="00750780" w:rsidRDefault="00063CD9" w:rsidP="00063CD9">
      <w:pPr>
        <w:widowControl w:val="0"/>
        <w:numPr>
          <w:ilvl w:val="0"/>
          <w:numId w:val="19"/>
        </w:numPr>
        <w:tabs>
          <w:tab w:val="left" w:pos="710"/>
        </w:tabs>
        <w:autoSpaceDE w:val="0"/>
        <w:autoSpaceDN w:val="0"/>
        <w:ind w:left="0" w:right="-1" w:firstLine="567"/>
        <w:rPr>
          <w:rFonts w:ascii="Times New Roman" w:hAnsi="Times New Roman" w:cs="Times New Roman"/>
          <w:sz w:val="24"/>
          <w:szCs w:val="24"/>
        </w:rPr>
      </w:pPr>
      <w:r w:rsidRPr="00750780">
        <w:rPr>
          <w:rFonts w:ascii="Times New Roman" w:hAnsi="Times New Roman" w:cs="Times New Roman"/>
          <w:sz w:val="24"/>
          <w:szCs w:val="24"/>
        </w:rPr>
        <w:t>слабо отвечает на дополнительные вопросы.</w:t>
      </w:r>
    </w:p>
    <w:p w:rsidR="00063CD9" w:rsidRPr="00750780" w:rsidRDefault="00063CD9" w:rsidP="00063CD9">
      <w:pPr>
        <w:widowControl w:val="0"/>
        <w:tabs>
          <w:tab w:val="left" w:pos="710"/>
        </w:tabs>
        <w:autoSpaceDE w:val="0"/>
        <w:autoSpaceDN w:val="0"/>
        <w:ind w:right="-1" w:firstLine="567"/>
        <w:rPr>
          <w:rFonts w:ascii="Times New Roman" w:hAnsi="Times New Roman" w:cs="Times New Roman"/>
          <w:sz w:val="24"/>
          <w:szCs w:val="24"/>
        </w:rPr>
      </w:pPr>
      <w:r w:rsidRPr="00750780">
        <w:rPr>
          <w:rFonts w:ascii="Times New Roman" w:hAnsi="Times New Roman" w:cs="Times New Roman"/>
          <w:b/>
          <w:sz w:val="24"/>
          <w:szCs w:val="24"/>
        </w:rPr>
        <w:lastRenderedPageBreak/>
        <w:t>Оценка «2»</w:t>
      </w:r>
      <w:r w:rsidRPr="00750780">
        <w:rPr>
          <w:rFonts w:ascii="Times New Roman" w:hAnsi="Times New Roman" w:cs="Times New Roman"/>
          <w:sz w:val="24"/>
          <w:szCs w:val="24"/>
        </w:rPr>
        <w:t xml:space="preserve"> ставится, если </w:t>
      </w:r>
      <w:proofErr w:type="gramStart"/>
      <w:r w:rsidRPr="00750780">
        <w:rPr>
          <w:rFonts w:ascii="Times New Roman" w:hAnsi="Times New Roman" w:cs="Times New Roman"/>
          <w:sz w:val="24"/>
          <w:szCs w:val="24"/>
        </w:rPr>
        <w:t>обучающийся</w:t>
      </w:r>
      <w:proofErr w:type="gramEnd"/>
      <w:r w:rsidRPr="00750780">
        <w:rPr>
          <w:rFonts w:ascii="Times New Roman" w:hAnsi="Times New Roman" w:cs="Times New Roman"/>
          <w:sz w:val="24"/>
          <w:szCs w:val="24"/>
        </w:rPr>
        <w:t>:</w:t>
      </w:r>
    </w:p>
    <w:p w:rsidR="00063CD9" w:rsidRPr="00750780" w:rsidRDefault="00063CD9" w:rsidP="00063CD9">
      <w:pPr>
        <w:widowControl w:val="0"/>
        <w:numPr>
          <w:ilvl w:val="0"/>
          <w:numId w:val="20"/>
        </w:numPr>
        <w:tabs>
          <w:tab w:val="left" w:pos="709"/>
        </w:tabs>
        <w:autoSpaceDE w:val="0"/>
        <w:autoSpaceDN w:val="0"/>
        <w:ind w:left="0" w:right="-1" w:firstLine="567"/>
        <w:rPr>
          <w:rFonts w:ascii="Times New Roman" w:hAnsi="Times New Roman" w:cs="Times New Roman"/>
          <w:sz w:val="24"/>
          <w:szCs w:val="24"/>
        </w:rPr>
      </w:pPr>
      <w:r w:rsidRPr="00750780">
        <w:rPr>
          <w:rFonts w:ascii="Times New Roman" w:hAnsi="Times New Roman" w:cs="Times New Roman"/>
          <w:sz w:val="24"/>
          <w:szCs w:val="24"/>
        </w:rPr>
        <w:t>почти не усвоил учебный материал;</w:t>
      </w:r>
    </w:p>
    <w:p w:rsidR="00063CD9" w:rsidRPr="00750780" w:rsidRDefault="00063CD9" w:rsidP="00063CD9">
      <w:pPr>
        <w:widowControl w:val="0"/>
        <w:numPr>
          <w:ilvl w:val="0"/>
          <w:numId w:val="20"/>
        </w:numPr>
        <w:tabs>
          <w:tab w:val="left" w:pos="709"/>
        </w:tabs>
        <w:autoSpaceDE w:val="0"/>
        <w:autoSpaceDN w:val="0"/>
        <w:ind w:left="0" w:right="-1" w:firstLine="567"/>
        <w:rPr>
          <w:rFonts w:ascii="Times New Roman" w:hAnsi="Times New Roman" w:cs="Times New Roman"/>
          <w:sz w:val="24"/>
          <w:szCs w:val="24"/>
        </w:rPr>
      </w:pPr>
      <w:r w:rsidRPr="00750780">
        <w:rPr>
          <w:rFonts w:ascii="Times New Roman" w:hAnsi="Times New Roman" w:cs="Times New Roman"/>
          <w:sz w:val="24"/>
          <w:szCs w:val="24"/>
        </w:rPr>
        <w:t>не может изложить его своими словами;</w:t>
      </w:r>
    </w:p>
    <w:p w:rsidR="00063CD9" w:rsidRPr="00750780" w:rsidRDefault="00063CD9" w:rsidP="00063CD9">
      <w:pPr>
        <w:widowControl w:val="0"/>
        <w:numPr>
          <w:ilvl w:val="0"/>
          <w:numId w:val="20"/>
        </w:numPr>
        <w:tabs>
          <w:tab w:val="left" w:pos="709"/>
        </w:tabs>
        <w:autoSpaceDE w:val="0"/>
        <w:autoSpaceDN w:val="0"/>
        <w:ind w:left="0" w:right="-1" w:firstLine="567"/>
        <w:rPr>
          <w:rFonts w:ascii="Times New Roman" w:hAnsi="Times New Roman" w:cs="Times New Roman"/>
          <w:sz w:val="24"/>
          <w:szCs w:val="24"/>
        </w:rPr>
      </w:pPr>
      <w:r w:rsidRPr="00750780">
        <w:rPr>
          <w:rFonts w:ascii="Times New Roman" w:hAnsi="Times New Roman" w:cs="Times New Roman"/>
          <w:sz w:val="24"/>
          <w:szCs w:val="24"/>
        </w:rPr>
        <w:t>не может подтвердить ответ конкретными примерами;</w:t>
      </w:r>
    </w:p>
    <w:p w:rsidR="00063CD9" w:rsidRPr="00750780" w:rsidRDefault="00063CD9" w:rsidP="00063CD9">
      <w:pPr>
        <w:widowControl w:val="0"/>
        <w:numPr>
          <w:ilvl w:val="0"/>
          <w:numId w:val="20"/>
        </w:numPr>
        <w:tabs>
          <w:tab w:val="left" w:pos="709"/>
        </w:tabs>
        <w:autoSpaceDE w:val="0"/>
        <w:autoSpaceDN w:val="0"/>
        <w:ind w:left="0" w:right="-1" w:firstLine="567"/>
        <w:rPr>
          <w:rFonts w:ascii="Times New Roman" w:hAnsi="Times New Roman" w:cs="Times New Roman"/>
          <w:sz w:val="24"/>
          <w:szCs w:val="24"/>
        </w:rPr>
      </w:pPr>
      <w:r w:rsidRPr="00750780">
        <w:rPr>
          <w:rFonts w:ascii="Times New Roman" w:hAnsi="Times New Roman" w:cs="Times New Roman"/>
          <w:sz w:val="24"/>
          <w:szCs w:val="24"/>
        </w:rPr>
        <w:t>не отвечает на большую часть дополнительных вопросов учителя.</w:t>
      </w:r>
    </w:p>
    <w:p w:rsidR="00063CD9" w:rsidRPr="00750780" w:rsidRDefault="00063CD9" w:rsidP="00063CD9">
      <w:pPr>
        <w:widowControl w:val="0"/>
        <w:tabs>
          <w:tab w:val="left" w:pos="710"/>
        </w:tabs>
        <w:autoSpaceDE w:val="0"/>
        <w:autoSpaceDN w:val="0"/>
        <w:ind w:right="566"/>
        <w:jc w:val="center"/>
        <w:rPr>
          <w:rFonts w:ascii="Times New Roman" w:hAnsi="Times New Roman" w:cs="Times New Roman"/>
          <w:b/>
          <w:i/>
          <w:sz w:val="24"/>
          <w:szCs w:val="24"/>
          <w:u w:val="single"/>
        </w:rPr>
      </w:pPr>
      <w:r w:rsidRPr="00750780">
        <w:rPr>
          <w:rFonts w:ascii="Times New Roman" w:hAnsi="Times New Roman" w:cs="Times New Roman"/>
          <w:b/>
          <w:i/>
          <w:sz w:val="24"/>
          <w:szCs w:val="24"/>
          <w:u w:val="single"/>
        </w:rPr>
        <w:t>Практические и творческие работы</w:t>
      </w:r>
    </w:p>
    <w:p w:rsidR="00063CD9" w:rsidRPr="00750780" w:rsidRDefault="00063CD9" w:rsidP="00063CD9">
      <w:pPr>
        <w:widowControl w:val="0"/>
        <w:tabs>
          <w:tab w:val="left" w:pos="710"/>
        </w:tabs>
        <w:autoSpaceDE w:val="0"/>
        <w:autoSpaceDN w:val="0"/>
        <w:ind w:right="-1" w:firstLine="567"/>
        <w:rPr>
          <w:rFonts w:ascii="Times New Roman" w:hAnsi="Times New Roman" w:cs="Times New Roman"/>
          <w:sz w:val="24"/>
          <w:szCs w:val="24"/>
        </w:rPr>
      </w:pPr>
      <w:r w:rsidRPr="00750780">
        <w:rPr>
          <w:rFonts w:ascii="Times New Roman" w:hAnsi="Times New Roman" w:cs="Times New Roman"/>
          <w:b/>
          <w:sz w:val="24"/>
          <w:szCs w:val="24"/>
        </w:rPr>
        <w:t>Оценка «5»</w:t>
      </w:r>
      <w:r w:rsidRPr="00750780">
        <w:rPr>
          <w:rFonts w:ascii="Times New Roman" w:hAnsi="Times New Roman" w:cs="Times New Roman"/>
          <w:sz w:val="24"/>
          <w:szCs w:val="24"/>
        </w:rPr>
        <w:t xml:space="preserve"> ставится, если </w:t>
      </w:r>
      <w:proofErr w:type="gramStart"/>
      <w:r w:rsidRPr="00750780">
        <w:rPr>
          <w:rFonts w:ascii="Times New Roman" w:hAnsi="Times New Roman" w:cs="Times New Roman"/>
          <w:sz w:val="24"/>
          <w:szCs w:val="24"/>
        </w:rPr>
        <w:t>обучающийся</w:t>
      </w:r>
      <w:proofErr w:type="gramEnd"/>
      <w:r w:rsidRPr="00750780">
        <w:rPr>
          <w:rFonts w:ascii="Times New Roman" w:hAnsi="Times New Roman" w:cs="Times New Roman"/>
          <w:sz w:val="24"/>
          <w:szCs w:val="24"/>
        </w:rPr>
        <w:t>:</w:t>
      </w:r>
    </w:p>
    <w:p w:rsidR="00063CD9" w:rsidRPr="00750780" w:rsidRDefault="00063CD9" w:rsidP="00063CD9">
      <w:pPr>
        <w:widowControl w:val="0"/>
        <w:numPr>
          <w:ilvl w:val="0"/>
          <w:numId w:val="21"/>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творчески планирует выполнение работы;</w:t>
      </w:r>
    </w:p>
    <w:p w:rsidR="00063CD9" w:rsidRPr="00750780" w:rsidRDefault="00063CD9" w:rsidP="00063CD9">
      <w:pPr>
        <w:widowControl w:val="0"/>
        <w:numPr>
          <w:ilvl w:val="0"/>
          <w:numId w:val="21"/>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самостоятельно и полностью использует знания программного материала;</w:t>
      </w:r>
    </w:p>
    <w:p w:rsidR="00063CD9" w:rsidRPr="00750780" w:rsidRDefault="00063CD9" w:rsidP="00063CD9">
      <w:pPr>
        <w:widowControl w:val="0"/>
        <w:numPr>
          <w:ilvl w:val="0"/>
          <w:numId w:val="21"/>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правильно и аккуратно выполняет задание;</w:t>
      </w:r>
    </w:p>
    <w:p w:rsidR="00063CD9" w:rsidRPr="00750780" w:rsidRDefault="00063CD9" w:rsidP="00063CD9">
      <w:pPr>
        <w:widowControl w:val="0"/>
        <w:numPr>
          <w:ilvl w:val="0"/>
          <w:numId w:val="21"/>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умеет пользоваться справочной литературой, наглядными пособиями и другими средствами;</w:t>
      </w:r>
    </w:p>
    <w:p w:rsidR="00063CD9" w:rsidRPr="00750780" w:rsidRDefault="00063CD9" w:rsidP="00063CD9">
      <w:pPr>
        <w:widowControl w:val="0"/>
        <w:numPr>
          <w:ilvl w:val="0"/>
          <w:numId w:val="21"/>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систематически демонстрирует правильное выполнение работ, выполненное на высоком уровне с творческим подходом.</w:t>
      </w:r>
    </w:p>
    <w:p w:rsidR="00063CD9" w:rsidRPr="00750780" w:rsidRDefault="00063CD9" w:rsidP="00063CD9">
      <w:pPr>
        <w:widowControl w:val="0"/>
        <w:tabs>
          <w:tab w:val="left" w:pos="710"/>
        </w:tabs>
        <w:autoSpaceDE w:val="0"/>
        <w:autoSpaceDN w:val="0"/>
        <w:ind w:right="-1" w:firstLine="567"/>
        <w:rPr>
          <w:rFonts w:ascii="Times New Roman" w:hAnsi="Times New Roman" w:cs="Times New Roman"/>
          <w:sz w:val="24"/>
          <w:szCs w:val="24"/>
        </w:rPr>
      </w:pPr>
      <w:r w:rsidRPr="00750780">
        <w:rPr>
          <w:rFonts w:ascii="Times New Roman" w:hAnsi="Times New Roman" w:cs="Times New Roman"/>
          <w:b/>
          <w:sz w:val="24"/>
          <w:szCs w:val="24"/>
        </w:rPr>
        <w:t>Оценка «4»</w:t>
      </w:r>
      <w:r w:rsidRPr="00750780">
        <w:rPr>
          <w:rFonts w:ascii="Times New Roman" w:hAnsi="Times New Roman" w:cs="Times New Roman"/>
          <w:sz w:val="24"/>
          <w:szCs w:val="24"/>
        </w:rPr>
        <w:t xml:space="preserve"> ставится, если </w:t>
      </w:r>
      <w:proofErr w:type="gramStart"/>
      <w:r w:rsidRPr="00750780">
        <w:rPr>
          <w:rFonts w:ascii="Times New Roman" w:hAnsi="Times New Roman" w:cs="Times New Roman"/>
          <w:sz w:val="24"/>
          <w:szCs w:val="24"/>
        </w:rPr>
        <w:t>обучающийся</w:t>
      </w:r>
      <w:proofErr w:type="gramEnd"/>
      <w:r w:rsidRPr="00750780">
        <w:rPr>
          <w:rFonts w:ascii="Times New Roman" w:hAnsi="Times New Roman" w:cs="Times New Roman"/>
          <w:sz w:val="24"/>
          <w:szCs w:val="24"/>
        </w:rPr>
        <w:t>:</w:t>
      </w:r>
    </w:p>
    <w:p w:rsidR="00063CD9" w:rsidRPr="00750780" w:rsidRDefault="00063CD9" w:rsidP="00063CD9">
      <w:pPr>
        <w:widowControl w:val="0"/>
        <w:numPr>
          <w:ilvl w:val="0"/>
          <w:numId w:val="22"/>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правильно планирует выполнение работы;</w:t>
      </w:r>
    </w:p>
    <w:p w:rsidR="00063CD9" w:rsidRPr="00750780" w:rsidRDefault="00063CD9" w:rsidP="00063CD9">
      <w:pPr>
        <w:widowControl w:val="0"/>
        <w:numPr>
          <w:ilvl w:val="0"/>
          <w:numId w:val="22"/>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самостоятельно использует знания программного материала;</w:t>
      </w:r>
    </w:p>
    <w:p w:rsidR="00063CD9" w:rsidRPr="00750780" w:rsidRDefault="00063CD9" w:rsidP="00063CD9">
      <w:pPr>
        <w:widowControl w:val="0"/>
        <w:numPr>
          <w:ilvl w:val="0"/>
          <w:numId w:val="22"/>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в основном правильно и аккуратно выполняет задание;</w:t>
      </w:r>
    </w:p>
    <w:p w:rsidR="00063CD9" w:rsidRPr="00750780" w:rsidRDefault="00063CD9" w:rsidP="00063CD9">
      <w:pPr>
        <w:widowControl w:val="0"/>
        <w:numPr>
          <w:ilvl w:val="0"/>
          <w:numId w:val="22"/>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умеет пользоваться справочной литературой, наглядными пособиями, приборами и другими средствами.</w:t>
      </w:r>
    </w:p>
    <w:p w:rsidR="00063CD9" w:rsidRPr="00750780" w:rsidRDefault="00063CD9" w:rsidP="00063CD9">
      <w:pPr>
        <w:widowControl w:val="0"/>
        <w:tabs>
          <w:tab w:val="left" w:pos="710"/>
        </w:tabs>
        <w:autoSpaceDE w:val="0"/>
        <w:autoSpaceDN w:val="0"/>
        <w:ind w:right="-1" w:firstLine="567"/>
        <w:rPr>
          <w:rFonts w:ascii="Times New Roman" w:hAnsi="Times New Roman" w:cs="Times New Roman"/>
          <w:sz w:val="24"/>
          <w:szCs w:val="24"/>
        </w:rPr>
      </w:pPr>
      <w:r w:rsidRPr="00750780">
        <w:rPr>
          <w:rFonts w:ascii="Times New Roman" w:hAnsi="Times New Roman" w:cs="Times New Roman"/>
          <w:b/>
          <w:sz w:val="24"/>
          <w:szCs w:val="24"/>
        </w:rPr>
        <w:t>Оценка «3»</w:t>
      </w:r>
      <w:r w:rsidRPr="00750780">
        <w:rPr>
          <w:rFonts w:ascii="Times New Roman" w:hAnsi="Times New Roman" w:cs="Times New Roman"/>
          <w:sz w:val="24"/>
          <w:szCs w:val="24"/>
        </w:rPr>
        <w:t xml:space="preserve"> ставится, если </w:t>
      </w:r>
      <w:proofErr w:type="gramStart"/>
      <w:r w:rsidRPr="00750780">
        <w:rPr>
          <w:rFonts w:ascii="Times New Roman" w:hAnsi="Times New Roman" w:cs="Times New Roman"/>
          <w:sz w:val="24"/>
          <w:szCs w:val="24"/>
        </w:rPr>
        <w:t>обучающийся</w:t>
      </w:r>
      <w:proofErr w:type="gramEnd"/>
      <w:r w:rsidRPr="00750780">
        <w:rPr>
          <w:rFonts w:ascii="Times New Roman" w:hAnsi="Times New Roman" w:cs="Times New Roman"/>
          <w:sz w:val="24"/>
          <w:szCs w:val="24"/>
        </w:rPr>
        <w:t>:</w:t>
      </w:r>
    </w:p>
    <w:p w:rsidR="00063CD9" w:rsidRPr="00750780" w:rsidRDefault="00063CD9" w:rsidP="00063CD9">
      <w:pPr>
        <w:widowControl w:val="0"/>
        <w:numPr>
          <w:ilvl w:val="0"/>
          <w:numId w:val="23"/>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допускает ошибки при планировании выполнения работы;</w:t>
      </w:r>
    </w:p>
    <w:p w:rsidR="00063CD9" w:rsidRPr="00750780" w:rsidRDefault="00063CD9" w:rsidP="00063CD9">
      <w:pPr>
        <w:widowControl w:val="0"/>
        <w:numPr>
          <w:ilvl w:val="0"/>
          <w:numId w:val="23"/>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не может самостоятельно использовать значительную часть знаний программного материала;</w:t>
      </w:r>
    </w:p>
    <w:p w:rsidR="00063CD9" w:rsidRPr="00750780" w:rsidRDefault="00063CD9" w:rsidP="00063CD9">
      <w:pPr>
        <w:widowControl w:val="0"/>
        <w:numPr>
          <w:ilvl w:val="0"/>
          <w:numId w:val="23"/>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допускает ошибки и неаккуратно выполняет задание;</w:t>
      </w:r>
    </w:p>
    <w:p w:rsidR="00063CD9" w:rsidRPr="00750780" w:rsidRDefault="00063CD9" w:rsidP="00063CD9">
      <w:pPr>
        <w:widowControl w:val="0"/>
        <w:numPr>
          <w:ilvl w:val="0"/>
          <w:numId w:val="23"/>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затрудняется самостоятельно использовать справочную литературу, наглядные пособия, приборы и другие средства.</w:t>
      </w:r>
    </w:p>
    <w:p w:rsidR="00063CD9" w:rsidRPr="00750780" w:rsidRDefault="00063CD9" w:rsidP="00063CD9">
      <w:pPr>
        <w:widowControl w:val="0"/>
        <w:tabs>
          <w:tab w:val="left" w:pos="710"/>
        </w:tabs>
        <w:autoSpaceDE w:val="0"/>
        <w:autoSpaceDN w:val="0"/>
        <w:ind w:right="-1" w:firstLine="567"/>
        <w:rPr>
          <w:rFonts w:ascii="Times New Roman" w:hAnsi="Times New Roman" w:cs="Times New Roman"/>
          <w:sz w:val="24"/>
          <w:szCs w:val="24"/>
        </w:rPr>
      </w:pPr>
      <w:r w:rsidRPr="00750780">
        <w:rPr>
          <w:rFonts w:ascii="Times New Roman" w:hAnsi="Times New Roman" w:cs="Times New Roman"/>
          <w:b/>
          <w:sz w:val="24"/>
          <w:szCs w:val="24"/>
        </w:rPr>
        <w:t>Оценка «2»</w:t>
      </w:r>
      <w:r w:rsidRPr="00750780">
        <w:rPr>
          <w:rFonts w:ascii="Times New Roman" w:hAnsi="Times New Roman" w:cs="Times New Roman"/>
          <w:sz w:val="24"/>
          <w:szCs w:val="24"/>
        </w:rPr>
        <w:t xml:space="preserve"> ставится, если </w:t>
      </w:r>
      <w:proofErr w:type="gramStart"/>
      <w:r w:rsidRPr="00750780">
        <w:rPr>
          <w:rFonts w:ascii="Times New Roman" w:hAnsi="Times New Roman" w:cs="Times New Roman"/>
          <w:sz w:val="24"/>
          <w:szCs w:val="24"/>
        </w:rPr>
        <w:t>обучающийся</w:t>
      </w:r>
      <w:proofErr w:type="gramEnd"/>
      <w:r w:rsidRPr="00750780">
        <w:rPr>
          <w:rFonts w:ascii="Times New Roman" w:hAnsi="Times New Roman" w:cs="Times New Roman"/>
          <w:sz w:val="24"/>
          <w:szCs w:val="24"/>
        </w:rPr>
        <w:t>:</w:t>
      </w:r>
    </w:p>
    <w:p w:rsidR="00063CD9" w:rsidRPr="00750780" w:rsidRDefault="00063CD9" w:rsidP="00063CD9">
      <w:pPr>
        <w:widowControl w:val="0"/>
        <w:numPr>
          <w:ilvl w:val="0"/>
          <w:numId w:val="24"/>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не может правильно спланировать выполнение работы;</w:t>
      </w:r>
    </w:p>
    <w:p w:rsidR="00063CD9" w:rsidRPr="00750780" w:rsidRDefault="00063CD9" w:rsidP="00063CD9">
      <w:pPr>
        <w:widowControl w:val="0"/>
        <w:numPr>
          <w:ilvl w:val="0"/>
          <w:numId w:val="24"/>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не может использовать знания программного материала;</w:t>
      </w:r>
    </w:p>
    <w:p w:rsidR="00063CD9" w:rsidRPr="00750780" w:rsidRDefault="00063CD9" w:rsidP="00063CD9">
      <w:pPr>
        <w:widowControl w:val="0"/>
        <w:numPr>
          <w:ilvl w:val="0"/>
          <w:numId w:val="24"/>
        </w:numPr>
        <w:tabs>
          <w:tab w:val="left" w:pos="710"/>
        </w:tabs>
        <w:autoSpaceDE w:val="0"/>
        <w:autoSpaceDN w:val="0"/>
        <w:ind w:left="0" w:right="-1" w:firstLine="567"/>
        <w:jc w:val="both"/>
        <w:rPr>
          <w:rFonts w:ascii="Times New Roman" w:hAnsi="Times New Roman" w:cs="Times New Roman"/>
          <w:sz w:val="24"/>
          <w:szCs w:val="24"/>
        </w:rPr>
      </w:pPr>
      <w:r w:rsidRPr="00750780">
        <w:rPr>
          <w:rFonts w:ascii="Times New Roman" w:hAnsi="Times New Roman" w:cs="Times New Roman"/>
          <w:sz w:val="24"/>
          <w:szCs w:val="24"/>
        </w:rPr>
        <w:t>допускает грубые ошибки и неаккуратно выполняет задание;</w:t>
      </w:r>
    </w:p>
    <w:p w:rsidR="00063CD9" w:rsidRPr="00A13401" w:rsidRDefault="00063CD9" w:rsidP="00063CD9">
      <w:pPr>
        <w:widowControl w:val="0"/>
        <w:numPr>
          <w:ilvl w:val="0"/>
          <w:numId w:val="24"/>
        </w:numPr>
        <w:tabs>
          <w:tab w:val="left" w:pos="710"/>
        </w:tabs>
        <w:autoSpaceDE w:val="0"/>
        <w:autoSpaceDN w:val="0"/>
        <w:ind w:left="0" w:right="566" w:firstLine="567"/>
        <w:jc w:val="both"/>
        <w:rPr>
          <w:rFonts w:ascii="Times New Roman" w:hAnsi="Times New Roman" w:cs="Times New Roman"/>
          <w:sz w:val="24"/>
          <w:szCs w:val="24"/>
        </w:rPr>
      </w:pPr>
      <w:r w:rsidRPr="00A13401">
        <w:rPr>
          <w:rFonts w:ascii="Times New Roman" w:hAnsi="Times New Roman" w:cs="Times New Roman"/>
          <w:sz w:val="24"/>
          <w:szCs w:val="24"/>
        </w:rPr>
        <w:t>не может самостоятельно использовать справочную литературу, наглядные пособия, приборы и другие средства.</w:t>
      </w:r>
      <w:r w:rsidRPr="00A13401">
        <w:rPr>
          <w:rFonts w:ascii="Times New Roman" w:hAnsi="Times New Roman" w:cs="Times New Roman"/>
          <w:sz w:val="24"/>
          <w:szCs w:val="24"/>
        </w:rPr>
        <w:cr/>
      </w:r>
      <w:r w:rsidRPr="00A13401">
        <w:rPr>
          <w:rFonts w:ascii="Times New Roman" w:hAnsi="Times New Roman" w:cs="Times New Roman"/>
          <w:i/>
          <w:sz w:val="24"/>
          <w:szCs w:val="24"/>
        </w:rPr>
        <w:t>Примечание:</w:t>
      </w:r>
      <w:r w:rsidRPr="00A13401">
        <w:rPr>
          <w:rFonts w:ascii="Times New Roman" w:hAnsi="Times New Roman" w:cs="Times New Roman"/>
          <w:sz w:val="24"/>
          <w:szCs w:val="24"/>
        </w:rPr>
        <w:t xml:space="preserve"> </w:t>
      </w:r>
    </w:p>
    <w:p w:rsidR="00063CD9" w:rsidRPr="00750780" w:rsidRDefault="00063CD9" w:rsidP="00063CD9">
      <w:pPr>
        <w:widowControl w:val="0"/>
        <w:tabs>
          <w:tab w:val="left" w:pos="710"/>
        </w:tabs>
        <w:autoSpaceDE w:val="0"/>
        <w:autoSpaceDN w:val="0"/>
        <w:ind w:right="-1"/>
        <w:jc w:val="both"/>
        <w:rPr>
          <w:rFonts w:ascii="Times New Roman" w:hAnsi="Times New Roman" w:cs="Times New Roman"/>
          <w:sz w:val="24"/>
          <w:szCs w:val="24"/>
        </w:rPr>
      </w:pPr>
      <w:r w:rsidRPr="00750780">
        <w:rPr>
          <w:rFonts w:ascii="Times New Roman" w:hAnsi="Times New Roman" w:cs="Times New Roman"/>
          <w:sz w:val="24"/>
          <w:szCs w:val="24"/>
        </w:rPr>
        <w:t xml:space="preserve">За проявленную самостоятельность и творчески выполненную работу оценка может быть повышена на один балл или выставлена дополнительная оценка. Оценка может снижаться на один балл, если обучающимся получены замечания по соблюдению техники безопасности и правилам работы с материалами и оборудованием. </w:t>
      </w:r>
    </w:p>
    <w:p w:rsidR="00063CD9" w:rsidRPr="00750780" w:rsidRDefault="00063CD9" w:rsidP="00063CD9">
      <w:pPr>
        <w:widowControl w:val="0"/>
        <w:tabs>
          <w:tab w:val="left" w:pos="710"/>
        </w:tabs>
        <w:autoSpaceDE w:val="0"/>
        <w:autoSpaceDN w:val="0"/>
        <w:ind w:right="566"/>
        <w:jc w:val="center"/>
        <w:rPr>
          <w:rFonts w:ascii="Times New Roman" w:hAnsi="Times New Roman" w:cs="Times New Roman"/>
          <w:i/>
          <w:sz w:val="24"/>
          <w:szCs w:val="24"/>
          <w:u w:val="single"/>
        </w:rPr>
      </w:pPr>
      <w:r w:rsidRPr="00750780">
        <w:rPr>
          <w:rFonts w:ascii="Times New Roman" w:hAnsi="Times New Roman" w:cs="Times New Roman"/>
          <w:b/>
          <w:i/>
          <w:sz w:val="24"/>
          <w:szCs w:val="24"/>
          <w:u w:val="single"/>
        </w:rPr>
        <w:t>Тест</w:t>
      </w:r>
    </w:p>
    <w:p w:rsidR="00063CD9" w:rsidRPr="00750780" w:rsidRDefault="00063CD9" w:rsidP="00063CD9">
      <w:pPr>
        <w:widowControl w:val="0"/>
        <w:tabs>
          <w:tab w:val="left" w:pos="710"/>
        </w:tabs>
        <w:autoSpaceDE w:val="0"/>
        <w:autoSpaceDN w:val="0"/>
        <w:ind w:right="-1" w:firstLine="567"/>
        <w:jc w:val="both"/>
        <w:rPr>
          <w:rFonts w:ascii="Times New Roman" w:hAnsi="Times New Roman" w:cs="Times New Roman"/>
          <w:sz w:val="24"/>
          <w:szCs w:val="24"/>
        </w:rPr>
      </w:pPr>
      <w:r>
        <w:rPr>
          <w:rFonts w:ascii="Times New Roman" w:hAnsi="Times New Roman" w:cs="Times New Roman"/>
          <w:sz w:val="24"/>
          <w:szCs w:val="24"/>
        </w:rPr>
        <w:t xml:space="preserve">Оценивание тестовых </w:t>
      </w:r>
      <w:r w:rsidRPr="00750780">
        <w:rPr>
          <w:rFonts w:ascii="Times New Roman" w:hAnsi="Times New Roman" w:cs="Times New Roman"/>
          <w:sz w:val="24"/>
          <w:szCs w:val="24"/>
        </w:rPr>
        <w:t xml:space="preserve">работ </w:t>
      </w:r>
      <w:r>
        <w:rPr>
          <w:rFonts w:ascii="Times New Roman" w:hAnsi="Times New Roman" w:cs="Times New Roman"/>
          <w:sz w:val="24"/>
          <w:szCs w:val="24"/>
        </w:rPr>
        <w:t>об</w:t>
      </w:r>
      <w:r w:rsidRPr="00750780">
        <w:rPr>
          <w:rFonts w:ascii="Times New Roman" w:hAnsi="Times New Roman" w:cs="Times New Roman"/>
          <w:sz w:val="24"/>
          <w:szCs w:val="24"/>
        </w:rPr>
        <w:t>уча</w:t>
      </w:r>
      <w:r>
        <w:rPr>
          <w:rFonts w:ascii="Times New Roman" w:hAnsi="Times New Roman" w:cs="Times New Roman"/>
          <w:sz w:val="24"/>
          <w:szCs w:val="24"/>
        </w:rPr>
        <w:t>ю</w:t>
      </w:r>
      <w:r w:rsidRPr="00750780">
        <w:rPr>
          <w:rFonts w:ascii="Times New Roman" w:hAnsi="Times New Roman" w:cs="Times New Roman"/>
          <w:sz w:val="24"/>
          <w:szCs w:val="24"/>
        </w:rPr>
        <w:t>щихся осуществляется в зависимости от процентного соотношения выполненных заданий.</w:t>
      </w:r>
    </w:p>
    <w:p w:rsidR="00063CD9" w:rsidRPr="00750780" w:rsidRDefault="00063CD9" w:rsidP="00063CD9">
      <w:pPr>
        <w:widowControl w:val="0"/>
        <w:tabs>
          <w:tab w:val="left" w:pos="710"/>
        </w:tabs>
        <w:autoSpaceDE w:val="0"/>
        <w:autoSpaceDN w:val="0"/>
        <w:ind w:right="566" w:firstLine="567"/>
        <w:rPr>
          <w:rFonts w:ascii="Times New Roman" w:hAnsi="Times New Roman" w:cs="Times New Roman"/>
          <w:sz w:val="24"/>
          <w:szCs w:val="24"/>
        </w:rPr>
      </w:pPr>
      <w:r w:rsidRPr="00750780">
        <w:rPr>
          <w:rFonts w:ascii="Times New Roman" w:hAnsi="Times New Roman" w:cs="Times New Roman"/>
          <w:sz w:val="24"/>
          <w:szCs w:val="24"/>
        </w:rPr>
        <w:t>Оценивается работа следующим образом:</w:t>
      </w:r>
    </w:p>
    <w:p w:rsidR="00063CD9" w:rsidRPr="00750780"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sidRPr="00750780">
        <w:rPr>
          <w:rFonts w:ascii="Times New Roman" w:hAnsi="Times New Roman" w:cs="Times New Roman"/>
          <w:b/>
          <w:sz w:val="24"/>
          <w:szCs w:val="24"/>
        </w:rPr>
        <w:t>«5»</w:t>
      </w:r>
      <w:r w:rsidRPr="00750780">
        <w:rPr>
          <w:rFonts w:ascii="Times New Roman" w:hAnsi="Times New Roman" w:cs="Times New Roman"/>
          <w:sz w:val="24"/>
          <w:szCs w:val="24"/>
        </w:rPr>
        <w:t xml:space="preserve"> - 85 – 100 %; </w:t>
      </w:r>
    </w:p>
    <w:p w:rsidR="00063CD9" w:rsidRPr="00750780"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sidRPr="00750780">
        <w:rPr>
          <w:rFonts w:ascii="Times New Roman" w:hAnsi="Times New Roman" w:cs="Times New Roman"/>
          <w:b/>
          <w:sz w:val="24"/>
          <w:szCs w:val="24"/>
        </w:rPr>
        <w:t>«4»</w:t>
      </w:r>
      <w:r w:rsidRPr="00750780">
        <w:rPr>
          <w:rFonts w:ascii="Times New Roman" w:hAnsi="Times New Roman" w:cs="Times New Roman"/>
          <w:sz w:val="24"/>
          <w:szCs w:val="24"/>
        </w:rPr>
        <w:t xml:space="preserve"> - 65 – 84 %; </w:t>
      </w:r>
    </w:p>
    <w:p w:rsidR="00063CD9" w:rsidRPr="00750780"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sidRPr="00750780">
        <w:rPr>
          <w:rFonts w:ascii="Times New Roman" w:hAnsi="Times New Roman" w:cs="Times New Roman"/>
          <w:b/>
          <w:sz w:val="24"/>
          <w:szCs w:val="24"/>
        </w:rPr>
        <w:t xml:space="preserve">«3» </w:t>
      </w:r>
      <w:r w:rsidRPr="00750780">
        <w:rPr>
          <w:rFonts w:ascii="Times New Roman" w:hAnsi="Times New Roman" w:cs="Times New Roman"/>
          <w:sz w:val="24"/>
          <w:szCs w:val="24"/>
        </w:rPr>
        <w:t xml:space="preserve">- 45 – 64 %; </w:t>
      </w:r>
    </w:p>
    <w:p w:rsidR="00063CD9" w:rsidRPr="00750780"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sidRPr="00750780">
        <w:rPr>
          <w:rFonts w:ascii="Times New Roman" w:hAnsi="Times New Roman" w:cs="Times New Roman"/>
          <w:b/>
          <w:sz w:val="24"/>
          <w:szCs w:val="24"/>
        </w:rPr>
        <w:t>«2»</w:t>
      </w:r>
      <w:r w:rsidRPr="00750780">
        <w:rPr>
          <w:rFonts w:ascii="Times New Roman" w:hAnsi="Times New Roman" w:cs="Times New Roman"/>
          <w:sz w:val="24"/>
          <w:szCs w:val="24"/>
        </w:rPr>
        <w:t xml:space="preserve"> - 0 – 44 %.</w:t>
      </w:r>
    </w:p>
    <w:p w:rsidR="00063CD9" w:rsidRDefault="00063CD9" w:rsidP="00063CD9">
      <w:pPr>
        <w:widowControl w:val="0"/>
        <w:autoSpaceDE w:val="0"/>
        <w:autoSpaceDN w:val="0"/>
        <w:ind w:right="566"/>
        <w:jc w:val="center"/>
        <w:rPr>
          <w:rFonts w:ascii="Times New Roman" w:eastAsia="Times New Roman" w:hAnsi="Times New Roman" w:cs="Times New Roman"/>
          <w:b/>
          <w:color w:val="000000"/>
          <w:sz w:val="24"/>
          <w:szCs w:val="24"/>
        </w:rPr>
      </w:pPr>
    </w:p>
    <w:p w:rsidR="00063CD9" w:rsidRDefault="00063CD9" w:rsidP="00063CD9">
      <w:pPr>
        <w:widowControl w:val="0"/>
        <w:autoSpaceDE w:val="0"/>
        <w:autoSpaceDN w:val="0"/>
        <w:ind w:right="566"/>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ТРУД (ТЕХНОЛОГИЯ)</w:t>
      </w:r>
    </w:p>
    <w:p w:rsidR="00063CD9" w:rsidRDefault="00063CD9" w:rsidP="00063CD9">
      <w:pPr>
        <w:widowControl w:val="0"/>
        <w:autoSpaceDE w:val="0"/>
        <w:autoSpaceDN w:val="0"/>
        <w:ind w:right="566"/>
        <w:jc w:val="center"/>
        <w:rPr>
          <w:rFonts w:ascii="Times New Roman" w:eastAsia="Times New Roman" w:hAnsi="Times New Roman" w:cs="Times New Roman"/>
          <w:b/>
          <w:i/>
          <w:color w:val="000000"/>
          <w:sz w:val="24"/>
          <w:szCs w:val="24"/>
          <w:u w:val="single"/>
        </w:rPr>
      </w:pPr>
      <w:r>
        <w:rPr>
          <w:rFonts w:ascii="Times New Roman" w:eastAsia="Times New Roman" w:hAnsi="Times New Roman" w:cs="Times New Roman"/>
          <w:b/>
          <w:i/>
          <w:color w:val="000000"/>
          <w:sz w:val="24"/>
          <w:szCs w:val="24"/>
          <w:u w:val="single"/>
        </w:rPr>
        <w:t>Устный ответ</w:t>
      </w:r>
    </w:p>
    <w:p w:rsidR="00063CD9" w:rsidRPr="00913DD6" w:rsidRDefault="00063CD9" w:rsidP="00063CD9">
      <w:pPr>
        <w:widowControl w:val="0"/>
        <w:ind w:firstLine="567"/>
        <w:jc w:val="both"/>
        <w:rPr>
          <w:rFonts w:ascii="Times New Roman" w:eastAsia="Times New Roman" w:hAnsi="Times New Roman" w:cs="Times New Roman"/>
          <w:sz w:val="24"/>
          <w:szCs w:val="24"/>
          <w:lang w:eastAsia="ru-RU"/>
        </w:rPr>
      </w:pPr>
      <w:r w:rsidRPr="00913DD6">
        <w:rPr>
          <w:rFonts w:ascii="Times New Roman" w:eastAsia="Times New Roman" w:hAnsi="Times New Roman" w:cs="Times New Roman"/>
          <w:b/>
          <w:bCs/>
          <w:sz w:val="24"/>
          <w:szCs w:val="24"/>
          <w:lang w:eastAsia="ru-RU"/>
        </w:rPr>
        <w:t>Оценка «5»</w:t>
      </w:r>
      <w:r w:rsidRPr="00913DD6">
        <w:rPr>
          <w:rFonts w:ascii="Times New Roman" w:eastAsia="Times New Roman" w:hAnsi="Times New Roman" w:cs="Times New Roman"/>
          <w:sz w:val="24"/>
          <w:szCs w:val="24"/>
          <w:lang w:eastAsia="ru-RU"/>
        </w:rPr>
        <w:t xml:space="preserve"> ставится, если </w:t>
      </w:r>
      <w:proofErr w:type="gramStart"/>
      <w:r>
        <w:rPr>
          <w:rFonts w:ascii="Times New Roman" w:eastAsia="Times New Roman" w:hAnsi="Times New Roman" w:cs="Times New Roman"/>
          <w:sz w:val="24"/>
          <w:szCs w:val="24"/>
          <w:lang w:eastAsia="ru-RU"/>
        </w:rPr>
        <w:t>об</w:t>
      </w:r>
      <w:r w:rsidRPr="00913DD6">
        <w:rPr>
          <w:rFonts w:ascii="Times New Roman" w:eastAsia="Times New Roman" w:hAnsi="Times New Roman" w:cs="Times New Roman"/>
          <w:sz w:val="24"/>
          <w:szCs w:val="24"/>
          <w:lang w:eastAsia="ru-RU"/>
        </w:rPr>
        <w:t>уча</w:t>
      </w:r>
      <w:r>
        <w:rPr>
          <w:rFonts w:ascii="Times New Roman" w:eastAsia="Times New Roman" w:hAnsi="Times New Roman" w:cs="Times New Roman"/>
          <w:sz w:val="24"/>
          <w:szCs w:val="24"/>
          <w:lang w:eastAsia="ru-RU"/>
        </w:rPr>
        <w:t>ю</w:t>
      </w:r>
      <w:r w:rsidRPr="00913DD6">
        <w:rPr>
          <w:rFonts w:ascii="Times New Roman" w:eastAsia="Times New Roman" w:hAnsi="Times New Roman" w:cs="Times New Roman"/>
          <w:sz w:val="24"/>
          <w:szCs w:val="24"/>
          <w:lang w:eastAsia="ru-RU"/>
        </w:rPr>
        <w:t>щийся</w:t>
      </w:r>
      <w:proofErr w:type="gramEnd"/>
      <w:r w:rsidRPr="00913DD6">
        <w:rPr>
          <w:rFonts w:ascii="Times New Roman" w:eastAsia="Times New Roman" w:hAnsi="Times New Roman" w:cs="Times New Roman"/>
          <w:sz w:val="24"/>
          <w:szCs w:val="24"/>
          <w:lang w:eastAsia="ru-RU"/>
        </w:rPr>
        <w:t xml:space="preserve">: </w:t>
      </w:r>
    </w:p>
    <w:p w:rsidR="00063CD9" w:rsidRPr="00913DD6" w:rsidRDefault="00063CD9" w:rsidP="00063CD9">
      <w:pPr>
        <w:pStyle w:val="af1"/>
        <w:widowControl w:val="0"/>
        <w:numPr>
          <w:ilvl w:val="0"/>
          <w:numId w:val="29"/>
        </w:numPr>
        <w:tabs>
          <w:tab w:val="left" w:pos="709"/>
        </w:tabs>
        <w:spacing w:after="0" w:line="240" w:lineRule="auto"/>
        <w:ind w:left="0" w:firstLine="567"/>
        <w:contextualSpacing w:val="0"/>
        <w:jc w:val="both"/>
        <w:rPr>
          <w:rFonts w:ascii="Times New Roman" w:eastAsia="Times New Roman" w:hAnsi="Times New Roman" w:cs="Times New Roman"/>
          <w:sz w:val="24"/>
          <w:szCs w:val="24"/>
          <w:lang w:val="ru-RU" w:eastAsia="ru-RU"/>
        </w:rPr>
      </w:pPr>
      <w:r w:rsidRPr="00913DD6">
        <w:rPr>
          <w:rFonts w:ascii="Times New Roman" w:eastAsia="Times New Roman" w:hAnsi="Times New Roman" w:cs="Times New Roman"/>
          <w:sz w:val="24"/>
          <w:szCs w:val="24"/>
          <w:lang w:val="ru-RU" w:eastAsia="ru-RU"/>
        </w:rPr>
        <w:t xml:space="preserve">полностью освоил учебный материал; </w:t>
      </w:r>
    </w:p>
    <w:p w:rsidR="00063CD9" w:rsidRPr="00913DD6" w:rsidRDefault="00063CD9" w:rsidP="00063CD9">
      <w:pPr>
        <w:pStyle w:val="af1"/>
        <w:widowControl w:val="0"/>
        <w:numPr>
          <w:ilvl w:val="0"/>
          <w:numId w:val="29"/>
        </w:numPr>
        <w:tabs>
          <w:tab w:val="left" w:pos="709"/>
        </w:tabs>
        <w:spacing w:after="0" w:line="240" w:lineRule="auto"/>
        <w:ind w:left="0" w:firstLine="567"/>
        <w:contextualSpacing w:val="0"/>
        <w:jc w:val="both"/>
        <w:rPr>
          <w:rFonts w:ascii="Times New Roman" w:eastAsia="Times New Roman" w:hAnsi="Times New Roman" w:cs="Times New Roman"/>
          <w:sz w:val="24"/>
          <w:szCs w:val="24"/>
          <w:lang w:val="ru-RU" w:eastAsia="ru-RU"/>
        </w:rPr>
      </w:pPr>
      <w:r w:rsidRPr="00913DD6">
        <w:rPr>
          <w:rFonts w:ascii="Times New Roman" w:eastAsia="Times New Roman" w:hAnsi="Times New Roman" w:cs="Times New Roman"/>
          <w:sz w:val="24"/>
          <w:szCs w:val="24"/>
          <w:lang w:val="ru-RU" w:eastAsia="ru-RU"/>
        </w:rPr>
        <w:t xml:space="preserve">умеет изложить его своими словами; </w:t>
      </w:r>
    </w:p>
    <w:p w:rsidR="00063CD9" w:rsidRPr="00913DD6" w:rsidRDefault="00063CD9" w:rsidP="00063CD9">
      <w:pPr>
        <w:pStyle w:val="af1"/>
        <w:widowControl w:val="0"/>
        <w:numPr>
          <w:ilvl w:val="0"/>
          <w:numId w:val="29"/>
        </w:numPr>
        <w:tabs>
          <w:tab w:val="left" w:pos="709"/>
        </w:tabs>
        <w:spacing w:after="0" w:line="240" w:lineRule="auto"/>
        <w:ind w:left="0" w:firstLine="567"/>
        <w:contextualSpacing w:val="0"/>
        <w:jc w:val="both"/>
        <w:rPr>
          <w:rFonts w:ascii="Times New Roman" w:eastAsia="Times New Roman" w:hAnsi="Times New Roman" w:cs="Times New Roman"/>
          <w:sz w:val="24"/>
          <w:szCs w:val="24"/>
          <w:lang w:val="ru-RU" w:eastAsia="ru-RU"/>
        </w:rPr>
      </w:pPr>
      <w:r w:rsidRPr="00913DD6">
        <w:rPr>
          <w:rFonts w:ascii="Times New Roman" w:eastAsia="Times New Roman" w:hAnsi="Times New Roman" w:cs="Times New Roman"/>
          <w:sz w:val="24"/>
          <w:szCs w:val="24"/>
          <w:lang w:val="ru-RU" w:eastAsia="ru-RU"/>
        </w:rPr>
        <w:t xml:space="preserve">самостоятельно подтверждает ответ конкретными примерами; </w:t>
      </w:r>
    </w:p>
    <w:p w:rsidR="00063CD9" w:rsidRDefault="00063CD9" w:rsidP="00063CD9">
      <w:pPr>
        <w:pStyle w:val="af1"/>
        <w:widowControl w:val="0"/>
        <w:numPr>
          <w:ilvl w:val="0"/>
          <w:numId w:val="29"/>
        </w:numPr>
        <w:tabs>
          <w:tab w:val="left" w:pos="709"/>
        </w:tabs>
        <w:spacing w:after="0" w:line="240" w:lineRule="auto"/>
        <w:ind w:left="0" w:firstLine="567"/>
        <w:contextualSpacing w:val="0"/>
        <w:jc w:val="both"/>
        <w:rPr>
          <w:rFonts w:ascii="Times New Roman" w:eastAsia="Times New Roman" w:hAnsi="Times New Roman" w:cs="Times New Roman"/>
          <w:sz w:val="24"/>
          <w:szCs w:val="24"/>
          <w:lang w:val="ru-RU" w:eastAsia="ru-RU"/>
        </w:rPr>
      </w:pPr>
      <w:r w:rsidRPr="00913DD6">
        <w:rPr>
          <w:rFonts w:ascii="Times New Roman" w:eastAsia="Times New Roman" w:hAnsi="Times New Roman" w:cs="Times New Roman"/>
          <w:sz w:val="24"/>
          <w:szCs w:val="24"/>
          <w:lang w:val="ru-RU" w:eastAsia="ru-RU"/>
        </w:rPr>
        <w:t xml:space="preserve">правильно, обстоятельно и полно дает ответ, не дожидаясь дополнительных </w:t>
      </w:r>
      <w:r w:rsidRPr="00913DD6">
        <w:rPr>
          <w:rFonts w:ascii="Times New Roman" w:eastAsia="Times New Roman" w:hAnsi="Times New Roman" w:cs="Times New Roman"/>
          <w:sz w:val="24"/>
          <w:szCs w:val="24"/>
          <w:lang w:val="ru-RU" w:eastAsia="ru-RU"/>
        </w:rPr>
        <w:lastRenderedPageBreak/>
        <w:t xml:space="preserve">вопросов учителя; </w:t>
      </w:r>
    </w:p>
    <w:p w:rsidR="00063CD9" w:rsidRPr="00913DD6" w:rsidRDefault="00063CD9" w:rsidP="00063CD9">
      <w:pPr>
        <w:pStyle w:val="af1"/>
        <w:widowControl w:val="0"/>
        <w:numPr>
          <w:ilvl w:val="0"/>
          <w:numId w:val="29"/>
        </w:numPr>
        <w:tabs>
          <w:tab w:val="left" w:pos="709"/>
        </w:tabs>
        <w:spacing w:after="0" w:line="240" w:lineRule="auto"/>
        <w:ind w:left="0" w:firstLine="567"/>
        <w:contextualSpacing w:val="0"/>
        <w:jc w:val="both"/>
        <w:rPr>
          <w:rFonts w:ascii="Times New Roman" w:eastAsia="Times New Roman" w:hAnsi="Times New Roman" w:cs="Times New Roman"/>
          <w:sz w:val="24"/>
          <w:szCs w:val="24"/>
          <w:lang w:val="ru-RU" w:eastAsia="ru-RU"/>
        </w:rPr>
      </w:pPr>
      <w:r w:rsidRPr="00913DD6">
        <w:rPr>
          <w:rFonts w:ascii="Times New Roman" w:eastAsia="Times New Roman" w:hAnsi="Times New Roman" w:cs="Times New Roman"/>
          <w:sz w:val="24"/>
          <w:szCs w:val="24"/>
          <w:lang w:val="ru-RU" w:eastAsia="ru-RU"/>
        </w:rPr>
        <w:t xml:space="preserve">систематически демонстрирует достаточный объем знаний в пределах программы, а так же за ее пределами. </w:t>
      </w:r>
    </w:p>
    <w:p w:rsidR="00063CD9" w:rsidRPr="00913DD6" w:rsidRDefault="00063CD9" w:rsidP="00063CD9">
      <w:pPr>
        <w:widowControl w:val="0"/>
        <w:ind w:firstLine="567"/>
        <w:jc w:val="both"/>
        <w:rPr>
          <w:rFonts w:ascii="Times New Roman" w:eastAsia="Times New Roman" w:hAnsi="Times New Roman" w:cs="Times New Roman"/>
          <w:sz w:val="24"/>
          <w:szCs w:val="24"/>
          <w:lang w:eastAsia="ru-RU"/>
        </w:rPr>
      </w:pPr>
      <w:r w:rsidRPr="00913DD6">
        <w:rPr>
          <w:rFonts w:ascii="Times New Roman" w:eastAsia="Times New Roman" w:hAnsi="Times New Roman" w:cs="Times New Roman"/>
          <w:b/>
          <w:bCs/>
          <w:sz w:val="24"/>
          <w:szCs w:val="24"/>
          <w:lang w:eastAsia="ru-RU"/>
        </w:rPr>
        <w:t>Оценка «4»</w:t>
      </w:r>
      <w:r w:rsidRPr="00913DD6">
        <w:rPr>
          <w:rFonts w:ascii="Times New Roman" w:eastAsia="Times New Roman" w:hAnsi="Times New Roman" w:cs="Times New Roman"/>
          <w:sz w:val="24"/>
          <w:szCs w:val="24"/>
          <w:lang w:eastAsia="ru-RU"/>
        </w:rPr>
        <w:t xml:space="preserve"> ставится, если </w:t>
      </w:r>
      <w:proofErr w:type="gramStart"/>
      <w:r>
        <w:rPr>
          <w:rFonts w:ascii="Times New Roman" w:eastAsia="Times New Roman" w:hAnsi="Times New Roman" w:cs="Times New Roman"/>
          <w:sz w:val="24"/>
          <w:szCs w:val="24"/>
          <w:lang w:eastAsia="ru-RU"/>
        </w:rPr>
        <w:t>об</w:t>
      </w:r>
      <w:r w:rsidRPr="00913DD6">
        <w:rPr>
          <w:rFonts w:ascii="Times New Roman" w:eastAsia="Times New Roman" w:hAnsi="Times New Roman" w:cs="Times New Roman"/>
          <w:sz w:val="24"/>
          <w:szCs w:val="24"/>
          <w:lang w:eastAsia="ru-RU"/>
        </w:rPr>
        <w:t>уча</w:t>
      </w:r>
      <w:r>
        <w:rPr>
          <w:rFonts w:ascii="Times New Roman" w:eastAsia="Times New Roman" w:hAnsi="Times New Roman" w:cs="Times New Roman"/>
          <w:sz w:val="24"/>
          <w:szCs w:val="24"/>
          <w:lang w:eastAsia="ru-RU"/>
        </w:rPr>
        <w:t>ю</w:t>
      </w:r>
      <w:r w:rsidRPr="00913DD6">
        <w:rPr>
          <w:rFonts w:ascii="Times New Roman" w:eastAsia="Times New Roman" w:hAnsi="Times New Roman" w:cs="Times New Roman"/>
          <w:sz w:val="24"/>
          <w:szCs w:val="24"/>
          <w:lang w:eastAsia="ru-RU"/>
        </w:rPr>
        <w:t>щийся</w:t>
      </w:r>
      <w:proofErr w:type="gramEnd"/>
      <w:r w:rsidRPr="00913DD6">
        <w:rPr>
          <w:rFonts w:ascii="Times New Roman" w:eastAsia="Times New Roman" w:hAnsi="Times New Roman" w:cs="Times New Roman"/>
          <w:sz w:val="24"/>
          <w:szCs w:val="24"/>
          <w:lang w:eastAsia="ru-RU"/>
        </w:rPr>
        <w:t xml:space="preserve">: </w:t>
      </w:r>
    </w:p>
    <w:p w:rsidR="00063CD9" w:rsidRPr="00913DD6" w:rsidRDefault="00063CD9" w:rsidP="00063CD9">
      <w:pPr>
        <w:pStyle w:val="af1"/>
        <w:widowControl w:val="0"/>
        <w:numPr>
          <w:ilvl w:val="0"/>
          <w:numId w:val="29"/>
        </w:numPr>
        <w:tabs>
          <w:tab w:val="left" w:pos="709"/>
        </w:tabs>
        <w:spacing w:after="0" w:line="240" w:lineRule="auto"/>
        <w:ind w:left="0" w:firstLine="567"/>
        <w:contextualSpacing w:val="0"/>
        <w:jc w:val="both"/>
        <w:rPr>
          <w:rFonts w:ascii="Times New Roman" w:eastAsia="Times New Roman" w:hAnsi="Times New Roman" w:cs="Times New Roman"/>
          <w:sz w:val="24"/>
          <w:szCs w:val="24"/>
          <w:lang w:val="ru-RU" w:eastAsia="ru-RU"/>
        </w:rPr>
      </w:pPr>
      <w:r w:rsidRPr="00913DD6">
        <w:rPr>
          <w:rFonts w:ascii="Times New Roman" w:eastAsia="Times New Roman" w:hAnsi="Times New Roman" w:cs="Times New Roman"/>
          <w:sz w:val="24"/>
          <w:szCs w:val="24"/>
          <w:lang w:val="ru-RU" w:eastAsia="ru-RU"/>
        </w:rPr>
        <w:t xml:space="preserve">в основном усвоил учебный материал, допускает незначительные ошибки при его изложении своими словами; </w:t>
      </w:r>
    </w:p>
    <w:p w:rsidR="00063CD9" w:rsidRPr="00913DD6" w:rsidRDefault="00063CD9" w:rsidP="00063CD9">
      <w:pPr>
        <w:pStyle w:val="af1"/>
        <w:widowControl w:val="0"/>
        <w:numPr>
          <w:ilvl w:val="0"/>
          <w:numId w:val="29"/>
        </w:numPr>
        <w:tabs>
          <w:tab w:val="left" w:pos="709"/>
        </w:tabs>
        <w:spacing w:after="0" w:line="240" w:lineRule="auto"/>
        <w:ind w:left="0" w:firstLine="567"/>
        <w:contextualSpacing w:val="0"/>
        <w:jc w:val="both"/>
        <w:rPr>
          <w:rFonts w:ascii="Times New Roman" w:eastAsia="Times New Roman" w:hAnsi="Times New Roman" w:cs="Times New Roman"/>
          <w:sz w:val="24"/>
          <w:szCs w:val="24"/>
          <w:lang w:val="ru-RU" w:eastAsia="ru-RU"/>
        </w:rPr>
      </w:pPr>
      <w:r w:rsidRPr="00913DD6">
        <w:rPr>
          <w:rFonts w:ascii="Times New Roman" w:eastAsia="Times New Roman" w:hAnsi="Times New Roman" w:cs="Times New Roman"/>
          <w:sz w:val="24"/>
          <w:szCs w:val="24"/>
          <w:lang w:val="ru-RU" w:eastAsia="ru-RU"/>
        </w:rPr>
        <w:t xml:space="preserve">подтверждает ответ конкретными примерами; </w:t>
      </w:r>
    </w:p>
    <w:p w:rsidR="00063CD9" w:rsidRPr="00913DD6" w:rsidRDefault="00063CD9" w:rsidP="00063CD9">
      <w:pPr>
        <w:pStyle w:val="af1"/>
        <w:widowControl w:val="0"/>
        <w:numPr>
          <w:ilvl w:val="0"/>
          <w:numId w:val="29"/>
        </w:numPr>
        <w:tabs>
          <w:tab w:val="left" w:pos="709"/>
        </w:tabs>
        <w:spacing w:after="0" w:line="240" w:lineRule="auto"/>
        <w:ind w:left="0" w:firstLine="567"/>
        <w:contextualSpacing w:val="0"/>
        <w:jc w:val="both"/>
        <w:rPr>
          <w:rFonts w:ascii="Times New Roman" w:eastAsia="Times New Roman" w:hAnsi="Times New Roman" w:cs="Times New Roman"/>
          <w:sz w:val="24"/>
          <w:szCs w:val="24"/>
          <w:lang w:val="ru-RU" w:eastAsia="ru-RU"/>
        </w:rPr>
      </w:pPr>
      <w:r w:rsidRPr="00913DD6">
        <w:rPr>
          <w:rFonts w:ascii="Times New Roman" w:eastAsia="Times New Roman" w:hAnsi="Times New Roman" w:cs="Times New Roman"/>
          <w:sz w:val="24"/>
          <w:szCs w:val="24"/>
          <w:lang w:val="ru-RU" w:eastAsia="ru-RU"/>
        </w:rPr>
        <w:t xml:space="preserve">правильно отвечает на дополнительные вопросы учителя. </w:t>
      </w:r>
    </w:p>
    <w:p w:rsidR="00063CD9" w:rsidRPr="00913DD6" w:rsidRDefault="00063CD9" w:rsidP="00063CD9">
      <w:pPr>
        <w:widowControl w:val="0"/>
        <w:ind w:firstLine="567"/>
        <w:jc w:val="both"/>
        <w:rPr>
          <w:rFonts w:ascii="Times New Roman" w:eastAsia="Times New Roman" w:hAnsi="Times New Roman" w:cs="Times New Roman"/>
          <w:sz w:val="24"/>
          <w:szCs w:val="24"/>
          <w:lang w:eastAsia="ru-RU"/>
        </w:rPr>
      </w:pPr>
      <w:r w:rsidRPr="00913DD6">
        <w:rPr>
          <w:rFonts w:ascii="Times New Roman" w:eastAsia="Times New Roman" w:hAnsi="Times New Roman" w:cs="Times New Roman"/>
          <w:b/>
          <w:bCs/>
          <w:sz w:val="24"/>
          <w:szCs w:val="24"/>
          <w:lang w:eastAsia="ru-RU"/>
        </w:rPr>
        <w:t>Оценка «3»</w:t>
      </w:r>
      <w:r w:rsidRPr="00913DD6">
        <w:rPr>
          <w:rFonts w:ascii="Times New Roman" w:eastAsia="Times New Roman" w:hAnsi="Times New Roman" w:cs="Times New Roman"/>
          <w:sz w:val="24"/>
          <w:szCs w:val="24"/>
          <w:lang w:eastAsia="ru-RU"/>
        </w:rPr>
        <w:t xml:space="preserve"> ставится, если </w:t>
      </w:r>
      <w:proofErr w:type="gramStart"/>
      <w:r>
        <w:rPr>
          <w:rFonts w:ascii="Times New Roman" w:eastAsia="Times New Roman" w:hAnsi="Times New Roman" w:cs="Times New Roman"/>
          <w:sz w:val="24"/>
          <w:szCs w:val="24"/>
          <w:lang w:eastAsia="ru-RU"/>
        </w:rPr>
        <w:t>об</w:t>
      </w:r>
      <w:r w:rsidRPr="00913DD6">
        <w:rPr>
          <w:rFonts w:ascii="Times New Roman" w:eastAsia="Times New Roman" w:hAnsi="Times New Roman" w:cs="Times New Roman"/>
          <w:sz w:val="24"/>
          <w:szCs w:val="24"/>
          <w:lang w:eastAsia="ru-RU"/>
        </w:rPr>
        <w:t>уча</w:t>
      </w:r>
      <w:r>
        <w:rPr>
          <w:rFonts w:ascii="Times New Roman" w:eastAsia="Times New Roman" w:hAnsi="Times New Roman" w:cs="Times New Roman"/>
          <w:sz w:val="24"/>
          <w:szCs w:val="24"/>
          <w:lang w:eastAsia="ru-RU"/>
        </w:rPr>
        <w:t>ю</w:t>
      </w:r>
      <w:r w:rsidRPr="00913DD6">
        <w:rPr>
          <w:rFonts w:ascii="Times New Roman" w:eastAsia="Times New Roman" w:hAnsi="Times New Roman" w:cs="Times New Roman"/>
          <w:sz w:val="24"/>
          <w:szCs w:val="24"/>
          <w:lang w:eastAsia="ru-RU"/>
        </w:rPr>
        <w:t>щийся</w:t>
      </w:r>
      <w:proofErr w:type="gramEnd"/>
      <w:r w:rsidRPr="00913DD6">
        <w:rPr>
          <w:rFonts w:ascii="Times New Roman" w:eastAsia="Times New Roman" w:hAnsi="Times New Roman" w:cs="Times New Roman"/>
          <w:sz w:val="24"/>
          <w:szCs w:val="24"/>
          <w:lang w:eastAsia="ru-RU"/>
        </w:rPr>
        <w:t xml:space="preserve">: </w:t>
      </w:r>
    </w:p>
    <w:p w:rsidR="00063CD9" w:rsidRPr="00913DD6" w:rsidRDefault="00063CD9" w:rsidP="00063CD9">
      <w:pPr>
        <w:widowControl w:val="0"/>
        <w:numPr>
          <w:ilvl w:val="0"/>
          <w:numId w:val="30"/>
        </w:numPr>
        <w:tabs>
          <w:tab w:val="left" w:pos="709"/>
        </w:tabs>
        <w:ind w:left="0" w:firstLine="567"/>
        <w:jc w:val="both"/>
        <w:rPr>
          <w:rFonts w:ascii="Times New Roman" w:eastAsia="Times New Roman" w:hAnsi="Times New Roman" w:cs="Times New Roman"/>
          <w:sz w:val="24"/>
          <w:szCs w:val="24"/>
          <w:lang w:eastAsia="ru-RU"/>
        </w:rPr>
      </w:pPr>
      <w:r w:rsidRPr="00913DD6">
        <w:rPr>
          <w:rFonts w:ascii="Times New Roman" w:eastAsia="Times New Roman" w:hAnsi="Times New Roman" w:cs="Times New Roman"/>
          <w:sz w:val="24"/>
          <w:szCs w:val="24"/>
          <w:lang w:eastAsia="ru-RU"/>
        </w:rPr>
        <w:t xml:space="preserve">не усвоил существенную часть учебного материала; </w:t>
      </w:r>
    </w:p>
    <w:p w:rsidR="00063CD9" w:rsidRDefault="00063CD9" w:rsidP="00063CD9">
      <w:pPr>
        <w:widowControl w:val="0"/>
        <w:numPr>
          <w:ilvl w:val="0"/>
          <w:numId w:val="30"/>
        </w:numPr>
        <w:tabs>
          <w:tab w:val="left" w:pos="709"/>
        </w:tabs>
        <w:ind w:left="0" w:firstLine="567"/>
        <w:jc w:val="both"/>
        <w:rPr>
          <w:rFonts w:ascii="Times New Roman" w:eastAsia="Times New Roman" w:hAnsi="Times New Roman" w:cs="Times New Roman"/>
          <w:sz w:val="24"/>
          <w:szCs w:val="24"/>
          <w:lang w:eastAsia="ru-RU"/>
        </w:rPr>
      </w:pPr>
      <w:r w:rsidRPr="00913DD6">
        <w:rPr>
          <w:rFonts w:ascii="Times New Roman" w:eastAsia="Times New Roman" w:hAnsi="Times New Roman" w:cs="Times New Roman"/>
          <w:sz w:val="24"/>
          <w:szCs w:val="24"/>
          <w:lang w:eastAsia="ru-RU"/>
        </w:rPr>
        <w:t xml:space="preserve">допускает значительные ошибки при его изложении своими словами; </w:t>
      </w:r>
    </w:p>
    <w:p w:rsidR="00063CD9" w:rsidRDefault="00063CD9" w:rsidP="00063CD9">
      <w:pPr>
        <w:widowControl w:val="0"/>
        <w:numPr>
          <w:ilvl w:val="0"/>
          <w:numId w:val="30"/>
        </w:numPr>
        <w:tabs>
          <w:tab w:val="left" w:pos="709"/>
        </w:tabs>
        <w:ind w:left="0" w:firstLine="567"/>
        <w:jc w:val="both"/>
        <w:rPr>
          <w:rFonts w:ascii="Times New Roman" w:eastAsia="Times New Roman" w:hAnsi="Times New Roman" w:cs="Times New Roman"/>
          <w:sz w:val="24"/>
          <w:szCs w:val="24"/>
          <w:lang w:eastAsia="ru-RU"/>
        </w:rPr>
      </w:pPr>
      <w:r w:rsidRPr="00913DD6">
        <w:rPr>
          <w:rFonts w:ascii="Times New Roman" w:eastAsia="Times New Roman" w:hAnsi="Times New Roman" w:cs="Times New Roman"/>
          <w:sz w:val="24"/>
          <w:szCs w:val="24"/>
          <w:lang w:eastAsia="ru-RU"/>
        </w:rPr>
        <w:t xml:space="preserve">затрудняется подтвердить ответ конкретными примерами; </w:t>
      </w:r>
    </w:p>
    <w:p w:rsidR="00063CD9" w:rsidRPr="00913DD6" w:rsidRDefault="00063CD9" w:rsidP="00063CD9">
      <w:pPr>
        <w:widowControl w:val="0"/>
        <w:numPr>
          <w:ilvl w:val="0"/>
          <w:numId w:val="30"/>
        </w:numPr>
        <w:tabs>
          <w:tab w:val="left" w:pos="709"/>
        </w:tabs>
        <w:ind w:left="0" w:firstLine="567"/>
        <w:jc w:val="both"/>
        <w:rPr>
          <w:rFonts w:ascii="Times New Roman" w:eastAsia="Times New Roman" w:hAnsi="Times New Roman" w:cs="Times New Roman"/>
          <w:sz w:val="24"/>
          <w:szCs w:val="24"/>
          <w:lang w:eastAsia="ru-RU"/>
        </w:rPr>
      </w:pPr>
      <w:r w:rsidRPr="00913DD6">
        <w:rPr>
          <w:rFonts w:ascii="Times New Roman" w:eastAsia="Times New Roman" w:hAnsi="Times New Roman" w:cs="Times New Roman"/>
          <w:sz w:val="24"/>
          <w:szCs w:val="24"/>
          <w:lang w:eastAsia="ru-RU"/>
        </w:rPr>
        <w:t xml:space="preserve">слабо отвечает на дополнительные вопросы. </w:t>
      </w:r>
    </w:p>
    <w:p w:rsidR="00063CD9" w:rsidRPr="00913DD6" w:rsidRDefault="00063CD9" w:rsidP="00063CD9">
      <w:pPr>
        <w:widowControl w:val="0"/>
        <w:ind w:firstLine="567"/>
        <w:jc w:val="both"/>
        <w:rPr>
          <w:rFonts w:ascii="Times New Roman" w:eastAsia="Times New Roman" w:hAnsi="Times New Roman" w:cs="Times New Roman"/>
          <w:sz w:val="24"/>
          <w:szCs w:val="24"/>
          <w:lang w:eastAsia="ru-RU"/>
        </w:rPr>
      </w:pPr>
      <w:r w:rsidRPr="00913DD6">
        <w:rPr>
          <w:rFonts w:ascii="Times New Roman" w:eastAsia="Times New Roman" w:hAnsi="Times New Roman" w:cs="Times New Roman"/>
          <w:b/>
          <w:bCs/>
          <w:sz w:val="24"/>
          <w:szCs w:val="24"/>
          <w:lang w:eastAsia="ru-RU"/>
        </w:rPr>
        <w:t>Оценка «2»</w:t>
      </w:r>
      <w:r w:rsidRPr="00913DD6">
        <w:rPr>
          <w:rFonts w:ascii="Times New Roman" w:eastAsia="Times New Roman" w:hAnsi="Times New Roman" w:cs="Times New Roman"/>
          <w:sz w:val="24"/>
          <w:szCs w:val="24"/>
          <w:lang w:eastAsia="ru-RU"/>
        </w:rPr>
        <w:t xml:space="preserve"> ставится, если </w:t>
      </w:r>
      <w:proofErr w:type="gramStart"/>
      <w:r>
        <w:rPr>
          <w:rFonts w:ascii="Times New Roman" w:eastAsia="Times New Roman" w:hAnsi="Times New Roman" w:cs="Times New Roman"/>
          <w:sz w:val="24"/>
          <w:szCs w:val="24"/>
          <w:lang w:eastAsia="ru-RU"/>
        </w:rPr>
        <w:t>об</w:t>
      </w:r>
      <w:r w:rsidRPr="00913DD6">
        <w:rPr>
          <w:rFonts w:ascii="Times New Roman" w:eastAsia="Times New Roman" w:hAnsi="Times New Roman" w:cs="Times New Roman"/>
          <w:sz w:val="24"/>
          <w:szCs w:val="24"/>
          <w:lang w:eastAsia="ru-RU"/>
        </w:rPr>
        <w:t>уча</w:t>
      </w:r>
      <w:r>
        <w:rPr>
          <w:rFonts w:ascii="Times New Roman" w:eastAsia="Times New Roman" w:hAnsi="Times New Roman" w:cs="Times New Roman"/>
          <w:sz w:val="24"/>
          <w:szCs w:val="24"/>
          <w:lang w:eastAsia="ru-RU"/>
        </w:rPr>
        <w:t>ю</w:t>
      </w:r>
      <w:r w:rsidRPr="00913DD6">
        <w:rPr>
          <w:rFonts w:ascii="Times New Roman" w:eastAsia="Times New Roman" w:hAnsi="Times New Roman" w:cs="Times New Roman"/>
          <w:sz w:val="24"/>
          <w:szCs w:val="24"/>
          <w:lang w:eastAsia="ru-RU"/>
        </w:rPr>
        <w:t>щийся</w:t>
      </w:r>
      <w:proofErr w:type="gramEnd"/>
      <w:r w:rsidRPr="00913DD6">
        <w:rPr>
          <w:rFonts w:ascii="Times New Roman" w:eastAsia="Times New Roman" w:hAnsi="Times New Roman" w:cs="Times New Roman"/>
          <w:sz w:val="24"/>
          <w:szCs w:val="24"/>
          <w:lang w:eastAsia="ru-RU"/>
        </w:rPr>
        <w:t xml:space="preserve">: </w:t>
      </w:r>
    </w:p>
    <w:p w:rsidR="00063CD9" w:rsidRPr="00913DD6" w:rsidRDefault="00063CD9" w:rsidP="00063CD9">
      <w:pPr>
        <w:widowControl w:val="0"/>
        <w:numPr>
          <w:ilvl w:val="0"/>
          <w:numId w:val="31"/>
        </w:numPr>
        <w:tabs>
          <w:tab w:val="left" w:pos="709"/>
        </w:tabs>
        <w:ind w:left="0" w:firstLine="567"/>
        <w:jc w:val="both"/>
        <w:rPr>
          <w:rFonts w:ascii="Times New Roman" w:eastAsia="Times New Roman" w:hAnsi="Times New Roman" w:cs="Times New Roman"/>
          <w:sz w:val="24"/>
          <w:szCs w:val="24"/>
          <w:lang w:eastAsia="ru-RU"/>
        </w:rPr>
      </w:pPr>
      <w:r w:rsidRPr="00913DD6">
        <w:rPr>
          <w:rFonts w:ascii="Times New Roman" w:eastAsia="Times New Roman" w:hAnsi="Times New Roman" w:cs="Times New Roman"/>
          <w:sz w:val="24"/>
          <w:szCs w:val="24"/>
          <w:lang w:eastAsia="ru-RU"/>
        </w:rPr>
        <w:t xml:space="preserve">почти не усвоил учебный материал; </w:t>
      </w:r>
    </w:p>
    <w:p w:rsidR="00063CD9" w:rsidRPr="00913DD6" w:rsidRDefault="00063CD9" w:rsidP="00063CD9">
      <w:pPr>
        <w:widowControl w:val="0"/>
        <w:numPr>
          <w:ilvl w:val="0"/>
          <w:numId w:val="31"/>
        </w:numPr>
        <w:tabs>
          <w:tab w:val="left" w:pos="709"/>
        </w:tabs>
        <w:ind w:left="0" w:firstLine="567"/>
        <w:jc w:val="both"/>
        <w:rPr>
          <w:rFonts w:ascii="Times New Roman" w:eastAsia="Times New Roman" w:hAnsi="Times New Roman" w:cs="Times New Roman"/>
          <w:sz w:val="24"/>
          <w:szCs w:val="24"/>
          <w:lang w:eastAsia="ru-RU"/>
        </w:rPr>
      </w:pPr>
      <w:r w:rsidRPr="00913DD6">
        <w:rPr>
          <w:rFonts w:ascii="Times New Roman" w:eastAsia="Times New Roman" w:hAnsi="Times New Roman" w:cs="Times New Roman"/>
          <w:sz w:val="24"/>
          <w:szCs w:val="24"/>
          <w:lang w:eastAsia="ru-RU"/>
        </w:rPr>
        <w:t xml:space="preserve">не может изложить его своими словами; </w:t>
      </w:r>
    </w:p>
    <w:p w:rsidR="00063CD9" w:rsidRPr="00913DD6" w:rsidRDefault="00063CD9" w:rsidP="00063CD9">
      <w:pPr>
        <w:widowControl w:val="0"/>
        <w:numPr>
          <w:ilvl w:val="0"/>
          <w:numId w:val="31"/>
        </w:numPr>
        <w:tabs>
          <w:tab w:val="left" w:pos="709"/>
        </w:tabs>
        <w:ind w:left="0" w:firstLine="567"/>
        <w:jc w:val="both"/>
        <w:rPr>
          <w:rFonts w:ascii="Times New Roman" w:eastAsia="Times New Roman" w:hAnsi="Times New Roman" w:cs="Times New Roman"/>
          <w:sz w:val="24"/>
          <w:szCs w:val="24"/>
          <w:lang w:eastAsia="ru-RU"/>
        </w:rPr>
      </w:pPr>
      <w:r w:rsidRPr="00913DD6">
        <w:rPr>
          <w:rFonts w:ascii="Times New Roman" w:eastAsia="Times New Roman" w:hAnsi="Times New Roman" w:cs="Times New Roman"/>
          <w:sz w:val="24"/>
          <w:szCs w:val="24"/>
          <w:lang w:eastAsia="ru-RU"/>
        </w:rPr>
        <w:t xml:space="preserve">не может подтвердить ответ конкретными примерами; </w:t>
      </w:r>
    </w:p>
    <w:p w:rsidR="00063CD9" w:rsidRPr="00913DD6" w:rsidRDefault="00063CD9" w:rsidP="00063CD9">
      <w:pPr>
        <w:widowControl w:val="0"/>
        <w:numPr>
          <w:ilvl w:val="0"/>
          <w:numId w:val="31"/>
        </w:numPr>
        <w:tabs>
          <w:tab w:val="left" w:pos="709"/>
        </w:tabs>
        <w:ind w:left="0" w:firstLine="567"/>
        <w:jc w:val="both"/>
        <w:rPr>
          <w:rFonts w:ascii="Times New Roman" w:eastAsia="Times New Roman" w:hAnsi="Times New Roman" w:cs="Times New Roman"/>
          <w:sz w:val="24"/>
          <w:szCs w:val="24"/>
          <w:lang w:eastAsia="ru-RU"/>
        </w:rPr>
      </w:pPr>
      <w:r w:rsidRPr="00913DD6">
        <w:rPr>
          <w:rFonts w:ascii="Times New Roman" w:eastAsia="Times New Roman" w:hAnsi="Times New Roman" w:cs="Times New Roman"/>
          <w:sz w:val="24"/>
          <w:szCs w:val="24"/>
          <w:lang w:eastAsia="ru-RU"/>
        </w:rPr>
        <w:t xml:space="preserve">не отвечает на большую часть дополнительных вопросов учителя. </w:t>
      </w:r>
    </w:p>
    <w:p w:rsidR="00063CD9" w:rsidRPr="00913DD6" w:rsidRDefault="00063CD9" w:rsidP="00063CD9">
      <w:pPr>
        <w:widowControl w:val="0"/>
        <w:autoSpaceDE w:val="0"/>
        <w:autoSpaceDN w:val="0"/>
        <w:ind w:right="566"/>
        <w:jc w:val="center"/>
        <w:rPr>
          <w:rFonts w:ascii="Times New Roman" w:hAnsi="Times New Roman" w:cs="Times New Roman"/>
          <w:b/>
          <w:i/>
          <w:sz w:val="24"/>
          <w:szCs w:val="24"/>
          <w:u w:val="single"/>
        </w:rPr>
      </w:pPr>
      <w:r>
        <w:rPr>
          <w:rFonts w:ascii="Times New Roman" w:hAnsi="Times New Roman" w:cs="Times New Roman"/>
          <w:b/>
          <w:i/>
          <w:sz w:val="24"/>
          <w:szCs w:val="24"/>
          <w:u w:val="single"/>
        </w:rPr>
        <w:t xml:space="preserve">Практические, </w:t>
      </w:r>
      <w:r w:rsidRPr="00913DD6">
        <w:rPr>
          <w:rFonts w:ascii="Times New Roman" w:hAnsi="Times New Roman" w:cs="Times New Roman"/>
          <w:b/>
          <w:i/>
          <w:sz w:val="24"/>
          <w:szCs w:val="24"/>
          <w:u w:val="single"/>
        </w:rPr>
        <w:t>творческие</w:t>
      </w:r>
      <w:r>
        <w:rPr>
          <w:rFonts w:ascii="Times New Roman" w:hAnsi="Times New Roman" w:cs="Times New Roman"/>
          <w:b/>
          <w:i/>
          <w:sz w:val="24"/>
          <w:szCs w:val="24"/>
          <w:u w:val="single"/>
        </w:rPr>
        <w:t>, проектные</w:t>
      </w:r>
      <w:r w:rsidRPr="00913DD6">
        <w:rPr>
          <w:rFonts w:ascii="Times New Roman" w:hAnsi="Times New Roman" w:cs="Times New Roman"/>
          <w:b/>
          <w:i/>
          <w:sz w:val="24"/>
          <w:szCs w:val="24"/>
          <w:u w:val="single"/>
        </w:rPr>
        <w:t xml:space="preserve"> работы</w:t>
      </w:r>
    </w:p>
    <w:p w:rsidR="00063CD9" w:rsidRDefault="00063CD9" w:rsidP="00063CD9">
      <w:pPr>
        <w:widowControl w:val="0"/>
        <w:tabs>
          <w:tab w:val="left" w:pos="730"/>
        </w:tabs>
        <w:autoSpaceDE w:val="0"/>
        <w:autoSpaceDN w:val="0"/>
        <w:ind w:right="566" w:firstLine="567"/>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Оценка «5»</w:t>
      </w:r>
    </w:p>
    <w:p w:rsidR="00063CD9" w:rsidRPr="00773CF2" w:rsidRDefault="00063CD9" w:rsidP="00063CD9">
      <w:pPr>
        <w:pStyle w:val="af1"/>
        <w:widowControl w:val="0"/>
        <w:numPr>
          <w:ilvl w:val="0"/>
          <w:numId w:val="27"/>
        </w:numPr>
        <w:tabs>
          <w:tab w:val="left" w:pos="709"/>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hAnsi="Times New Roman" w:cs="Times New Roman"/>
          <w:sz w:val="24"/>
          <w:szCs w:val="24"/>
          <w:lang w:val="ru-RU"/>
        </w:rPr>
        <w:tab/>
      </w:r>
      <w:r w:rsidRPr="00773CF2">
        <w:rPr>
          <w:rFonts w:ascii="Times New Roman" w:eastAsia="Times New Roman" w:hAnsi="Times New Roman" w:cs="Times New Roman"/>
          <w:color w:val="000000"/>
          <w:sz w:val="24"/>
          <w:szCs w:val="24"/>
          <w:lang w:val="ru-RU"/>
        </w:rPr>
        <w:t>тщательно спланирован труд и рационально организовано рабочее место;</w:t>
      </w:r>
    </w:p>
    <w:p w:rsidR="00063CD9" w:rsidRPr="00773CF2" w:rsidRDefault="00063CD9" w:rsidP="00063CD9">
      <w:pPr>
        <w:pStyle w:val="af1"/>
        <w:widowControl w:val="0"/>
        <w:numPr>
          <w:ilvl w:val="0"/>
          <w:numId w:val="27"/>
        </w:numPr>
        <w:tabs>
          <w:tab w:val="left" w:pos="709"/>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hAnsi="Times New Roman" w:cs="Times New Roman"/>
          <w:sz w:val="24"/>
          <w:szCs w:val="24"/>
          <w:lang w:val="ru-RU"/>
        </w:rPr>
        <w:tab/>
      </w:r>
      <w:r w:rsidRPr="00773CF2">
        <w:rPr>
          <w:rFonts w:ascii="Times New Roman" w:eastAsia="Times New Roman" w:hAnsi="Times New Roman" w:cs="Times New Roman"/>
          <w:color w:val="000000"/>
          <w:sz w:val="24"/>
          <w:szCs w:val="24"/>
          <w:lang w:val="ru-RU"/>
        </w:rPr>
        <w:t>задание выполнено качественно, без нарушения соответствующей технологии;</w:t>
      </w:r>
    </w:p>
    <w:p w:rsidR="00063CD9" w:rsidRPr="00773CF2" w:rsidRDefault="00063CD9" w:rsidP="00063CD9">
      <w:pPr>
        <w:pStyle w:val="af1"/>
        <w:widowControl w:val="0"/>
        <w:numPr>
          <w:ilvl w:val="0"/>
          <w:numId w:val="27"/>
        </w:numPr>
        <w:tabs>
          <w:tab w:val="left" w:pos="709"/>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hAnsi="Times New Roman" w:cs="Times New Roman"/>
          <w:sz w:val="24"/>
          <w:szCs w:val="24"/>
          <w:lang w:val="ru-RU"/>
        </w:rPr>
        <w:tab/>
      </w:r>
      <w:r w:rsidRPr="00773CF2">
        <w:rPr>
          <w:rFonts w:ascii="Times New Roman" w:eastAsia="Times New Roman" w:hAnsi="Times New Roman" w:cs="Times New Roman"/>
          <w:color w:val="000000"/>
          <w:sz w:val="24"/>
          <w:szCs w:val="24"/>
          <w:lang w:val="ru-RU"/>
        </w:rPr>
        <w:t>правильно выполнялись приемы труда, самостоятельно и творчески выполнялась работа;</w:t>
      </w:r>
    </w:p>
    <w:p w:rsidR="00063CD9" w:rsidRPr="00773CF2" w:rsidRDefault="00063CD9" w:rsidP="00063CD9">
      <w:pPr>
        <w:pStyle w:val="af1"/>
        <w:widowControl w:val="0"/>
        <w:numPr>
          <w:ilvl w:val="0"/>
          <w:numId w:val="27"/>
        </w:numPr>
        <w:tabs>
          <w:tab w:val="left" w:pos="709"/>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hAnsi="Times New Roman" w:cs="Times New Roman"/>
          <w:sz w:val="24"/>
          <w:szCs w:val="24"/>
          <w:lang w:val="ru-RU"/>
        </w:rPr>
        <w:tab/>
      </w:r>
      <w:r w:rsidRPr="00773CF2">
        <w:rPr>
          <w:rFonts w:ascii="Times New Roman" w:eastAsia="Times New Roman" w:hAnsi="Times New Roman" w:cs="Times New Roman"/>
          <w:color w:val="000000"/>
          <w:sz w:val="24"/>
          <w:szCs w:val="24"/>
          <w:lang w:val="ru-RU"/>
        </w:rPr>
        <w:t>полностью соблюдались правила техники безопасности.</w:t>
      </w:r>
    </w:p>
    <w:p w:rsidR="00063CD9" w:rsidRDefault="00063CD9" w:rsidP="00063CD9">
      <w:pPr>
        <w:widowControl w:val="0"/>
        <w:tabs>
          <w:tab w:val="left" w:pos="720"/>
        </w:tabs>
        <w:autoSpaceDE w:val="0"/>
        <w:autoSpaceDN w:val="0"/>
        <w:ind w:right="566" w:firstLine="567"/>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Оценка «4»</w:t>
      </w:r>
    </w:p>
    <w:p w:rsidR="00063CD9" w:rsidRPr="00773CF2" w:rsidRDefault="00063CD9" w:rsidP="00063CD9">
      <w:pPr>
        <w:pStyle w:val="af1"/>
        <w:widowControl w:val="0"/>
        <w:numPr>
          <w:ilvl w:val="0"/>
          <w:numId w:val="28"/>
        </w:numPr>
        <w:tabs>
          <w:tab w:val="left" w:pos="709"/>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hAnsi="Times New Roman" w:cs="Times New Roman"/>
          <w:sz w:val="24"/>
          <w:szCs w:val="24"/>
          <w:lang w:val="ru-RU"/>
        </w:rPr>
        <w:tab/>
      </w:r>
      <w:r w:rsidRPr="00773CF2">
        <w:rPr>
          <w:rFonts w:ascii="Times New Roman" w:eastAsia="Times New Roman" w:hAnsi="Times New Roman" w:cs="Times New Roman"/>
          <w:color w:val="000000"/>
          <w:sz w:val="24"/>
          <w:szCs w:val="24"/>
          <w:lang w:val="ru-RU"/>
        </w:rPr>
        <w:t>допущены незначительные недостатки в планировании труда и организации рабочего места;</w:t>
      </w:r>
    </w:p>
    <w:p w:rsidR="00063CD9" w:rsidRPr="00773CF2" w:rsidRDefault="00063CD9" w:rsidP="00063CD9">
      <w:pPr>
        <w:pStyle w:val="af1"/>
        <w:widowControl w:val="0"/>
        <w:numPr>
          <w:ilvl w:val="0"/>
          <w:numId w:val="28"/>
        </w:numPr>
        <w:tabs>
          <w:tab w:val="left" w:pos="709"/>
          <w:tab w:val="left" w:pos="2954"/>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eastAsia="Times New Roman" w:hAnsi="Times New Roman" w:cs="Times New Roman"/>
          <w:color w:val="000000"/>
          <w:sz w:val="24"/>
          <w:szCs w:val="24"/>
          <w:lang w:val="ru-RU"/>
        </w:rPr>
        <w:t xml:space="preserve">задание выполнено </w:t>
      </w:r>
      <w:r w:rsidRPr="00773CF2">
        <w:rPr>
          <w:rFonts w:ascii="Times New Roman" w:hAnsi="Times New Roman" w:cs="Times New Roman"/>
          <w:sz w:val="24"/>
          <w:szCs w:val="24"/>
          <w:lang w:val="ru-RU"/>
        </w:rPr>
        <w:tab/>
      </w:r>
      <w:r w:rsidRPr="00773CF2">
        <w:rPr>
          <w:rFonts w:ascii="Times New Roman" w:eastAsia="Times New Roman" w:hAnsi="Times New Roman" w:cs="Times New Roman"/>
          <w:color w:val="000000"/>
          <w:sz w:val="24"/>
          <w:szCs w:val="24"/>
          <w:lang w:val="ru-RU"/>
        </w:rPr>
        <w:t>с небольшими отк</w:t>
      </w:r>
      <w:r>
        <w:rPr>
          <w:rFonts w:ascii="Times New Roman" w:eastAsia="Times New Roman" w:hAnsi="Times New Roman" w:cs="Times New Roman"/>
          <w:color w:val="000000"/>
          <w:sz w:val="24"/>
          <w:szCs w:val="24"/>
          <w:lang w:val="ru-RU"/>
        </w:rPr>
        <w:t xml:space="preserve">лонениями (в пределах нормы) от </w:t>
      </w:r>
      <w:r w:rsidRPr="00773CF2">
        <w:rPr>
          <w:rFonts w:ascii="Times New Roman" w:eastAsia="Times New Roman" w:hAnsi="Times New Roman" w:cs="Times New Roman"/>
          <w:color w:val="000000"/>
          <w:sz w:val="24"/>
          <w:szCs w:val="24"/>
          <w:lang w:val="ru-RU"/>
        </w:rPr>
        <w:t>соответствующей технологии изготовления;</w:t>
      </w:r>
    </w:p>
    <w:p w:rsidR="00063CD9" w:rsidRPr="00773CF2" w:rsidRDefault="00063CD9" w:rsidP="00063CD9">
      <w:pPr>
        <w:pStyle w:val="af1"/>
        <w:widowControl w:val="0"/>
        <w:numPr>
          <w:ilvl w:val="0"/>
          <w:numId w:val="28"/>
        </w:numPr>
        <w:tabs>
          <w:tab w:val="left" w:pos="709"/>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hAnsi="Times New Roman" w:cs="Times New Roman"/>
          <w:sz w:val="24"/>
          <w:szCs w:val="24"/>
          <w:lang w:val="ru-RU"/>
        </w:rPr>
        <w:tab/>
      </w:r>
      <w:r w:rsidRPr="00773CF2">
        <w:rPr>
          <w:rFonts w:ascii="Times New Roman" w:eastAsia="Times New Roman" w:hAnsi="Times New Roman" w:cs="Times New Roman"/>
          <w:color w:val="000000"/>
          <w:sz w:val="24"/>
          <w:szCs w:val="24"/>
          <w:lang w:val="ru-RU"/>
        </w:rPr>
        <w:t>в основном правильно выполняются приемы труда;</w:t>
      </w:r>
    </w:p>
    <w:p w:rsidR="00063CD9" w:rsidRPr="00773CF2" w:rsidRDefault="00063CD9" w:rsidP="00063CD9">
      <w:pPr>
        <w:pStyle w:val="af1"/>
        <w:widowControl w:val="0"/>
        <w:numPr>
          <w:ilvl w:val="0"/>
          <w:numId w:val="28"/>
        </w:numPr>
        <w:tabs>
          <w:tab w:val="left" w:pos="709"/>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eastAsia="Times New Roman" w:hAnsi="Times New Roman" w:cs="Times New Roman"/>
          <w:color w:val="000000"/>
          <w:sz w:val="24"/>
          <w:szCs w:val="24"/>
          <w:lang w:val="ru-RU"/>
        </w:rPr>
        <w:t>работа выполнялась самостоятельно;</w:t>
      </w:r>
    </w:p>
    <w:p w:rsidR="00063CD9" w:rsidRPr="00773CF2" w:rsidRDefault="00063CD9" w:rsidP="00063CD9">
      <w:pPr>
        <w:pStyle w:val="af1"/>
        <w:widowControl w:val="0"/>
        <w:numPr>
          <w:ilvl w:val="0"/>
          <w:numId w:val="28"/>
        </w:numPr>
        <w:tabs>
          <w:tab w:val="left" w:pos="709"/>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hAnsi="Times New Roman" w:cs="Times New Roman"/>
          <w:sz w:val="24"/>
          <w:szCs w:val="24"/>
          <w:lang w:val="ru-RU"/>
        </w:rPr>
        <w:tab/>
      </w:r>
      <w:r w:rsidRPr="00773CF2">
        <w:rPr>
          <w:rFonts w:ascii="Times New Roman" w:eastAsia="Times New Roman" w:hAnsi="Times New Roman" w:cs="Times New Roman"/>
          <w:color w:val="000000"/>
          <w:sz w:val="24"/>
          <w:szCs w:val="24"/>
          <w:lang w:val="ru-RU"/>
        </w:rPr>
        <w:t xml:space="preserve">норма времени выполнена или недовыполнена </w:t>
      </w:r>
      <w:r>
        <w:rPr>
          <w:rFonts w:ascii="Times New Roman" w:eastAsia="Times New Roman" w:hAnsi="Times New Roman" w:cs="Times New Roman"/>
          <w:color w:val="000000"/>
          <w:sz w:val="24"/>
          <w:szCs w:val="24"/>
          <w:lang w:val="ru-RU"/>
        </w:rPr>
        <w:t xml:space="preserve">на </w:t>
      </w:r>
      <w:r w:rsidRPr="00773CF2">
        <w:rPr>
          <w:rFonts w:ascii="Times New Roman" w:eastAsia="Times New Roman" w:hAnsi="Times New Roman" w:cs="Times New Roman"/>
          <w:color w:val="000000"/>
          <w:sz w:val="24"/>
          <w:szCs w:val="24"/>
          <w:lang w:val="ru-RU"/>
        </w:rPr>
        <w:t>10-15 %;</w:t>
      </w:r>
    </w:p>
    <w:p w:rsidR="00063CD9" w:rsidRPr="00773CF2" w:rsidRDefault="00063CD9" w:rsidP="00063CD9">
      <w:pPr>
        <w:pStyle w:val="af1"/>
        <w:widowControl w:val="0"/>
        <w:numPr>
          <w:ilvl w:val="0"/>
          <w:numId w:val="28"/>
        </w:numPr>
        <w:tabs>
          <w:tab w:val="left" w:pos="709"/>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hAnsi="Times New Roman" w:cs="Times New Roman"/>
          <w:sz w:val="24"/>
          <w:szCs w:val="24"/>
          <w:lang w:val="ru-RU"/>
        </w:rPr>
        <w:tab/>
      </w:r>
      <w:r w:rsidRPr="00773CF2">
        <w:rPr>
          <w:rFonts w:ascii="Times New Roman" w:eastAsia="Times New Roman" w:hAnsi="Times New Roman" w:cs="Times New Roman"/>
          <w:color w:val="000000"/>
          <w:sz w:val="24"/>
          <w:szCs w:val="24"/>
          <w:lang w:val="ru-RU"/>
        </w:rPr>
        <w:t>полностью соблюдались правила техники безопасности.</w:t>
      </w:r>
    </w:p>
    <w:p w:rsidR="00063CD9" w:rsidRDefault="00063CD9" w:rsidP="00063CD9">
      <w:pPr>
        <w:widowControl w:val="0"/>
        <w:tabs>
          <w:tab w:val="left" w:pos="720"/>
        </w:tabs>
        <w:autoSpaceDE w:val="0"/>
        <w:autoSpaceDN w:val="0"/>
        <w:ind w:right="566" w:firstLine="567"/>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Оценка «3»</w:t>
      </w:r>
    </w:p>
    <w:p w:rsidR="00063CD9" w:rsidRPr="00773CF2" w:rsidRDefault="00063CD9" w:rsidP="00063CD9">
      <w:pPr>
        <w:pStyle w:val="af1"/>
        <w:widowControl w:val="0"/>
        <w:numPr>
          <w:ilvl w:val="0"/>
          <w:numId w:val="28"/>
        </w:numPr>
        <w:tabs>
          <w:tab w:val="left" w:pos="709"/>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hAnsi="Times New Roman" w:cs="Times New Roman"/>
          <w:sz w:val="24"/>
          <w:szCs w:val="24"/>
          <w:lang w:val="ru-RU"/>
        </w:rPr>
        <w:tab/>
      </w:r>
      <w:r w:rsidRPr="00773CF2">
        <w:rPr>
          <w:rFonts w:ascii="Times New Roman" w:eastAsia="Times New Roman" w:hAnsi="Times New Roman" w:cs="Times New Roman"/>
          <w:color w:val="000000"/>
          <w:sz w:val="24"/>
          <w:szCs w:val="24"/>
          <w:lang w:val="ru-RU"/>
        </w:rPr>
        <w:t>имеют место недостатки в планировании труда и организации рабочего места;</w:t>
      </w:r>
    </w:p>
    <w:p w:rsidR="00063CD9" w:rsidRPr="00773CF2" w:rsidRDefault="00063CD9" w:rsidP="00063CD9">
      <w:pPr>
        <w:pStyle w:val="af1"/>
        <w:widowControl w:val="0"/>
        <w:numPr>
          <w:ilvl w:val="0"/>
          <w:numId w:val="28"/>
        </w:numPr>
        <w:tabs>
          <w:tab w:val="left" w:pos="709"/>
          <w:tab w:val="left" w:pos="1756"/>
          <w:tab w:val="left" w:pos="3128"/>
          <w:tab w:val="left" w:pos="3478"/>
          <w:tab w:val="left" w:pos="4932"/>
          <w:tab w:val="left" w:pos="6748"/>
          <w:tab w:val="left" w:pos="7238"/>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eastAsia="Times New Roman" w:hAnsi="Times New Roman" w:cs="Times New Roman"/>
          <w:color w:val="000000"/>
          <w:sz w:val="24"/>
          <w:szCs w:val="24"/>
          <w:lang w:val="ru-RU"/>
        </w:rPr>
        <w:t>задание выполнено с серьезными замечаниями по соответствующей</w:t>
      </w:r>
      <w:r>
        <w:rPr>
          <w:rFonts w:ascii="Times New Roman" w:eastAsia="Times New Roman" w:hAnsi="Times New Roman" w:cs="Times New Roman"/>
          <w:color w:val="000000"/>
          <w:sz w:val="24"/>
          <w:szCs w:val="24"/>
          <w:lang w:val="ru-RU"/>
        </w:rPr>
        <w:t xml:space="preserve"> </w:t>
      </w:r>
      <w:r w:rsidRPr="00773CF2">
        <w:rPr>
          <w:rFonts w:ascii="Times New Roman" w:eastAsia="Times New Roman" w:hAnsi="Times New Roman" w:cs="Times New Roman"/>
          <w:color w:val="000000"/>
          <w:sz w:val="24"/>
          <w:szCs w:val="24"/>
          <w:lang w:val="ru-RU"/>
        </w:rPr>
        <w:t>технологии изготовления;</w:t>
      </w:r>
    </w:p>
    <w:p w:rsidR="00063CD9" w:rsidRPr="00773CF2" w:rsidRDefault="00063CD9" w:rsidP="00063CD9">
      <w:pPr>
        <w:pStyle w:val="af1"/>
        <w:widowControl w:val="0"/>
        <w:numPr>
          <w:ilvl w:val="0"/>
          <w:numId w:val="28"/>
        </w:numPr>
        <w:tabs>
          <w:tab w:val="left" w:pos="709"/>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hAnsi="Times New Roman" w:cs="Times New Roman"/>
          <w:sz w:val="24"/>
          <w:szCs w:val="24"/>
          <w:lang w:val="ru-RU"/>
        </w:rPr>
        <w:tab/>
      </w:r>
      <w:r w:rsidRPr="00773CF2">
        <w:rPr>
          <w:rFonts w:ascii="Times New Roman" w:eastAsia="Times New Roman" w:hAnsi="Times New Roman" w:cs="Times New Roman"/>
          <w:color w:val="000000"/>
          <w:sz w:val="24"/>
          <w:szCs w:val="24"/>
          <w:lang w:val="ru-RU"/>
        </w:rPr>
        <w:t>отдельные приемы труда выполнялись неправильно;</w:t>
      </w:r>
    </w:p>
    <w:p w:rsidR="00063CD9" w:rsidRPr="00773CF2" w:rsidRDefault="00063CD9" w:rsidP="00063CD9">
      <w:pPr>
        <w:pStyle w:val="af1"/>
        <w:widowControl w:val="0"/>
        <w:numPr>
          <w:ilvl w:val="0"/>
          <w:numId w:val="28"/>
        </w:numPr>
        <w:tabs>
          <w:tab w:val="left" w:pos="709"/>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hAnsi="Times New Roman" w:cs="Times New Roman"/>
          <w:sz w:val="24"/>
          <w:szCs w:val="24"/>
          <w:lang w:val="ru-RU"/>
        </w:rPr>
        <w:tab/>
      </w:r>
      <w:r w:rsidRPr="00773CF2">
        <w:rPr>
          <w:rFonts w:ascii="Times New Roman" w:eastAsia="Times New Roman" w:hAnsi="Times New Roman" w:cs="Times New Roman"/>
          <w:color w:val="000000"/>
          <w:sz w:val="24"/>
          <w:szCs w:val="24"/>
          <w:lang w:val="ru-RU"/>
        </w:rPr>
        <w:t>самостоятельность в работе была низкой;</w:t>
      </w:r>
    </w:p>
    <w:p w:rsidR="00063CD9" w:rsidRDefault="00063CD9" w:rsidP="00063CD9">
      <w:pPr>
        <w:pStyle w:val="af1"/>
        <w:widowControl w:val="0"/>
        <w:numPr>
          <w:ilvl w:val="0"/>
          <w:numId w:val="28"/>
        </w:numPr>
        <w:tabs>
          <w:tab w:val="left" w:pos="709"/>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hAnsi="Times New Roman" w:cs="Times New Roman"/>
          <w:sz w:val="24"/>
          <w:szCs w:val="24"/>
          <w:lang w:val="ru-RU"/>
        </w:rPr>
        <w:tab/>
      </w:r>
      <w:r w:rsidRPr="00773CF2">
        <w:rPr>
          <w:rFonts w:ascii="Times New Roman" w:eastAsia="Times New Roman" w:hAnsi="Times New Roman" w:cs="Times New Roman"/>
          <w:color w:val="000000"/>
          <w:sz w:val="24"/>
          <w:szCs w:val="24"/>
          <w:lang w:val="ru-RU"/>
        </w:rPr>
        <w:t>норма времени недовыполнена на 15-20 %;</w:t>
      </w:r>
    </w:p>
    <w:p w:rsidR="00063CD9" w:rsidRPr="00773CF2" w:rsidRDefault="00063CD9" w:rsidP="00063CD9">
      <w:pPr>
        <w:pStyle w:val="af1"/>
        <w:widowControl w:val="0"/>
        <w:numPr>
          <w:ilvl w:val="0"/>
          <w:numId w:val="28"/>
        </w:numPr>
        <w:tabs>
          <w:tab w:val="left" w:pos="709"/>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eastAsia="Times New Roman" w:hAnsi="Times New Roman" w:cs="Times New Roman"/>
          <w:color w:val="000000"/>
          <w:sz w:val="24"/>
          <w:szCs w:val="24"/>
          <w:lang w:val="ru-RU"/>
        </w:rPr>
        <w:t>не полностью соблюдались правила техники безопасности.</w:t>
      </w:r>
    </w:p>
    <w:p w:rsidR="00063CD9" w:rsidRDefault="00063CD9" w:rsidP="00063CD9">
      <w:pPr>
        <w:widowControl w:val="0"/>
        <w:tabs>
          <w:tab w:val="left" w:pos="282"/>
          <w:tab w:val="left" w:pos="710"/>
        </w:tabs>
        <w:autoSpaceDE w:val="0"/>
        <w:autoSpaceDN w:val="0"/>
        <w:ind w:right="566" w:firstLine="567"/>
        <w:rPr>
          <w:rFonts w:ascii="Times New Roman" w:hAnsi="Times New Roman" w:cs="Times New Roman"/>
          <w:sz w:val="24"/>
          <w:szCs w:val="24"/>
        </w:rPr>
      </w:pPr>
      <w:r w:rsidRPr="00773CF2">
        <w:rPr>
          <w:rFonts w:ascii="Times New Roman" w:eastAsia="Times New Roman" w:hAnsi="Times New Roman" w:cs="Times New Roman"/>
          <w:b/>
          <w:color w:val="000000"/>
          <w:sz w:val="24"/>
          <w:szCs w:val="24"/>
        </w:rPr>
        <w:t>Оценка «2»</w:t>
      </w:r>
    </w:p>
    <w:p w:rsidR="00063CD9" w:rsidRDefault="00063CD9" w:rsidP="00063CD9">
      <w:pPr>
        <w:pStyle w:val="af1"/>
        <w:widowControl w:val="0"/>
        <w:numPr>
          <w:ilvl w:val="0"/>
          <w:numId w:val="28"/>
        </w:numPr>
        <w:tabs>
          <w:tab w:val="left" w:pos="282"/>
          <w:tab w:val="left" w:pos="709"/>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eastAsia="Times New Roman" w:hAnsi="Times New Roman" w:cs="Times New Roman"/>
          <w:color w:val="000000"/>
          <w:sz w:val="24"/>
          <w:szCs w:val="24"/>
          <w:lang w:val="ru-RU"/>
        </w:rPr>
        <w:t>имеют место существенные недостатки в планировании труда и организации рабочего места;</w:t>
      </w:r>
    </w:p>
    <w:p w:rsidR="00063CD9" w:rsidRDefault="00063CD9" w:rsidP="00063CD9">
      <w:pPr>
        <w:pStyle w:val="af1"/>
        <w:widowControl w:val="0"/>
        <w:numPr>
          <w:ilvl w:val="0"/>
          <w:numId w:val="28"/>
        </w:numPr>
        <w:tabs>
          <w:tab w:val="left" w:pos="282"/>
          <w:tab w:val="left" w:pos="709"/>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eastAsia="Times New Roman" w:hAnsi="Times New Roman" w:cs="Times New Roman"/>
          <w:color w:val="000000"/>
          <w:sz w:val="24"/>
          <w:szCs w:val="24"/>
          <w:lang w:val="ru-RU"/>
        </w:rPr>
        <w:t>неправильно выполнялись многие приемы труда;</w:t>
      </w:r>
    </w:p>
    <w:p w:rsidR="00063CD9" w:rsidRDefault="00063CD9" w:rsidP="00063CD9">
      <w:pPr>
        <w:pStyle w:val="af1"/>
        <w:widowControl w:val="0"/>
        <w:numPr>
          <w:ilvl w:val="0"/>
          <w:numId w:val="28"/>
        </w:numPr>
        <w:tabs>
          <w:tab w:val="left" w:pos="282"/>
          <w:tab w:val="left" w:pos="709"/>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hAnsi="Times New Roman" w:cs="Times New Roman"/>
          <w:sz w:val="24"/>
          <w:szCs w:val="24"/>
          <w:lang w:val="ru-RU"/>
        </w:rPr>
        <w:tab/>
      </w:r>
      <w:r w:rsidRPr="00773CF2">
        <w:rPr>
          <w:rFonts w:ascii="Times New Roman" w:eastAsia="Times New Roman" w:hAnsi="Times New Roman" w:cs="Times New Roman"/>
          <w:color w:val="000000"/>
          <w:sz w:val="24"/>
          <w:szCs w:val="24"/>
          <w:lang w:val="ru-RU"/>
        </w:rPr>
        <w:t>самостоятельность в работе почти отсутствовала;</w:t>
      </w:r>
    </w:p>
    <w:p w:rsidR="00063CD9" w:rsidRDefault="00063CD9" w:rsidP="00063CD9">
      <w:pPr>
        <w:pStyle w:val="af1"/>
        <w:widowControl w:val="0"/>
        <w:numPr>
          <w:ilvl w:val="0"/>
          <w:numId w:val="28"/>
        </w:numPr>
        <w:tabs>
          <w:tab w:val="left" w:pos="282"/>
          <w:tab w:val="left" w:pos="709"/>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eastAsia="Times New Roman" w:hAnsi="Times New Roman" w:cs="Times New Roman"/>
          <w:color w:val="000000"/>
          <w:sz w:val="24"/>
          <w:szCs w:val="24"/>
          <w:lang w:val="ru-RU"/>
        </w:rPr>
        <w:t>норма времени недовыполнена на 20-30 %;</w:t>
      </w:r>
    </w:p>
    <w:p w:rsidR="00063CD9" w:rsidRPr="00913DD6" w:rsidRDefault="00063CD9" w:rsidP="00063CD9">
      <w:pPr>
        <w:pStyle w:val="af1"/>
        <w:widowControl w:val="0"/>
        <w:numPr>
          <w:ilvl w:val="0"/>
          <w:numId w:val="28"/>
        </w:numPr>
        <w:tabs>
          <w:tab w:val="left" w:pos="282"/>
          <w:tab w:val="left" w:pos="709"/>
        </w:tabs>
        <w:autoSpaceDE w:val="0"/>
        <w:autoSpaceDN w:val="0"/>
        <w:spacing w:after="0" w:line="240" w:lineRule="auto"/>
        <w:ind w:left="0" w:right="-1" w:firstLine="567"/>
        <w:contextualSpacing w:val="0"/>
        <w:jc w:val="both"/>
        <w:rPr>
          <w:rFonts w:ascii="Times New Roman" w:hAnsi="Times New Roman" w:cs="Times New Roman"/>
          <w:sz w:val="24"/>
          <w:szCs w:val="24"/>
          <w:lang w:val="ru-RU"/>
        </w:rPr>
      </w:pPr>
      <w:r w:rsidRPr="00773CF2">
        <w:rPr>
          <w:rFonts w:ascii="Times New Roman" w:eastAsia="Times New Roman" w:hAnsi="Times New Roman" w:cs="Times New Roman"/>
          <w:color w:val="000000"/>
          <w:sz w:val="24"/>
          <w:szCs w:val="24"/>
          <w:lang w:val="ru-RU"/>
        </w:rPr>
        <w:t>не соблюдались многие правила техники безопасности.</w:t>
      </w:r>
    </w:p>
    <w:p w:rsidR="00063CD9" w:rsidRPr="00913DD6" w:rsidRDefault="00063CD9" w:rsidP="00063CD9">
      <w:pPr>
        <w:pStyle w:val="af1"/>
        <w:widowControl w:val="0"/>
        <w:tabs>
          <w:tab w:val="left" w:pos="710"/>
        </w:tabs>
        <w:autoSpaceDE w:val="0"/>
        <w:autoSpaceDN w:val="0"/>
        <w:spacing w:after="0" w:line="240" w:lineRule="auto"/>
        <w:ind w:right="566"/>
        <w:contextualSpacing w:val="0"/>
        <w:jc w:val="center"/>
        <w:rPr>
          <w:rFonts w:ascii="Times New Roman" w:hAnsi="Times New Roman" w:cs="Times New Roman"/>
          <w:i/>
          <w:sz w:val="24"/>
          <w:szCs w:val="24"/>
          <w:u w:val="single"/>
          <w:lang w:val="ru-RU"/>
        </w:rPr>
      </w:pPr>
      <w:r w:rsidRPr="00913DD6">
        <w:rPr>
          <w:rFonts w:ascii="Times New Roman" w:hAnsi="Times New Roman" w:cs="Times New Roman"/>
          <w:b/>
          <w:i/>
          <w:sz w:val="24"/>
          <w:szCs w:val="24"/>
          <w:u w:val="single"/>
          <w:lang w:val="ru-RU"/>
        </w:rPr>
        <w:t>Тест</w:t>
      </w:r>
    </w:p>
    <w:p w:rsidR="00063CD9" w:rsidRPr="00913DD6" w:rsidRDefault="00063CD9" w:rsidP="00063CD9">
      <w:pPr>
        <w:widowControl w:val="0"/>
        <w:tabs>
          <w:tab w:val="left" w:pos="710"/>
        </w:tabs>
        <w:autoSpaceDE w:val="0"/>
        <w:autoSpaceDN w:val="0"/>
        <w:ind w:right="-1" w:firstLine="567"/>
        <w:jc w:val="both"/>
        <w:rPr>
          <w:rFonts w:ascii="Times New Roman" w:hAnsi="Times New Roman" w:cs="Times New Roman"/>
          <w:sz w:val="24"/>
          <w:szCs w:val="24"/>
        </w:rPr>
      </w:pPr>
      <w:r w:rsidRPr="00913DD6">
        <w:rPr>
          <w:rFonts w:ascii="Times New Roman" w:hAnsi="Times New Roman" w:cs="Times New Roman"/>
          <w:sz w:val="24"/>
          <w:szCs w:val="24"/>
        </w:rPr>
        <w:t>Оценивание тестовых работ обучающихся осуществляется в зависимости от процентного соотношения выполненных заданий.</w:t>
      </w:r>
    </w:p>
    <w:p w:rsidR="00063CD9" w:rsidRPr="00913DD6" w:rsidRDefault="00063CD9" w:rsidP="00063CD9">
      <w:pPr>
        <w:widowControl w:val="0"/>
        <w:tabs>
          <w:tab w:val="left" w:pos="710"/>
        </w:tabs>
        <w:autoSpaceDE w:val="0"/>
        <w:autoSpaceDN w:val="0"/>
        <w:ind w:right="566" w:firstLine="567"/>
        <w:rPr>
          <w:rFonts w:ascii="Times New Roman" w:hAnsi="Times New Roman" w:cs="Times New Roman"/>
          <w:sz w:val="24"/>
          <w:szCs w:val="24"/>
        </w:rPr>
      </w:pPr>
      <w:r w:rsidRPr="00913DD6">
        <w:rPr>
          <w:rFonts w:ascii="Times New Roman" w:hAnsi="Times New Roman" w:cs="Times New Roman"/>
          <w:sz w:val="24"/>
          <w:szCs w:val="24"/>
        </w:rPr>
        <w:lastRenderedPageBreak/>
        <w:t>Оценивается работа следующим образом:</w:t>
      </w:r>
    </w:p>
    <w:p w:rsidR="00063CD9" w:rsidRPr="00913DD6" w:rsidRDefault="00063CD9" w:rsidP="00063CD9">
      <w:pPr>
        <w:widowControl w:val="0"/>
        <w:tabs>
          <w:tab w:val="left" w:pos="710"/>
        </w:tabs>
        <w:autoSpaceDE w:val="0"/>
        <w:autoSpaceDN w:val="0"/>
        <w:ind w:right="566" w:firstLine="567"/>
        <w:rPr>
          <w:rFonts w:ascii="Times New Roman" w:hAnsi="Times New Roman" w:cs="Times New Roman"/>
          <w:sz w:val="24"/>
          <w:szCs w:val="24"/>
        </w:rPr>
      </w:pPr>
      <w:r w:rsidRPr="00913DD6">
        <w:rPr>
          <w:rFonts w:ascii="Times New Roman" w:eastAsia="Times New Roman" w:hAnsi="Times New Roman" w:cs="Times New Roman"/>
          <w:b/>
          <w:color w:val="000000"/>
          <w:sz w:val="24"/>
          <w:szCs w:val="24"/>
        </w:rPr>
        <w:t xml:space="preserve">Оценка </w:t>
      </w:r>
      <w:r w:rsidRPr="00913DD6">
        <w:rPr>
          <w:rFonts w:ascii="Times New Roman" w:hAnsi="Times New Roman" w:cs="Times New Roman"/>
          <w:b/>
          <w:sz w:val="24"/>
          <w:szCs w:val="24"/>
        </w:rPr>
        <w:t>«5»</w:t>
      </w:r>
      <w:r w:rsidRPr="00913DD6">
        <w:rPr>
          <w:rFonts w:ascii="Times New Roman" w:hAnsi="Times New Roman" w:cs="Times New Roman"/>
          <w:sz w:val="24"/>
          <w:szCs w:val="24"/>
        </w:rPr>
        <w:t xml:space="preserve"> - 85 – 100 %; </w:t>
      </w:r>
    </w:p>
    <w:p w:rsidR="00063CD9" w:rsidRPr="00913DD6" w:rsidRDefault="00063CD9" w:rsidP="00063CD9">
      <w:pPr>
        <w:widowControl w:val="0"/>
        <w:tabs>
          <w:tab w:val="left" w:pos="710"/>
        </w:tabs>
        <w:autoSpaceDE w:val="0"/>
        <w:autoSpaceDN w:val="0"/>
        <w:ind w:right="566" w:firstLine="567"/>
        <w:rPr>
          <w:rFonts w:ascii="Times New Roman" w:hAnsi="Times New Roman" w:cs="Times New Roman"/>
          <w:sz w:val="24"/>
          <w:szCs w:val="24"/>
        </w:rPr>
      </w:pPr>
      <w:r w:rsidRPr="00913DD6">
        <w:rPr>
          <w:rFonts w:ascii="Times New Roman" w:eastAsia="Times New Roman" w:hAnsi="Times New Roman" w:cs="Times New Roman"/>
          <w:b/>
          <w:color w:val="000000"/>
          <w:sz w:val="24"/>
          <w:szCs w:val="24"/>
        </w:rPr>
        <w:t xml:space="preserve">Оценка </w:t>
      </w:r>
      <w:r w:rsidRPr="00913DD6">
        <w:rPr>
          <w:rFonts w:ascii="Times New Roman" w:hAnsi="Times New Roman" w:cs="Times New Roman"/>
          <w:b/>
          <w:sz w:val="24"/>
          <w:szCs w:val="24"/>
        </w:rPr>
        <w:t>«4»</w:t>
      </w:r>
      <w:r w:rsidRPr="00913DD6">
        <w:rPr>
          <w:rFonts w:ascii="Times New Roman" w:hAnsi="Times New Roman" w:cs="Times New Roman"/>
          <w:sz w:val="24"/>
          <w:szCs w:val="24"/>
        </w:rPr>
        <w:t xml:space="preserve"> - 65 – 84 %; </w:t>
      </w:r>
    </w:p>
    <w:p w:rsidR="00063CD9" w:rsidRPr="00913DD6" w:rsidRDefault="00063CD9" w:rsidP="00063CD9">
      <w:pPr>
        <w:widowControl w:val="0"/>
        <w:tabs>
          <w:tab w:val="left" w:pos="710"/>
        </w:tabs>
        <w:autoSpaceDE w:val="0"/>
        <w:autoSpaceDN w:val="0"/>
        <w:ind w:right="566" w:firstLine="567"/>
        <w:rPr>
          <w:rFonts w:ascii="Times New Roman" w:hAnsi="Times New Roman" w:cs="Times New Roman"/>
          <w:sz w:val="24"/>
          <w:szCs w:val="24"/>
        </w:rPr>
      </w:pPr>
      <w:r w:rsidRPr="00913DD6">
        <w:rPr>
          <w:rFonts w:ascii="Times New Roman" w:eastAsia="Times New Roman" w:hAnsi="Times New Roman" w:cs="Times New Roman"/>
          <w:b/>
          <w:color w:val="000000"/>
          <w:sz w:val="24"/>
          <w:szCs w:val="24"/>
        </w:rPr>
        <w:t xml:space="preserve">Оценка </w:t>
      </w:r>
      <w:r w:rsidRPr="00913DD6">
        <w:rPr>
          <w:rFonts w:ascii="Times New Roman" w:hAnsi="Times New Roman" w:cs="Times New Roman"/>
          <w:b/>
          <w:sz w:val="24"/>
          <w:szCs w:val="24"/>
        </w:rPr>
        <w:t xml:space="preserve">«3» </w:t>
      </w:r>
      <w:r w:rsidRPr="00913DD6">
        <w:rPr>
          <w:rFonts w:ascii="Times New Roman" w:hAnsi="Times New Roman" w:cs="Times New Roman"/>
          <w:sz w:val="24"/>
          <w:szCs w:val="24"/>
        </w:rPr>
        <w:t xml:space="preserve">- 45 – 64 %; </w:t>
      </w:r>
    </w:p>
    <w:p w:rsidR="00063CD9" w:rsidRPr="00913DD6" w:rsidRDefault="00063CD9" w:rsidP="00063CD9">
      <w:pPr>
        <w:widowControl w:val="0"/>
        <w:tabs>
          <w:tab w:val="left" w:pos="710"/>
        </w:tabs>
        <w:autoSpaceDE w:val="0"/>
        <w:autoSpaceDN w:val="0"/>
        <w:ind w:right="566" w:firstLine="567"/>
        <w:rPr>
          <w:rFonts w:ascii="Times New Roman" w:hAnsi="Times New Roman" w:cs="Times New Roman"/>
          <w:sz w:val="24"/>
          <w:szCs w:val="24"/>
        </w:rPr>
      </w:pPr>
      <w:r w:rsidRPr="00913DD6">
        <w:rPr>
          <w:rFonts w:ascii="Times New Roman" w:eastAsia="Times New Roman" w:hAnsi="Times New Roman" w:cs="Times New Roman"/>
          <w:b/>
          <w:color w:val="000000"/>
          <w:sz w:val="24"/>
          <w:szCs w:val="24"/>
        </w:rPr>
        <w:t xml:space="preserve">Оценка </w:t>
      </w:r>
      <w:r w:rsidRPr="00913DD6">
        <w:rPr>
          <w:rFonts w:ascii="Times New Roman" w:hAnsi="Times New Roman" w:cs="Times New Roman"/>
          <w:b/>
          <w:sz w:val="24"/>
          <w:szCs w:val="24"/>
        </w:rPr>
        <w:t>«2»</w:t>
      </w:r>
      <w:r w:rsidRPr="00913DD6">
        <w:rPr>
          <w:rFonts w:ascii="Times New Roman" w:hAnsi="Times New Roman" w:cs="Times New Roman"/>
          <w:sz w:val="24"/>
          <w:szCs w:val="24"/>
        </w:rPr>
        <w:t xml:space="preserve"> - 0 – 44 %.</w:t>
      </w:r>
    </w:p>
    <w:p w:rsidR="00063CD9" w:rsidRPr="00913DD6" w:rsidRDefault="00063CD9" w:rsidP="00063CD9">
      <w:pPr>
        <w:widowControl w:val="0"/>
        <w:tabs>
          <w:tab w:val="left" w:pos="282"/>
          <w:tab w:val="left" w:pos="709"/>
        </w:tabs>
        <w:autoSpaceDE w:val="0"/>
        <w:autoSpaceDN w:val="0"/>
        <w:ind w:right="-1"/>
        <w:jc w:val="both"/>
        <w:rPr>
          <w:rFonts w:ascii="Times New Roman" w:hAnsi="Times New Roman" w:cs="Times New Roman"/>
          <w:sz w:val="24"/>
          <w:szCs w:val="24"/>
        </w:rPr>
      </w:pPr>
    </w:p>
    <w:p w:rsidR="00063CD9" w:rsidRPr="00EF4084" w:rsidRDefault="00063CD9" w:rsidP="00063CD9">
      <w:pPr>
        <w:widowControl w:val="0"/>
        <w:ind w:firstLine="567"/>
        <w:jc w:val="center"/>
        <w:rPr>
          <w:rFonts w:ascii="Times New Roman" w:hAnsi="Times New Roman" w:cs="Times New Roman"/>
          <w:b/>
          <w:bCs/>
          <w:sz w:val="24"/>
          <w:szCs w:val="24"/>
        </w:rPr>
      </w:pPr>
      <w:r w:rsidRPr="00EF4084">
        <w:rPr>
          <w:rFonts w:ascii="Times New Roman" w:hAnsi="Times New Roman" w:cs="Times New Roman"/>
          <w:b/>
          <w:bCs/>
          <w:sz w:val="24"/>
          <w:szCs w:val="24"/>
        </w:rPr>
        <w:t>ФИЗИЧЕСКАЯ КУЛЬТУРА</w:t>
      </w:r>
    </w:p>
    <w:p w:rsidR="00063CD9" w:rsidRDefault="00063CD9" w:rsidP="00063CD9">
      <w:pPr>
        <w:widowControl w:val="0"/>
        <w:ind w:firstLine="567"/>
        <w:jc w:val="both"/>
        <w:rPr>
          <w:rFonts w:ascii="Times New Roman" w:hAnsi="Times New Roman" w:cs="Times New Roman"/>
          <w:sz w:val="24"/>
          <w:szCs w:val="24"/>
        </w:rPr>
      </w:pPr>
      <w:r w:rsidRPr="00EF4084">
        <w:rPr>
          <w:rFonts w:ascii="Times New Roman" w:hAnsi="Times New Roman" w:cs="Times New Roman"/>
          <w:sz w:val="24"/>
          <w:szCs w:val="24"/>
        </w:rPr>
        <w:t xml:space="preserve">С целью проверки знаний используются следующие методы: опрос, проверочные беседы (без вызова из строя), тестирование. </w:t>
      </w:r>
    </w:p>
    <w:p w:rsidR="00063CD9" w:rsidRPr="00EF4084" w:rsidRDefault="00063CD9" w:rsidP="00063CD9">
      <w:pPr>
        <w:widowControl w:val="0"/>
        <w:ind w:firstLine="567"/>
        <w:jc w:val="both"/>
        <w:rPr>
          <w:rFonts w:ascii="Times New Roman" w:hAnsi="Times New Roman" w:cs="Times New Roman"/>
          <w:sz w:val="24"/>
          <w:szCs w:val="24"/>
        </w:rPr>
      </w:pPr>
      <w:r w:rsidRPr="00EF4084">
        <w:rPr>
          <w:rFonts w:ascii="Times New Roman" w:hAnsi="Times New Roman" w:cs="Times New Roman"/>
          <w:b/>
          <w:bCs/>
          <w:sz w:val="24"/>
          <w:szCs w:val="24"/>
        </w:rPr>
        <w:t>Оценка «5»</w:t>
      </w:r>
      <w:r>
        <w:rPr>
          <w:rFonts w:ascii="Times New Roman" w:hAnsi="Times New Roman" w:cs="Times New Roman"/>
          <w:b/>
          <w:bCs/>
          <w:sz w:val="24"/>
          <w:szCs w:val="24"/>
        </w:rPr>
        <w:t xml:space="preserve"> - з</w:t>
      </w:r>
      <w:r w:rsidRPr="00EF4084">
        <w:rPr>
          <w:rFonts w:ascii="Times New Roman" w:hAnsi="Times New Roman" w:cs="Times New Roman"/>
          <w:sz w:val="24"/>
          <w:szCs w:val="24"/>
        </w:rPr>
        <w:t xml:space="preserve">а ответ, в котором </w:t>
      </w:r>
      <w:r>
        <w:rPr>
          <w:rFonts w:ascii="Times New Roman" w:hAnsi="Times New Roman" w:cs="Times New Roman"/>
          <w:sz w:val="24"/>
          <w:szCs w:val="24"/>
        </w:rPr>
        <w:t>об</w:t>
      </w:r>
      <w:r w:rsidRPr="00EF4084">
        <w:rPr>
          <w:rFonts w:ascii="Times New Roman" w:hAnsi="Times New Roman" w:cs="Times New Roman"/>
          <w:sz w:val="24"/>
          <w:szCs w:val="24"/>
        </w:rPr>
        <w:t>уча</w:t>
      </w:r>
      <w:r>
        <w:rPr>
          <w:rFonts w:ascii="Times New Roman" w:hAnsi="Times New Roman" w:cs="Times New Roman"/>
          <w:sz w:val="24"/>
          <w:szCs w:val="24"/>
        </w:rPr>
        <w:t>ю</w:t>
      </w:r>
      <w:r w:rsidRPr="00EF4084">
        <w:rPr>
          <w:rFonts w:ascii="Times New Roman" w:hAnsi="Times New Roman" w:cs="Times New Roman"/>
          <w:sz w:val="24"/>
          <w:szCs w:val="24"/>
        </w:rPr>
        <w:t>щийся систематически демонстрирует глубокое понимание сущности материала; логично его излагает, используя в деятельности</w:t>
      </w:r>
      <w:proofErr w:type="gramStart"/>
      <w:r w:rsidRPr="00EF4084">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063CD9" w:rsidRDefault="00063CD9" w:rsidP="00063CD9">
      <w:pPr>
        <w:widowControl w:val="0"/>
        <w:ind w:firstLine="567"/>
        <w:jc w:val="both"/>
        <w:rPr>
          <w:rFonts w:ascii="Times New Roman" w:hAnsi="Times New Roman" w:cs="Times New Roman"/>
          <w:sz w:val="24"/>
          <w:szCs w:val="24"/>
        </w:rPr>
      </w:pPr>
      <w:r w:rsidRPr="00EF4084">
        <w:rPr>
          <w:rFonts w:ascii="Times New Roman" w:hAnsi="Times New Roman" w:cs="Times New Roman"/>
          <w:b/>
          <w:bCs/>
          <w:sz w:val="24"/>
          <w:szCs w:val="24"/>
        </w:rPr>
        <w:t xml:space="preserve">Оценка </w:t>
      </w:r>
      <w:r>
        <w:rPr>
          <w:rFonts w:ascii="Times New Roman" w:hAnsi="Times New Roman" w:cs="Times New Roman"/>
          <w:b/>
          <w:bCs/>
          <w:sz w:val="24"/>
          <w:szCs w:val="24"/>
        </w:rPr>
        <w:t>«</w:t>
      </w:r>
      <w:r w:rsidRPr="00EF4084">
        <w:rPr>
          <w:rFonts w:ascii="Times New Roman" w:hAnsi="Times New Roman" w:cs="Times New Roman"/>
          <w:b/>
          <w:bCs/>
          <w:sz w:val="24"/>
          <w:szCs w:val="24"/>
        </w:rPr>
        <w:t>4</w:t>
      </w:r>
      <w:r>
        <w:rPr>
          <w:rFonts w:ascii="Times New Roman" w:hAnsi="Times New Roman" w:cs="Times New Roman"/>
          <w:b/>
          <w:bCs/>
          <w:sz w:val="24"/>
          <w:szCs w:val="24"/>
        </w:rPr>
        <w:t xml:space="preserve">» - </w:t>
      </w:r>
      <w:r>
        <w:rPr>
          <w:rFonts w:ascii="Times New Roman" w:hAnsi="Times New Roman" w:cs="Times New Roman"/>
          <w:sz w:val="24"/>
          <w:szCs w:val="24"/>
        </w:rPr>
        <w:t>з</w:t>
      </w:r>
      <w:r w:rsidRPr="00EF4084">
        <w:rPr>
          <w:rFonts w:ascii="Times New Roman" w:hAnsi="Times New Roman" w:cs="Times New Roman"/>
          <w:sz w:val="24"/>
          <w:szCs w:val="24"/>
        </w:rPr>
        <w:t xml:space="preserve">а тот же ответ, если в нем содержатся небольшие неточности и незначительные ошибки. </w:t>
      </w:r>
    </w:p>
    <w:p w:rsidR="00063CD9" w:rsidRPr="00EF4084" w:rsidRDefault="00063CD9" w:rsidP="00063CD9">
      <w:pPr>
        <w:widowControl w:val="0"/>
        <w:ind w:firstLine="567"/>
        <w:jc w:val="both"/>
        <w:rPr>
          <w:rFonts w:ascii="Times New Roman" w:hAnsi="Times New Roman" w:cs="Times New Roman"/>
          <w:sz w:val="24"/>
          <w:szCs w:val="24"/>
        </w:rPr>
      </w:pPr>
      <w:r w:rsidRPr="00EF4084">
        <w:rPr>
          <w:rFonts w:ascii="Times New Roman" w:hAnsi="Times New Roman" w:cs="Times New Roman"/>
          <w:b/>
          <w:bCs/>
          <w:sz w:val="24"/>
          <w:szCs w:val="24"/>
        </w:rPr>
        <w:t xml:space="preserve">Оценка </w:t>
      </w:r>
      <w:r>
        <w:rPr>
          <w:rFonts w:ascii="Times New Roman" w:hAnsi="Times New Roman" w:cs="Times New Roman"/>
          <w:b/>
          <w:bCs/>
          <w:sz w:val="24"/>
          <w:szCs w:val="24"/>
        </w:rPr>
        <w:t>«</w:t>
      </w:r>
      <w:r w:rsidRPr="00EF4084">
        <w:rPr>
          <w:rFonts w:ascii="Times New Roman" w:hAnsi="Times New Roman" w:cs="Times New Roman"/>
          <w:b/>
          <w:bCs/>
          <w:sz w:val="24"/>
          <w:szCs w:val="24"/>
        </w:rPr>
        <w:t>3</w:t>
      </w:r>
      <w:r>
        <w:rPr>
          <w:rFonts w:ascii="Times New Roman" w:hAnsi="Times New Roman" w:cs="Times New Roman"/>
          <w:b/>
          <w:bCs/>
          <w:sz w:val="24"/>
          <w:szCs w:val="24"/>
        </w:rPr>
        <w:t xml:space="preserve">» - </w:t>
      </w:r>
      <w:r>
        <w:rPr>
          <w:rFonts w:ascii="Times New Roman" w:hAnsi="Times New Roman" w:cs="Times New Roman"/>
          <w:sz w:val="24"/>
          <w:szCs w:val="24"/>
        </w:rPr>
        <w:t>з</w:t>
      </w:r>
      <w:r w:rsidRPr="00EF4084">
        <w:rPr>
          <w:rFonts w:ascii="Times New Roman" w:hAnsi="Times New Roman" w:cs="Times New Roman"/>
          <w:sz w:val="24"/>
          <w:szCs w:val="24"/>
        </w:rPr>
        <w:t>а ответ, в котором отсутствует логическая последовательность, имеются пробелы в знании материала, нет должной аргументации и умения использовать знания на практике.</w:t>
      </w:r>
    </w:p>
    <w:p w:rsidR="00063CD9" w:rsidRPr="00EF4084" w:rsidRDefault="00063CD9" w:rsidP="00063CD9">
      <w:pPr>
        <w:widowControl w:val="0"/>
        <w:ind w:firstLine="567"/>
        <w:jc w:val="both"/>
        <w:rPr>
          <w:rFonts w:ascii="Times New Roman" w:hAnsi="Times New Roman" w:cs="Times New Roman"/>
          <w:sz w:val="24"/>
          <w:szCs w:val="24"/>
        </w:rPr>
      </w:pPr>
      <w:r w:rsidRPr="00EF4084">
        <w:rPr>
          <w:rFonts w:ascii="Times New Roman" w:hAnsi="Times New Roman" w:cs="Times New Roman"/>
          <w:b/>
          <w:bCs/>
          <w:sz w:val="24"/>
          <w:szCs w:val="24"/>
        </w:rPr>
        <w:t xml:space="preserve">Оценка </w:t>
      </w:r>
      <w:r>
        <w:rPr>
          <w:rFonts w:ascii="Times New Roman" w:hAnsi="Times New Roman" w:cs="Times New Roman"/>
          <w:b/>
          <w:bCs/>
          <w:sz w:val="24"/>
          <w:szCs w:val="24"/>
        </w:rPr>
        <w:t>«</w:t>
      </w:r>
      <w:r w:rsidRPr="00EF4084">
        <w:rPr>
          <w:rFonts w:ascii="Times New Roman" w:hAnsi="Times New Roman" w:cs="Times New Roman"/>
          <w:b/>
          <w:bCs/>
          <w:sz w:val="24"/>
          <w:szCs w:val="24"/>
        </w:rPr>
        <w:t>2</w:t>
      </w:r>
      <w:r>
        <w:rPr>
          <w:rFonts w:ascii="Times New Roman" w:hAnsi="Times New Roman" w:cs="Times New Roman"/>
          <w:b/>
          <w:bCs/>
          <w:sz w:val="24"/>
          <w:szCs w:val="24"/>
        </w:rPr>
        <w:t xml:space="preserve">» - </w:t>
      </w:r>
      <w:r>
        <w:rPr>
          <w:rFonts w:ascii="Times New Roman" w:hAnsi="Times New Roman" w:cs="Times New Roman"/>
          <w:sz w:val="24"/>
          <w:szCs w:val="24"/>
        </w:rPr>
        <w:t>з</w:t>
      </w:r>
      <w:r w:rsidRPr="00EF4084">
        <w:rPr>
          <w:rFonts w:ascii="Times New Roman" w:hAnsi="Times New Roman" w:cs="Times New Roman"/>
          <w:sz w:val="24"/>
          <w:szCs w:val="24"/>
        </w:rPr>
        <w:t>а ответ, в котором отсутствует логическая последовательность, имеются большие пробелы</w:t>
      </w:r>
      <w:r>
        <w:rPr>
          <w:rFonts w:ascii="Times New Roman" w:hAnsi="Times New Roman" w:cs="Times New Roman"/>
          <w:sz w:val="24"/>
          <w:szCs w:val="24"/>
        </w:rPr>
        <w:t xml:space="preserve"> </w:t>
      </w:r>
      <w:r w:rsidRPr="00EF4084">
        <w:rPr>
          <w:rFonts w:ascii="Times New Roman" w:hAnsi="Times New Roman" w:cs="Times New Roman"/>
          <w:sz w:val="24"/>
          <w:szCs w:val="24"/>
        </w:rPr>
        <w:t>в знании материала</w:t>
      </w:r>
      <w:r>
        <w:rPr>
          <w:rFonts w:ascii="Times New Roman" w:hAnsi="Times New Roman" w:cs="Times New Roman"/>
          <w:sz w:val="24"/>
          <w:szCs w:val="24"/>
        </w:rPr>
        <w:t>.</w:t>
      </w:r>
    </w:p>
    <w:p w:rsidR="00063CD9" w:rsidRPr="00EF4084" w:rsidRDefault="00063CD9" w:rsidP="00063CD9">
      <w:pPr>
        <w:widowControl w:val="0"/>
        <w:ind w:firstLine="567"/>
        <w:jc w:val="center"/>
        <w:rPr>
          <w:rFonts w:ascii="Times New Roman" w:hAnsi="Times New Roman" w:cs="Times New Roman"/>
          <w:b/>
          <w:i/>
          <w:iCs/>
          <w:sz w:val="24"/>
          <w:szCs w:val="24"/>
          <w:u w:val="single"/>
        </w:rPr>
      </w:pPr>
      <w:r w:rsidRPr="00EF4084">
        <w:rPr>
          <w:rFonts w:ascii="Times New Roman" w:hAnsi="Times New Roman" w:cs="Times New Roman"/>
          <w:b/>
          <w:i/>
          <w:iCs/>
          <w:sz w:val="24"/>
          <w:szCs w:val="24"/>
          <w:u w:val="single"/>
        </w:rPr>
        <w:t>Техника владения двигательными умениями и навыками</w:t>
      </w:r>
    </w:p>
    <w:p w:rsidR="00063CD9" w:rsidRDefault="00063CD9" w:rsidP="00063CD9">
      <w:pPr>
        <w:widowControl w:val="0"/>
        <w:ind w:firstLine="567"/>
        <w:jc w:val="both"/>
        <w:rPr>
          <w:rFonts w:ascii="Times New Roman" w:hAnsi="Times New Roman" w:cs="Times New Roman"/>
          <w:sz w:val="24"/>
          <w:szCs w:val="24"/>
        </w:rPr>
      </w:pPr>
      <w:r w:rsidRPr="00EF4084">
        <w:rPr>
          <w:rFonts w:ascii="Times New Roman" w:hAnsi="Times New Roman" w:cs="Times New Roman"/>
          <w:sz w:val="24"/>
          <w:szCs w:val="24"/>
        </w:rPr>
        <w:t xml:space="preserve">Для оценки техники владения двигательными умениями и навыками используются следующие методы: наблюдение, вызов из строя для показа, выполнение упражнений и комбинированный метод. </w:t>
      </w:r>
    </w:p>
    <w:p w:rsidR="00063CD9" w:rsidRPr="00EF4084" w:rsidRDefault="00063CD9" w:rsidP="00063CD9">
      <w:pPr>
        <w:widowControl w:val="0"/>
        <w:ind w:firstLine="567"/>
        <w:jc w:val="both"/>
        <w:rPr>
          <w:rFonts w:ascii="Times New Roman" w:hAnsi="Times New Roman" w:cs="Times New Roman"/>
          <w:sz w:val="24"/>
          <w:szCs w:val="24"/>
        </w:rPr>
      </w:pPr>
      <w:proofErr w:type="gramStart"/>
      <w:r w:rsidRPr="00EF4084">
        <w:rPr>
          <w:rFonts w:ascii="Times New Roman" w:hAnsi="Times New Roman" w:cs="Times New Roman"/>
          <w:b/>
          <w:bCs/>
          <w:sz w:val="24"/>
          <w:szCs w:val="24"/>
        </w:rPr>
        <w:t>Оценка «5»</w:t>
      </w:r>
      <w:r>
        <w:rPr>
          <w:rFonts w:ascii="Times New Roman" w:hAnsi="Times New Roman" w:cs="Times New Roman"/>
          <w:b/>
          <w:bCs/>
          <w:sz w:val="24"/>
          <w:szCs w:val="24"/>
        </w:rPr>
        <w:t xml:space="preserve"> - д</w:t>
      </w:r>
      <w:r w:rsidRPr="00EF4084">
        <w:rPr>
          <w:rFonts w:ascii="Times New Roman" w:hAnsi="Times New Roman" w:cs="Times New Roman"/>
          <w:sz w:val="24"/>
          <w:szCs w:val="24"/>
        </w:rPr>
        <w:t>вижение или отдельные его элементы выполнены правильно, с соблюдением всех требований, без ошибок, легко, свободно, четко, уверенно, слитно, с отличной осанкой, в надлежащем ритме; ученик понимает сущность движения, его назначение, может разобраться в движении, объяснить, как оно выполняется, и продемонстрировать в нестандартных условиях; может определить и исправить ошибки, допущенные другим учеником;</w:t>
      </w:r>
      <w:proofErr w:type="gramEnd"/>
      <w:r w:rsidRPr="00EF4084">
        <w:rPr>
          <w:rFonts w:ascii="Times New Roman" w:hAnsi="Times New Roman" w:cs="Times New Roman"/>
          <w:sz w:val="24"/>
          <w:szCs w:val="24"/>
        </w:rPr>
        <w:t xml:space="preserve"> уверенно выполняет учебный норматив. </w:t>
      </w:r>
    </w:p>
    <w:p w:rsidR="00063CD9" w:rsidRDefault="00063CD9" w:rsidP="00063CD9">
      <w:pPr>
        <w:widowControl w:val="0"/>
        <w:ind w:firstLine="567"/>
        <w:jc w:val="both"/>
        <w:rPr>
          <w:rFonts w:ascii="Times New Roman" w:hAnsi="Times New Roman" w:cs="Times New Roman"/>
          <w:sz w:val="24"/>
          <w:szCs w:val="24"/>
        </w:rPr>
      </w:pPr>
      <w:r w:rsidRPr="00EF4084">
        <w:rPr>
          <w:rFonts w:ascii="Times New Roman" w:hAnsi="Times New Roman" w:cs="Times New Roman"/>
          <w:b/>
          <w:bCs/>
          <w:sz w:val="24"/>
          <w:szCs w:val="24"/>
        </w:rPr>
        <w:t xml:space="preserve">Оценка </w:t>
      </w:r>
      <w:r>
        <w:rPr>
          <w:rFonts w:ascii="Times New Roman" w:hAnsi="Times New Roman" w:cs="Times New Roman"/>
          <w:b/>
          <w:bCs/>
          <w:sz w:val="24"/>
          <w:szCs w:val="24"/>
        </w:rPr>
        <w:t>«</w:t>
      </w:r>
      <w:r w:rsidRPr="00EF4084">
        <w:rPr>
          <w:rFonts w:ascii="Times New Roman" w:hAnsi="Times New Roman" w:cs="Times New Roman"/>
          <w:b/>
          <w:bCs/>
          <w:sz w:val="24"/>
          <w:szCs w:val="24"/>
        </w:rPr>
        <w:t>4</w:t>
      </w:r>
      <w:r>
        <w:rPr>
          <w:rFonts w:ascii="Times New Roman" w:hAnsi="Times New Roman" w:cs="Times New Roman"/>
          <w:b/>
          <w:bCs/>
          <w:sz w:val="24"/>
          <w:szCs w:val="24"/>
        </w:rPr>
        <w:t xml:space="preserve">» - </w:t>
      </w:r>
      <w:r>
        <w:rPr>
          <w:rFonts w:ascii="Times New Roman" w:hAnsi="Times New Roman" w:cs="Times New Roman"/>
          <w:sz w:val="24"/>
          <w:szCs w:val="24"/>
        </w:rPr>
        <w:t>п</w:t>
      </w:r>
      <w:r w:rsidRPr="00EF4084">
        <w:rPr>
          <w:rFonts w:ascii="Times New Roman" w:hAnsi="Times New Roman" w:cs="Times New Roman"/>
          <w:sz w:val="24"/>
          <w:szCs w:val="24"/>
        </w:rPr>
        <w:t xml:space="preserve">ри выполнении ученик действует так же, как и в предыдущем случае, но допустил не более двух незначительных ошибок. </w:t>
      </w:r>
    </w:p>
    <w:p w:rsidR="00063CD9" w:rsidRPr="00EF4084" w:rsidRDefault="00063CD9" w:rsidP="00063CD9">
      <w:pPr>
        <w:widowControl w:val="0"/>
        <w:ind w:firstLine="567"/>
        <w:jc w:val="both"/>
        <w:rPr>
          <w:rFonts w:ascii="Times New Roman" w:hAnsi="Times New Roman" w:cs="Times New Roman"/>
          <w:sz w:val="24"/>
          <w:szCs w:val="24"/>
        </w:rPr>
      </w:pPr>
      <w:r w:rsidRPr="00EF4084">
        <w:rPr>
          <w:rFonts w:ascii="Times New Roman" w:hAnsi="Times New Roman" w:cs="Times New Roman"/>
          <w:b/>
          <w:bCs/>
          <w:sz w:val="24"/>
          <w:szCs w:val="24"/>
        </w:rPr>
        <w:t xml:space="preserve">Оценка </w:t>
      </w:r>
      <w:r>
        <w:rPr>
          <w:rFonts w:ascii="Times New Roman" w:hAnsi="Times New Roman" w:cs="Times New Roman"/>
          <w:b/>
          <w:bCs/>
          <w:sz w:val="24"/>
          <w:szCs w:val="24"/>
        </w:rPr>
        <w:t>«</w:t>
      </w:r>
      <w:r w:rsidRPr="00EF4084">
        <w:rPr>
          <w:rFonts w:ascii="Times New Roman" w:hAnsi="Times New Roman" w:cs="Times New Roman"/>
          <w:b/>
          <w:bCs/>
          <w:sz w:val="24"/>
          <w:szCs w:val="24"/>
        </w:rPr>
        <w:t>3</w:t>
      </w:r>
      <w:r>
        <w:rPr>
          <w:rFonts w:ascii="Times New Roman" w:hAnsi="Times New Roman" w:cs="Times New Roman"/>
          <w:b/>
          <w:bCs/>
          <w:sz w:val="24"/>
          <w:szCs w:val="24"/>
        </w:rPr>
        <w:t xml:space="preserve">» - </w:t>
      </w:r>
      <w:r>
        <w:rPr>
          <w:rFonts w:ascii="Times New Roman" w:hAnsi="Times New Roman" w:cs="Times New Roman"/>
          <w:sz w:val="24"/>
          <w:szCs w:val="24"/>
        </w:rPr>
        <w:t>д</w:t>
      </w:r>
      <w:r w:rsidRPr="00EF4084">
        <w:rPr>
          <w:rFonts w:ascii="Times New Roman" w:hAnsi="Times New Roman" w:cs="Times New Roman"/>
          <w:sz w:val="24"/>
          <w:szCs w:val="24"/>
        </w:rPr>
        <w:t>вигательное действие в основном выполнено правильно, но допущена одна грубая или несколько мелких ошибок, приведших к скова</w:t>
      </w:r>
      <w:r>
        <w:rPr>
          <w:rFonts w:ascii="Times New Roman" w:hAnsi="Times New Roman" w:cs="Times New Roman"/>
          <w:sz w:val="24"/>
          <w:szCs w:val="24"/>
        </w:rPr>
        <w:t xml:space="preserve">нности движений, неуверенности; </w:t>
      </w:r>
      <w:proofErr w:type="gramStart"/>
      <w:r>
        <w:rPr>
          <w:rFonts w:ascii="Times New Roman" w:hAnsi="Times New Roman" w:cs="Times New Roman"/>
          <w:sz w:val="24"/>
          <w:szCs w:val="24"/>
        </w:rPr>
        <w:t>обу</w:t>
      </w:r>
      <w:r w:rsidRPr="00EF4084">
        <w:rPr>
          <w:rFonts w:ascii="Times New Roman" w:hAnsi="Times New Roman" w:cs="Times New Roman"/>
          <w:sz w:val="24"/>
          <w:szCs w:val="24"/>
        </w:rPr>
        <w:t>ча</w:t>
      </w:r>
      <w:r>
        <w:rPr>
          <w:rFonts w:ascii="Times New Roman" w:hAnsi="Times New Roman" w:cs="Times New Roman"/>
          <w:sz w:val="24"/>
          <w:szCs w:val="24"/>
        </w:rPr>
        <w:t>ю</w:t>
      </w:r>
      <w:r w:rsidRPr="00EF4084">
        <w:rPr>
          <w:rFonts w:ascii="Times New Roman" w:hAnsi="Times New Roman" w:cs="Times New Roman"/>
          <w:sz w:val="24"/>
          <w:szCs w:val="24"/>
        </w:rPr>
        <w:t>щийся</w:t>
      </w:r>
      <w:proofErr w:type="gramEnd"/>
      <w:r w:rsidRPr="00EF4084">
        <w:rPr>
          <w:rFonts w:ascii="Times New Roman" w:hAnsi="Times New Roman" w:cs="Times New Roman"/>
          <w:sz w:val="24"/>
          <w:szCs w:val="24"/>
        </w:rPr>
        <w:t xml:space="preserve"> не может выполнить движение в нестандартных и сложных в сравнении с уроком условиях</w:t>
      </w:r>
      <w:r>
        <w:rPr>
          <w:rFonts w:ascii="Times New Roman" w:hAnsi="Times New Roman" w:cs="Times New Roman"/>
          <w:sz w:val="24"/>
          <w:szCs w:val="24"/>
        </w:rPr>
        <w:t>.</w:t>
      </w:r>
    </w:p>
    <w:p w:rsidR="00063CD9" w:rsidRPr="00EF4084" w:rsidRDefault="00063CD9" w:rsidP="00063CD9">
      <w:pPr>
        <w:widowControl w:val="0"/>
        <w:ind w:firstLine="567"/>
        <w:rPr>
          <w:rFonts w:ascii="Times New Roman" w:hAnsi="Times New Roman" w:cs="Times New Roman"/>
          <w:sz w:val="24"/>
          <w:szCs w:val="24"/>
        </w:rPr>
      </w:pPr>
      <w:r w:rsidRPr="00EF4084">
        <w:rPr>
          <w:rFonts w:ascii="Times New Roman" w:hAnsi="Times New Roman" w:cs="Times New Roman"/>
          <w:b/>
          <w:bCs/>
          <w:sz w:val="24"/>
          <w:szCs w:val="24"/>
        </w:rPr>
        <w:t xml:space="preserve">Оценка </w:t>
      </w:r>
      <w:r>
        <w:rPr>
          <w:rFonts w:ascii="Times New Roman" w:hAnsi="Times New Roman" w:cs="Times New Roman"/>
          <w:b/>
          <w:bCs/>
          <w:sz w:val="24"/>
          <w:szCs w:val="24"/>
        </w:rPr>
        <w:t>«</w:t>
      </w:r>
      <w:r w:rsidRPr="00EF4084">
        <w:rPr>
          <w:rFonts w:ascii="Times New Roman" w:hAnsi="Times New Roman" w:cs="Times New Roman"/>
          <w:b/>
          <w:bCs/>
          <w:sz w:val="24"/>
          <w:szCs w:val="24"/>
        </w:rPr>
        <w:t>2</w:t>
      </w:r>
      <w:r>
        <w:rPr>
          <w:rFonts w:ascii="Times New Roman" w:hAnsi="Times New Roman" w:cs="Times New Roman"/>
          <w:b/>
          <w:bCs/>
          <w:sz w:val="24"/>
          <w:szCs w:val="24"/>
        </w:rPr>
        <w:t xml:space="preserve">» - </w:t>
      </w:r>
      <w:r>
        <w:rPr>
          <w:rFonts w:ascii="Times New Roman" w:hAnsi="Times New Roman" w:cs="Times New Roman"/>
          <w:sz w:val="24"/>
          <w:szCs w:val="24"/>
        </w:rPr>
        <w:t>д</w:t>
      </w:r>
      <w:r w:rsidRPr="00EF4084">
        <w:rPr>
          <w:rFonts w:ascii="Times New Roman" w:hAnsi="Times New Roman" w:cs="Times New Roman"/>
          <w:sz w:val="24"/>
          <w:szCs w:val="24"/>
        </w:rPr>
        <w:t>вижение или отдельные его элементы выполнены неправильно, допущено более двух значительных или одна грубая ошибка</w:t>
      </w:r>
      <w:r>
        <w:rPr>
          <w:rFonts w:ascii="Times New Roman" w:hAnsi="Times New Roman" w:cs="Times New Roman"/>
          <w:sz w:val="24"/>
          <w:szCs w:val="24"/>
        </w:rPr>
        <w:t>.</w:t>
      </w:r>
    </w:p>
    <w:p w:rsidR="00063CD9" w:rsidRDefault="00063CD9" w:rsidP="00063CD9">
      <w:pPr>
        <w:widowControl w:val="0"/>
        <w:ind w:firstLine="567"/>
        <w:jc w:val="center"/>
        <w:rPr>
          <w:rFonts w:ascii="Times New Roman" w:hAnsi="Times New Roman" w:cs="Times New Roman"/>
          <w:b/>
          <w:i/>
          <w:iCs/>
          <w:sz w:val="24"/>
          <w:szCs w:val="24"/>
          <w:u w:val="single"/>
        </w:rPr>
      </w:pPr>
      <w:r w:rsidRPr="00EF4084">
        <w:rPr>
          <w:rFonts w:ascii="Times New Roman" w:hAnsi="Times New Roman" w:cs="Times New Roman"/>
          <w:b/>
          <w:i/>
          <w:iCs/>
          <w:sz w:val="24"/>
          <w:szCs w:val="24"/>
          <w:u w:val="single"/>
        </w:rPr>
        <w:t>Владение способами и умением осуществлять физкультурно-оздоровительную деятельность</w:t>
      </w:r>
    </w:p>
    <w:p w:rsidR="00063CD9" w:rsidRDefault="00063CD9" w:rsidP="00063CD9">
      <w:pPr>
        <w:widowControl w:val="0"/>
        <w:ind w:firstLine="567"/>
        <w:jc w:val="both"/>
        <w:rPr>
          <w:rFonts w:ascii="Times New Roman" w:hAnsi="Times New Roman" w:cs="Times New Roman"/>
          <w:sz w:val="24"/>
          <w:szCs w:val="24"/>
        </w:rPr>
      </w:pPr>
      <w:r>
        <w:rPr>
          <w:rFonts w:ascii="Times New Roman" w:hAnsi="Times New Roman" w:cs="Times New Roman"/>
          <w:b/>
          <w:bCs/>
          <w:sz w:val="24"/>
          <w:szCs w:val="24"/>
        </w:rPr>
        <w:t xml:space="preserve">Оценка «5» - </w:t>
      </w:r>
      <w:proofErr w:type="gramStart"/>
      <w:r w:rsidRPr="00F446A9">
        <w:rPr>
          <w:rFonts w:ascii="Times New Roman" w:hAnsi="Times New Roman" w:cs="Times New Roman"/>
          <w:bCs/>
          <w:sz w:val="24"/>
          <w:szCs w:val="24"/>
        </w:rPr>
        <w:t>обу</w:t>
      </w:r>
      <w:r w:rsidRPr="00F446A9">
        <w:rPr>
          <w:rFonts w:ascii="Times New Roman" w:hAnsi="Times New Roman" w:cs="Times New Roman"/>
          <w:sz w:val="24"/>
          <w:szCs w:val="24"/>
        </w:rPr>
        <w:t>ча</w:t>
      </w:r>
      <w:r>
        <w:rPr>
          <w:rFonts w:ascii="Times New Roman" w:hAnsi="Times New Roman" w:cs="Times New Roman"/>
          <w:sz w:val="24"/>
          <w:szCs w:val="24"/>
        </w:rPr>
        <w:t>ю</w:t>
      </w:r>
      <w:r w:rsidRPr="00F446A9">
        <w:rPr>
          <w:rFonts w:ascii="Times New Roman" w:hAnsi="Times New Roman" w:cs="Times New Roman"/>
          <w:sz w:val="24"/>
          <w:szCs w:val="24"/>
        </w:rPr>
        <w:t>щийся</w:t>
      </w:r>
      <w:proofErr w:type="gramEnd"/>
      <w:r w:rsidRPr="00F446A9">
        <w:rPr>
          <w:rFonts w:ascii="Times New Roman" w:hAnsi="Times New Roman" w:cs="Times New Roman"/>
          <w:sz w:val="24"/>
          <w:szCs w:val="24"/>
        </w:rPr>
        <w:t xml:space="preserve"> умеет: </w:t>
      </w:r>
    </w:p>
    <w:p w:rsidR="00063CD9" w:rsidRDefault="00063CD9" w:rsidP="00063CD9">
      <w:pPr>
        <w:widowControl w:val="0"/>
        <w:ind w:firstLine="567"/>
        <w:jc w:val="both"/>
        <w:rPr>
          <w:rFonts w:ascii="Times New Roman" w:hAnsi="Times New Roman" w:cs="Times New Roman"/>
          <w:sz w:val="24"/>
          <w:szCs w:val="24"/>
        </w:rPr>
      </w:pPr>
      <w:r w:rsidRPr="00F446A9">
        <w:rPr>
          <w:rFonts w:ascii="Times New Roman" w:hAnsi="Times New Roman" w:cs="Times New Roman"/>
          <w:sz w:val="24"/>
          <w:szCs w:val="24"/>
        </w:rPr>
        <w:t xml:space="preserve">- самостоятельно организовать место занятий; </w:t>
      </w:r>
    </w:p>
    <w:p w:rsidR="00063CD9" w:rsidRDefault="00063CD9" w:rsidP="00063CD9">
      <w:pPr>
        <w:widowControl w:val="0"/>
        <w:ind w:firstLine="567"/>
        <w:jc w:val="both"/>
        <w:rPr>
          <w:rFonts w:ascii="Times New Roman" w:hAnsi="Times New Roman" w:cs="Times New Roman"/>
          <w:sz w:val="24"/>
          <w:szCs w:val="24"/>
        </w:rPr>
      </w:pPr>
      <w:r w:rsidRPr="00F446A9">
        <w:rPr>
          <w:rFonts w:ascii="Times New Roman" w:hAnsi="Times New Roman" w:cs="Times New Roman"/>
          <w:sz w:val="24"/>
          <w:szCs w:val="24"/>
        </w:rPr>
        <w:t xml:space="preserve">- подбирать средства и инвентарь и применять их в конкретных условиях;  </w:t>
      </w:r>
    </w:p>
    <w:p w:rsidR="00063CD9" w:rsidRDefault="00063CD9" w:rsidP="00063CD9">
      <w:pPr>
        <w:widowControl w:val="0"/>
        <w:ind w:firstLine="567"/>
        <w:jc w:val="both"/>
        <w:rPr>
          <w:rFonts w:ascii="Times New Roman" w:hAnsi="Times New Roman" w:cs="Times New Roman"/>
          <w:sz w:val="24"/>
          <w:szCs w:val="24"/>
        </w:rPr>
      </w:pPr>
      <w:r w:rsidRPr="00F446A9">
        <w:rPr>
          <w:rFonts w:ascii="Times New Roman" w:hAnsi="Times New Roman" w:cs="Times New Roman"/>
          <w:sz w:val="24"/>
          <w:szCs w:val="24"/>
        </w:rPr>
        <w:t>- контролировать ход выполнения деятельности и оценивать итоги</w:t>
      </w:r>
      <w:r>
        <w:rPr>
          <w:rFonts w:ascii="Times New Roman" w:hAnsi="Times New Roman" w:cs="Times New Roman"/>
          <w:sz w:val="24"/>
          <w:szCs w:val="24"/>
        </w:rPr>
        <w:t>;</w:t>
      </w:r>
      <w:r w:rsidRPr="00F446A9">
        <w:rPr>
          <w:rFonts w:ascii="Times New Roman" w:hAnsi="Times New Roman" w:cs="Times New Roman"/>
          <w:sz w:val="24"/>
          <w:szCs w:val="24"/>
        </w:rPr>
        <w:t xml:space="preserve"> </w:t>
      </w:r>
    </w:p>
    <w:p w:rsidR="00063CD9" w:rsidRDefault="00063CD9" w:rsidP="00063CD9">
      <w:pPr>
        <w:widowControl w:val="0"/>
        <w:ind w:firstLine="567"/>
        <w:jc w:val="both"/>
        <w:rPr>
          <w:rFonts w:ascii="Times New Roman" w:hAnsi="Times New Roman" w:cs="Times New Roman"/>
          <w:sz w:val="24"/>
          <w:szCs w:val="24"/>
        </w:rPr>
      </w:pPr>
      <w:r w:rsidRPr="00F446A9">
        <w:rPr>
          <w:rFonts w:ascii="Times New Roman" w:hAnsi="Times New Roman" w:cs="Times New Roman"/>
          <w:sz w:val="24"/>
          <w:szCs w:val="24"/>
        </w:rPr>
        <w:t>- постоянно демонстрирует высокий уровень выполнения техники упражнений как одиночных, так и в связке</w:t>
      </w:r>
      <w:r>
        <w:rPr>
          <w:rFonts w:ascii="Times New Roman" w:hAnsi="Times New Roman" w:cs="Times New Roman"/>
          <w:sz w:val="24"/>
          <w:szCs w:val="24"/>
        </w:rPr>
        <w:t>.</w:t>
      </w:r>
    </w:p>
    <w:p w:rsidR="00063CD9" w:rsidRDefault="00063CD9" w:rsidP="00063CD9">
      <w:pPr>
        <w:widowControl w:val="0"/>
        <w:ind w:firstLine="567"/>
        <w:jc w:val="both"/>
        <w:rPr>
          <w:rFonts w:ascii="Times New Roman" w:hAnsi="Times New Roman" w:cs="Times New Roman"/>
          <w:sz w:val="24"/>
          <w:szCs w:val="24"/>
        </w:rPr>
      </w:pPr>
      <w:r>
        <w:rPr>
          <w:rFonts w:ascii="Times New Roman" w:hAnsi="Times New Roman" w:cs="Times New Roman"/>
          <w:b/>
          <w:bCs/>
          <w:sz w:val="24"/>
          <w:szCs w:val="24"/>
        </w:rPr>
        <w:t xml:space="preserve">Оценка «4» - </w:t>
      </w:r>
      <w:proofErr w:type="gramStart"/>
      <w:r>
        <w:rPr>
          <w:rFonts w:ascii="Times New Roman" w:hAnsi="Times New Roman" w:cs="Times New Roman"/>
          <w:sz w:val="24"/>
          <w:szCs w:val="24"/>
        </w:rPr>
        <w:t>обу</w:t>
      </w:r>
      <w:r w:rsidRPr="00F446A9">
        <w:rPr>
          <w:rFonts w:ascii="Times New Roman" w:hAnsi="Times New Roman" w:cs="Times New Roman"/>
          <w:sz w:val="24"/>
          <w:szCs w:val="24"/>
        </w:rPr>
        <w:t>ча</w:t>
      </w:r>
      <w:r>
        <w:rPr>
          <w:rFonts w:ascii="Times New Roman" w:hAnsi="Times New Roman" w:cs="Times New Roman"/>
          <w:sz w:val="24"/>
          <w:szCs w:val="24"/>
        </w:rPr>
        <w:t>ю</w:t>
      </w:r>
      <w:r w:rsidRPr="00F446A9">
        <w:rPr>
          <w:rFonts w:ascii="Times New Roman" w:hAnsi="Times New Roman" w:cs="Times New Roman"/>
          <w:sz w:val="24"/>
          <w:szCs w:val="24"/>
        </w:rPr>
        <w:t>щийся</w:t>
      </w:r>
      <w:proofErr w:type="gramEnd"/>
      <w:r w:rsidRPr="00F446A9">
        <w:rPr>
          <w:rFonts w:ascii="Times New Roman" w:hAnsi="Times New Roman" w:cs="Times New Roman"/>
          <w:sz w:val="24"/>
          <w:szCs w:val="24"/>
        </w:rPr>
        <w:t xml:space="preserve">: </w:t>
      </w:r>
    </w:p>
    <w:p w:rsidR="00063CD9" w:rsidRDefault="00063CD9" w:rsidP="00063CD9">
      <w:pPr>
        <w:widowControl w:val="0"/>
        <w:ind w:firstLine="567"/>
        <w:jc w:val="both"/>
        <w:rPr>
          <w:rFonts w:ascii="Times New Roman" w:hAnsi="Times New Roman" w:cs="Times New Roman"/>
          <w:sz w:val="24"/>
          <w:szCs w:val="24"/>
        </w:rPr>
      </w:pPr>
      <w:r>
        <w:rPr>
          <w:rFonts w:ascii="Times New Roman" w:hAnsi="Times New Roman" w:cs="Times New Roman"/>
          <w:sz w:val="24"/>
          <w:szCs w:val="24"/>
        </w:rPr>
        <w:t>-</w:t>
      </w:r>
      <w:r w:rsidRPr="00F446A9">
        <w:rPr>
          <w:rFonts w:ascii="Times New Roman" w:hAnsi="Times New Roman" w:cs="Times New Roman"/>
          <w:sz w:val="24"/>
          <w:szCs w:val="24"/>
        </w:rPr>
        <w:t xml:space="preserve"> организует место занятий в основном самостоятельно, лишь с незначительной помощью; </w:t>
      </w:r>
    </w:p>
    <w:p w:rsidR="00063CD9" w:rsidRDefault="00063CD9" w:rsidP="00063CD9">
      <w:pPr>
        <w:widowControl w:val="0"/>
        <w:ind w:firstLine="567"/>
        <w:jc w:val="both"/>
        <w:rPr>
          <w:rFonts w:ascii="Times New Roman" w:hAnsi="Times New Roman" w:cs="Times New Roman"/>
          <w:sz w:val="24"/>
          <w:szCs w:val="24"/>
        </w:rPr>
      </w:pPr>
      <w:r>
        <w:rPr>
          <w:rFonts w:ascii="Times New Roman" w:hAnsi="Times New Roman" w:cs="Times New Roman"/>
          <w:sz w:val="24"/>
          <w:szCs w:val="24"/>
        </w:rPr>
        <w:t>-</w:t>
      </w:r>
      <w:r w:rsidRPr="00F446A9">
        <w:rPr>
          <w:rFonts w:ascii="Times New Roman" w:hAnsi="Times New Roman" w:cs="Times New Roman"/>
          <w:sz w:val="24"/>
          <w:szCs w:val="24"/>
        </w:rPr>
        <w:t xml:space="preserve"> допускает незначительные ошибки в подборе средств; </w:t>
      </w:r>
    </w:p>
    <w:p w:rsidR="00063CD9" w:rsidRPr="00F446A9" w:rsidRDefault="00063CD9" w:rsidP="00063CD9">
      <w:pPr>
        <w:widowControl w:val="0"/>
        <w:ind w:firstLine="567"/>
        <w:jc w:val="both"/>
        <w:rPr>
          <w:rFonts w:ascii="Times New Roman" w:hAnsi="Times New Roman" w:cs="Times New Roman"/>
          <w:sz w:val="24"/>
          <w:szCs w:val="24"/>
        </w:rPr>
      </w:pPr>
      <w:r w:rsidRPr="00F446A9">
        <w:rPr>
          <w:rFonts w:ascii="Times New Roman" w:hAnsi="Times New Roman" w:cs="Times New Roman"/>
          <w:sz w:val="24"/>
          <w:szCs w:val="24"/>
        </w:rPr>
        <w:t>- контролирует ход выполнения деятельности и</w:t>
      </w:r>
      <w:r>
        <w:rPr>
          <w:rFonts w:ascii="Times New Roman" w:hAnsi="Times New Roman" w:cs="Times New Roman"/>
          <w:sz w:val="24"/>
          <w:szCs w:val="24"/>
        </w:rPr>
        <w:t xml:space="preserve"> оценивает итоги.</w:t>
      </w:r>
    </w:p>
    <w:p w:rsidR="00063CD9" w:rsidRDefault="00063CD9" w:rsidP="00063CD9">
      <w:pPr>
        <w:widowControl w:val="0"/>
        <w:ind w:firstLine="567"/>
        <w:jc w:val="both"/>
        <w:rPr>
          <w:rFonts w:ascii="Times New Roman" w:hAnsi="Times New Roman" w:cs="Times New Roman"/>
          <w:sz w:val="24"/>
          <w:szCs w:val="24"/>
        </w:rPr>
      </w:pPr>
      <w:r>
        <w:rPr>
          <w:rFonts w:ascii="Times New Roman" w:hAnsi="Times New Roman" w:cs="Times New Roman"/>
          <w:b/>
          <w:bCs/>
          <w:sz w:val="24"/>
          <w:szCs w:val="24"/>
        </w:rPr>
        <w:t xml:space="preserve">Оценка «3» - </w:t>
      </w:r>
      <w:r>
        <w:rPr>
          <w:rFonts w:ascii="Times New Roman" w:hAnsi="Times New Roman" w:cs="Times New Roman"/>
          <w:sz w:val="24"/>
          <w:szCs w:val="24"/>
        </w:rPr>
        <w:t>б</w:t>
      </w:r>
      <w:r w:rsidRPr="00F446A9">
        <w:rPr>
          <w:rFonts w:ascii="Times New Roman" w:hAnsi="Times New Roman" w:cs="Times New Roman"/>
          <w:sz w:val="24"/>
          <w:szCs w:val="24"/>
        </w:rPr>
        <w:t>олее половины видов самостоятельной деятельности выполнены с помощью учителя или не выполняется один из пунктов</w:t>
      </w:r>
      <w:r>
        <w:rPr>
          <w:rFonts w:ascii="Times New Roman" w:hAnsi="Times New Roman" w:cs="Times New Roman"/>
          <w:sz w:val="24"/>
          <w:szCs w:val="24"/>
        </w:rPr>
        <w:t>.</w:t>
      </w:r>
    </w:p>
    <w:p w:rsidR="00063CD9" w:rsidRPr="00F446A9" w:rsidRDefault="00063CD9" w:rsidP="00063CD9">
      <w:pPr>
        <w:widowControl w:val="0"/>
        <w:ind w:firstLine="567"/>
        <w:jc w:val="both"/>
        <w:rPr>
          <w:rFonts w:ascii="Times New Roman" w:hAnsi="Times New Roman" w:cs="Times New Roman"/>
          <w:sz w:val="24"/>
          <w:szCs w:val="24"/>
        </w:rPr>
      </w:pPr>
      <w:r>
        <w:rPr>
          <w:rFonts w:ascii="Times New Roman" w:hAnsi="Times New Roman" w:cs="Times New Roman"/>
          <w:b/>
          <w:bCs/>
          <w:sz w:val="24"/>
          <w:szCs w:val="24"/>
        </w:rPr>
        <w:t xml:space="preserve">Оценка «2» </w:t>
      </w:r>
      <w:r w:rsidRPr="00F446A9">
        <w:rPr>
          <w:rFonts w:ascii="Times New Roman" w:hAnsi="Times New Roman" w:cs="Times New Roman"/>
          <w:bCs/>
          <w:sz w:val="24"/>
          <w:szCs w:val="24"/>
        </w:rPr>
        <w:t>- обу</w:t>
      </w:r>
      <w:r w:rsidRPr="00F446A9">
        <w:rPr>
          <w:rFonts w:ascii="Times New Roman" w:hAnsi="Times New Roman" w:cs="Times New Roman"/>
          <w:sz w:val="24"/>
          <w:szCs w:val="24"/>
        </w:rPr>
        <w:t>ча</w:t>
      </w:r>
      <w:r>
        <w:rPr>
          <w:rFonts w:ascii="Times New Roman" w:hAnsi="Times New Roman" w:cs="Times New Roman"/>
          <w:sz w:val="24"/>
          <w:szCs w:val="24"/>
        </w:rPr>
        <w:t>ю</w:t>
      </w:r>
      <w:r w:rsidRPr="00F446A9">
        <w:rPr>
          <w:rFonts w:ascii="Times New Roman" w:hAnsi="Times New Roman" w:cs="Times New Roman"/>
          <w:sz w:val="24"/>
          <w:szCs w:val="24"/>
        </w:rPr>
        <w:t>щийся может выполнить самостоятельно только один из пунктов и только с помощью учителя</w:t>
      </w:r>
      <w:r>
        <w:rPr>
          <w:rFonts w:ascii="Times New Roman" w:hAnsi="Times New Roman" w:cs="Times New Roman"/>
          <w:sz w:val="24"/>
          <w:szCs w:val="24"/>
        </w:rPr>
        <w:t>.</w:t>
      </w:r>
    </w:p>
    <w:p w:rsidR="00063CD9" w:rsidRPr="00EF4084" w:rsidRDefault="00063CD9" w:rsidP="00063CD9">
      <w:pPr>
        <w:widowControl w:val="0"/>
        <w:ind w:firstLine="567"/>
        <w:jc w:val="both"/>
        <w:rPr>
          <w:rFonts w:ascii="Times New Roman" w:hAnsi="Times New Roman" w:cs="Times New Roman"/>
          <w:sz w:val="24"/>
          <w:szCs w:val="24"/>
        </w:rPr>
      </w:pPr>
      <w:r w:rsidRPr="00EF4084">
        <w:rPr>
          <w:rFonts w:ascii="Times New Roman" w:hAnsi="Times New Roman" w:cs="Times New Roman"/>
          <w:sz w:val="24"/>
          <w:szCs w:val="24"/>
        </w:rPr>
        <w:lastRenderedPageBreak/>
        <w:t xml:space="preserve"> При оценке физической подготовленности приоритетным показателем является темп прироста результатов. Задание учителя по улучшению показателей физической подготовленности (темп прироста) должны представлять определенную трудность для каждого учащегося, но быть реально выполнимыми. Достижение этих сдвигов при условии систематических занятий дает основание учителю для выставления высокой оценки. </w:t>
      </w:r>
    </w:p>
    <w:p w:rsidR="00063CD9" w:rsidRDefault="00063CD9" w:rsidP="00063CD9">
      <w:pPr>
        <w:widowControl w:val="0"/>
        <w:ind w:firstLine="567"/>
        <w:jc w:val="both"/>
        <w:rPr>
          <w:rFonts w:ascii="Times New Roman" w:hAnsi="Times New Roman" w:cs="Times New Roman"/>
          <w:sz w:val="24"/>
          <w:szCs w:val="24"/>
        </w:rPr>
      </w:pPr>
      <w:r w:rsidRPr="00EF4084">
        <w:rPr>
          <w:rFonts w:ascii="Times New Roman" w:hAnsi="Times New Roman" w:cs="Times New Roman"/>
          <w:sz w:val="24"/>
          <w:szCs w:val="24"/>
        </w:rPr>
        <w:t xml:space="preserve">Общая оценка успеваемости складывается по видам программы: по гимнастике, легкой атлетике и т.д. – путем сложения конечных оценок, полученных учеником по всем видам движений, и оценок за выполнение контрольных упражнений. </w:t>
      </w:r>
    </w:p>
    <w:p w:rsidR="00063CD9" w:rsidRDefault="00063CD9" w:rsidP="00063CD9">
      <w:pPr>
        <w:widowControl w:val="0"/>
        <w:tabs>
          <w:tab w:val="left" w:pos="710"/>
        </w:tabs>
        <w:autoSpaceDE w:val="0"/>
        <w:autoSpaceDN w:val="0"/>
        <w:ind w:right="-1"/>
        <w:jc w:val="center"/>
        <w:rPr>
          <w:rFonts w:ascii="Times New Roman" w:hAnsi="Times New Roman" w:cs="Times New Roman"/>
          <w:i/>
          <w:sz w:val="24"/>
          <w:szCs w:val="24"/>
          <w:u w:val="single"/>
        </w:rPr>
      </w:pPr>
      <w:r>
        <w:rPr>
          <w:rFonts w:ascii="Times New Roman" w:hAnsi="Times New Roman" w:cs="Times New Roman"/>
          <w:b/>
          <w:i/>
          <w:sz w:val="24"/>
          <w:szCs w:val="24"/>
          <w:u w:val="single"/>
        </w:rPr>
        <w:t>Тест</w:t>
      </w:r>
    </w:p>
    <w:p w:rsidR="00063CD9" w:rsidRDefault="00063CD9" w:rsidP="00063CD9">
      <w:pPr>
        <w:widowControl w:val="0"/>
        <w:tabs>
          <w:tab w:val="left" w:pos="710"/>
        </w:tabs>
        <w:autoSpaceDE w:val="0"/>
        <w:autoSpaceDN w:val="0"/>
        <w:ind w:right="-1" w:firstLine="567"/>
        <w:jc w:val="both"/>
        <w:rPr>
          <w:rFonts w:ascii="Times New Roman" w:hAnsi="Times New Roman" w:cs="Times New Roman"/>
          <w:sz w:val="24"/>
          <w:szCs w:val="24"/>
        </w:rPr>
      </w:pPr>
      <w:r>
        <w:rPr>
          <w:rFonts w:ascii="Times New Roman" w:hAnsi="Times New Roman" w:cs="Times New Roman"/>
          <w:sz w:val="24"/>
          <w:szCs w:val="24"/>
        </w:rPr>
        <w:t>Оценивание тестовых работ обучающихся осуществляется в зависимости от процентного соотношения выполненных заданий.</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hAnsi="Times New Roman" w:cs="Times New Roman"/>
          <w:sz w:val="24"/>
          <w:szCs w:val="24"/>
        </w:rPr>
        <w:t>Оценивается работа следующим образом:</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«5»</w:t>
      </w:r>
      <w:r>
        <w:rPr>
          <w:rFonts w:ascii="Times New Roman" w:hAnsi="Times New Roman" w:cs="Times New Roman"/>
          <w:sz w:val="24"/>
          <w:szCs w:val="24"/>
        </w:rPr>
        <w:t xml:space="preserve"> - 85 – 100 %; </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«4»</w:t>
      </w:r>
      <w:r>
        <w:rPr>
          <w:rFonts w:ascii="Times New Roman" w:hAnsi="Times New Roman" w:cs="Times New Roman"/>
          <w:sz w:val="24"/>
          <w:szCs w:val="24"/>
        </w:rPr>
        <w:t xml:space="preserve"> - 65 – 84 %; </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 xml:space="preserve">«3» </w:t>
      </w:r>
      <w:r>
        <w:rPr>
          <w:rFonts w:ascii="Times New Roman" w:hAnsi="Times New Roman" w:cs="Times New Roman"/>
          <w:sz w:val="24"/>
          <w:szCs w:val="24"/>
        </w:rPr>
        <w:t xml:space="preserve">- 45 – 64 %; </w:t>
      </w:r>
    </w:p>
    <w:p w:rsidR="00063CD9" w:rsidRDefault="00063CD9" w:rsidP="00063CD9">
      <w:pPr>
        <w:widowControl w:val="0"/>
        <w:tabs>
          <w:tab w:val="left" w:pos="710"/>
        </w:tabs>
        <w:autoSpaceDE w:val="0"/>
        <w:autoSpaceDN w:val="0"/>
        <w:ind w:right="566" w:firstLine="567"/>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Оценка </w:t>
      </w:r>
      <w:r>
        <w:rPr>
          <w:rFonts w:ascii="Times New Roman" w:hAnsi="Times New Roman" w:cs="Times New Roman"/>
          <w:b/>
          <w:sz w:val="24"/>
          <w:szCs w:val="24"/>
        </w:rPr>
        <w:t>«2»</w:t>
      </w:r>
      <w:r>
        <w:rPr>
          <w:rFonts w:ascii="Times New Roman" w:hAnsi="Times New Roman" w:cs="Times New Roman"/>
          <w:sz w:val="24"/>
          <w:szCs w:val="24"/>
        </w:rPr>
        <w:t xml:space="preserve"> - 0 – 44 %.</w:t>
      </w:r>
    </w:p>
    <w:p w:rsidR="00063CD9" w:rsidRPr="00750780" w:rsidRDefault="00063CD9" w:rsidP="00063CD9">
      <w:pPr>
        <w:widowControl w:val="0"/>
        <w:tabs>
          <w:tab w:val="left" w:pos="710"/>
        </w:tabs>
        <w:autoSpaceDE w:val="0"/>
        <w:autoSpaceDN w:val="0"/>
        <w:ind w:right="566"/>
        <w:rPr>
          <w:rFonts w:ascii="Times New Roman" w:hAnsi="Times New Roman" w:cs="Times New Roman"/>
          <w:sz w:val="24"/>
          <w:szCs w:val="24"/>
        </w:rPr>
      </w:pPr>
    </w:p>
    <w:p w:rsidR="00063CD9" w:rsidRPr="00750780" w:rsidRDefault="00063CD9" w:rsidP="00063CD9">
      <w:pPr>
        <w:widowControl w:val="0"/>
        <w:tabs>
          <w:tab w:val="left" w:pos="710"/>
        </w:tabs>
        <w:autoSpaceDE w:val="0"/>
        <w:autoSpaceDN w:val="0"/>
        <w:ind w:right="566"/>
        <w:jc w:val="center"/>
        <w:rPr>
          <w:rFonts w:ascii="Times New Roman" w:hAnsi="Times New Roman" w:cs="Times New Roman"/>
          <w:b/>
          <w:bCs/>
          <w:sz w:val="24"/>
          <w:szCs w:val="24"/>
        </w:rPr>
      </w:pPr>
      <w:r w:rsidRPr="00750780">
        <w:rPr>
          <w:rFonts w:ascii="Times New Roman" w:hAnsi="Times New Roman" w:cs="Times New Roman"/>
          <w:b/>
          <w:bCs/>
          <w:sz w:val="24"/>
          <w:szCs w:val="24"/>
        </w:rPr>
        <w:t>Оценивание курсов внеурочной деятельности</w:t>
      </w:r>
    </w:p>
    <w:p w:rsidR="00063CD9" w:rsidRPr="00750780" w:rsidRDefault="00063CD9" w:rsidP="00063CD9">
      <w:pPr>
        <w:widowControl w:val="0"/>
        <w:tabs>
          <w:tab w:val="left" w:pos="710"/>
          <w:tab w:val="left" w:pos="9214"/>
        </w:tabs>
        <w:autoSpaceDE w:val="0"/>
        <w:autoSpaceDN w:val="0"/>
        <w:ind w:right="-1" w:firstLine="567"/>
        <w:jc w:val="both"/>
        <w:rPr>
          <w:rFonts w:ascii="Times New Roman" w:hAnsi="Times New Roman" w:cs="Times New Roman"/>
          <w:sz w:val="24"/>
          <w:szCs w:val="24"/>
        </w:rPr>
      </w:pPr>
      <w:r w:rsidRPr="00750780">
        <w:rPr>
          <w:rFonts w:ascii="Times New Roman" w:hAnsi="Times New Roman" w:cs="Times New Roman"/>
          <w:sz w:val="24"/>
          <w:szCs w:val="24"/>
        </w:rPr>
        <w:t xml:space="preserve">Формализованные требования (отметка) по оценке успеваемости по результатам освоения учебного курса не предусматриваются. Занятия </w:t>
      </w:r>
      <w:proofErr w:type="spellStart"/>
      <w:r w:rsidRPr="00750780">
        <w:rPr>
          <w:rFonts w:ascii="Times New Roman" w:hAnsi="Times New Roman" w:cs="Times New Roman"/>
          <w:sz w:val="24"/>
          <w:szCs w:val="24"/>
        </w:rPr>
        <w:t>безотметочные</w:t>
      </w:r>
      <w:proofErr w:type="spellEnd"/>
      <w:r w:rsidRPr="00750780">
        <w:rPr>
          <w:rFonts w:ascii="Times New Roman" w:hAnsi="Times New Roman" w:cs="Times New Roman"/>
          <w:sz w:val="24"/>
          <w:szCs w:val="24"/>
        </w:rPr>
        <w:t xml:space="preserve">, объектом оценивания является уровень знаний тематики курса, умением решать практические задачи. </w:t>
      </w:r>
    </w:p>
    <w:p w:rsidR="00063CD9" w:rsidRPr="00750780" w:rsidRDefault="00063CD9" w:rsidP="00063CD9">
      <w:pPr>
        <w:widowControl w:val="0"/>
        <w:tabs>
          <w:tab w:val="left" w:pos="710"/>
          <w:tab w:val="left" w:pos="9214"/>
        </w:tabs>
        <w:autoSpaceDE w:val="0"/>
        <w:autoSpaceDN w:val="0"/>
        <w:ind w:right="-1" w:firstLine="567"/>
        <w:jc w:val="both"/>
        <w:rPr>
          <w:rFonts w:ascii="Times New Roman" w:hAnsi="Times New Roman" w:cs="Times New Roman"/>
          <w:sz w:val="24"/>
          <w:szCs w:val="24"/>
        </w:rPr>
      </w:pPr>
      <w:r w:rsidRPr="00750780">
        <w:rPr>
          <w:rFonts w:ascii="Times New Roman" w:hAnsi="Times New Roman" w:cs="Times New Roman"/>
          <w:sz w:val="24"/>
          <w:szCs w:val="24"/>
        </w:rPr>
        <w:t xml:space="preserve">Для оперативного контроля знаний и умений по курсу используются систематизированные упражнения, тестовые задания разных типов, создание и презентация творческих проектов. При </w:t>
      </w:r>
      <w:proofErr w:type="spellStart"/>
      <w:r w:rsidRPr="00750780">
        <w:rPr>
          <w:rFonts w:ascii="Times New Roman" w:hAnsi="Times New Roman" w:cs="Times New Roman"/>
          <w:sz w:val="24"/>
          <w:szCs w:val="24"/>
        </w:rPr>
        <w:t>безотметочном</w:t>
      </w:r>
      <w:proofErr w:type="spellEnd"/>
      <w:r w:rsidRPr="00750780">
        <w:rPr>
          <w:rFonts w:ascii="Times New Roman" w:hAnsi="Times New Roman" w:cs="Times New Roman"/>
          <w:sz w:val="24"/>
          <w:szCs w:val="24"/>
        </w:rPr>
        <w:t xml:space="preserve"> обучении учитель использует условные шкалы, на которых фиксируется результат выполненной работы по определённому критерию, различные формы графиков, таблиц, в которых отмечаются уровни учебных достижений </w:t>
      </w:r>
      <w:proofErr w:type="gramStart"/>
      <w:r w:rsidRPr="00750780">
        <w:rPr>
          <w:rFonts w:ascii="Times New Roman" w:hAnsi="Times New Roman" w:cs="Times New Roman"/>
          <w:sz w:val="24"/>
          <w:szCs w:val="24"/>
        </w:rPr>
        <w:t>обучающегося</w:t>
      </w:r>
      <w:proofErr w:type="gramEnd"/>
      <w:r w:rsidRPr="00750780">
        <w:rPr>
          <w:rFonts w:ascii="Times New Roman" w:hAnsi="Times New Roman" w:cs="Times New Roman"/>
          <w:sz w:val="24"/>
          <w:szCs w:val="24"/>
        </w:rPr>
        <w:t xml:space="preserve"> по множеству параметров. Все эти формы фиксации оценивания являются личным достоянием обучающегося и его родителей. Учитель не делает их предметом сравнения. </w:t>
      </w:r>
    </w:p>
    <w:p w:rsidR="00063CD9" w:rsidRPr="00750780" w:rsidRDefault="00063CD9" w:rsidP="00063CD9">
      <w:pPr>
        <w:widowControl w:val="0"/>
        <w:tabs>
          <w:tab w:val="left" w:pos="710"/>
          <w:tab w:val="left" w:pos="9214"/>
        </w:tabs>
        <w:autoSpaceDE w:val="0"/>
        <w:autoSpaceDN w:val="0"/>
        <w:ind w:right="-1" w:firstLine="567"/>
        <w:jc w:val="both"/>
        <w:rPr>
          <w:rFonts w:ascii="Times New Roman" w:hAnsi="Times New Roman" w:cs="Times New Roman"/>
          <w:sz w:val="24"/>
          <w:szCs w:val="24"/>
        </w:rPr>
      </w:pPr>
      <w:r w:rsidRPr="00750780">
        <w:rPr>
          <w:rFonts w:ascii="Times New Roman" w:hAnsi="Times New Roman" w:cs="Times New Roman"/>
          <w:sz w:val="24"/>
          <w:szCs w:val="24"/>
        </w:rPr>
        <w:t xml:space="preserve">Контрольно-оценочная деятельность носит ярко выраженный тематический характер, т. е. в соответствии с программными требованиями определяются объем знаний и характер специальных и </w:t>
      </w:r>
      <w:proofErr w:type="spellStart"/>
      <w:r w:rsidRPr="00750780">
        <w:rPr>
          <w:rFonts w:ascii="Times New Roman" w:hAnsi="Times New Roman" w:cs="Times New Roman"/>
          <w:sz w:val="24"/>
          <w:szCs w:val="24"/>
        </w:rPr>
        <w:t>общеучебных</w:t>
      </w:r>
      <w:proofErr w:type="spellEnd"/>
      <w:r w:rsidRPr="00750780">
        <w:rPr>
          <w:rFonts w:ascii="Times New Roman" w:hAnsi="Times New Roman" w:cs="Times New Roman"/>
          <w:sz w:val="24"/>
          <w:szCs w:val="24"/>
        </w:rPr>
        <w:t xml:space="preserve"> умений и навыков, которые должны быть сформированы в процессе прохождения каждой темы. </w:t>
      </w:r>
    </w:p>
    <w:p w:rsidR="00063CD9" w:rsidRPr="00750780" w:rsidRDefault="00063CD9" w:rsidP="00063CD9">
      <w:pPr>
        <w:widowControl w:val="0"/>
        <w:tabs>
          <w:tab w:val="left" w:pos="710"/>
          <w:tab w:val="left" w:pos="9214"/>
        </w:tabs>
        <w:autoSpaceDE w:val="0"/>
        <w:autoSpaceDN w:val="0"/>
        <w:ind w:right="-1" w:firstLine="567"/>
        <w:jc w:val="both"/>
        <w:rPr>
          <w:rFonts w:ascii="Times New Roman" w:hAnsi="Times New Roman" w:cs="Times New Roman"/>
          <w:sz w:val="24"/>
          <w:szCs w:val="24"/>
        </w:rPr>
      </w:pPr>
      <w:r w:rsidRPr="00750780">
        <w:rPr>
          <w:rFonts w:ascii="Times New Roman" w:hAnsi="Times New Roman" w:cs="Times New Roman"/>
          <w:sz w:val="24"/>
          <w:szCs w:val="24"/>
        </w:rPr>
        <w:t xml:space="preserve">Проверка теоретических и практических знаний по курсу предполагает ответы на вопросы, тесты с выбором правильного ответа, отгадывание кроссвордов по изученным темам, творческие проекты, исследовательская деятельность которых основана на теоретическом материале и т.д. </w:t>
      </w:r>
    </w:p>
    <w:p w:rsidR="00063CD9" w:rsidRPr="00750780" w:rsidRDefault="00063CD9" w:rsidP="00063CD9">
      <w:pPr>
        <w:widowControl w:val="0"/>
        <w:tabs>
          <w:tab w:val="left" w:pos="710"/>
          <w:tab w:val="left" w:pos="9214"/>
        </w:tabs>
        <w:autoSpaceDE w:val="0"/>
        <w:autoSpaceDN w:val="0"/>
        <w:ind w:right="-1" w:firstLine="567"/>
        <w:jc w:val="both"/>
        <w:rPr>
          <w:rFonts w:ascii="Times New Roman" w:hAnsi="Times New Roman" w:cs="Times New Roman"/>
          <w:sz w:val="24"/>
          <w:szCs w:val="24"/>
        </w:rPr>
      </w:pPr>
      <w:r w:rsidRPr="00750780">
        <w:rPr>
          <w:rFonts w:ascii="Times New Roman" w:hAnsi="Times New Roman" w:cs="Times New Roman"/>
          <w:b/>
          <w:sz w:val="24"/>
          <w:szCs w:val="24"/>
        </w:rPr>
        <w:t xml:space="preserve"> </w:t>
      </w:r>
    </w:p>
    <w:p w:rsidR="00063CD9" w:rsidRPr="0091600F" w:rsidRDefault="00063CD9" w:rsidP="00063CD9">
      <w:pPr>
        <w:tabs>
          <w:tab w:val="left" w:pos="710"/>
        </w:tabs>
        <w:autoSpaceDE w:val="0"/>
        <w:autoSpaceDN w:val="0"/>
        <w:ind w:right="566"/>
        <w:rPr>
          <w:rFonts w:ascii="Times New Roman" w:hAnsi="Times New Roman" w:cs="Times New Roman"/>
          <w:sz w:val="24"/>
          <w:szCs w:val="24"/>
        </w:rPr>
      </w:pPr>
    </w:p>
    <w:p w:rsidR="00F27BE5" w:rsidRDefault="00F27BE5" w:rsidP="00F27BE5"/>
    <w:sectPr w:rsidR="00F27BE5" w:rsidSect="00063CD9">
      <w:pgSz w:w="11906" w:h="16838"/>
      <w:pgMar w:top="851" w:right="851" w:bottom="993"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T Astra Serif">
    <w:altName w:val="Arial"/>
    <w:charset w:val="00"/>
    <w:family w:val="roman"/>
    <w:pitch w:val="variable"/>
    <w:sig w:usb0="00000000" w:usb1="00000000" w:usb2="00000000" w:usb3="00000000" w:csb0="00000000" w:csb1="00000000"/>
  </w:font>
  <w:font w:name="Source Han Sans CN Regular">
    <w:charset w:val="CC"/>
    <w:family w:val="auto"/>
    <w:pitch w:val="variable"/>
    <w:sig w:usb0="00000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DDC0551"/>
    <w:multiLevelType w:val="hybridMultilevel"/>
    <w:tmpl w:val="52DC3B1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7E"/>
    <w:multiLevelType w:val="singleLevel"/>
    <w:tmpl w:val="FB12693A"/>
    <w:lvl w:ilvl="0">
      <w:start w:val="1"/>
      <w:numFmt w:val="decimal"/>
      <w:pStyle w:val="3"/>
      <w:lvlText w:val="%1."/>
      <w:lvlJc w:val="left"/>
      <w:pPr>
        <w:tabs>
          <w:tab w:val="num" w:pos="1080"/>
        </w:tabs>
        <w:ind w:left="1080" w:hanging="360"/>
      </w:pPr>
    </w:lvl>
  </w:abstractNum>
  <w:abstractNum w:abstractNumId="2">
    <w:nsid w:val="FFFFFF7F"/>
    <w:multiLevelType w:val="singleLevel"/>
    <w:tmpl w:val="38441652"/>
    <w:lvl w:ilvl="0">
      <w:start w:val="1"/>
      <w:numFmt w:val="decimal"/>
      <w:pStyle w:val="2"/>
      <w:lvlText w:val="%1."/>
      <w:lvlJc w:val="left"/>
      <w:pPr>
        <w:tabs>
          <w:tab w:val="num" w:pos="720"/>
        </w:tabs>
        <w:ind w:left="720" w:hanging="360"/>
      </w:pPr>
    </w:lvl>
  </w:abstractNum>
  <w:abstractNum w:abstractNumId="3">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4">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5">
    <w:nsid w:val="FFFFFF88"/>
    <w:multiLevelType w:val="singleLevel"/>
    <w:tmpl w:val="D0A62B40"/>
    <w:lvl w:ilvl="0">
      <w:start w:val="1"/>
      <w:numFmt w:val="decimal"/>
      <w:pStyle w:val="a"/>
      <w:lvlText w:val="%1."/>
      <w:lvlJc w:val="left"/>
      <w:pPr>
        <w:tabs>
          <w:tab w:val="num" w:pos="360"/>
        </w:tabs>
        <w:ind w:left="360" w:hanging="360"/>
      </w:pPr>
    </w:lvl>
  </w:abstractNum>
  <w:abstractNum w:abstractNumId="6">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7">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00000004"/>
    <w:multiLevelType w:val="multilevel"/>
    <w:tmpl w:val="00000004"/>
    <w:lvl w:ilvl="0">
      <w:start w:val="1"/>
      <w:numFmt w:val="decimal"/>
      <w:lvlText w:val="%1."/>
      <w:lvlJc w:val="left"/>
      <w:pPr>
        <w:tabs>
          <w:tab w:val="num" w:pos="0"/>
        </w:tabs>
        <w:ind w:left="522" w:hanging="360"/>
      </w:pPr>
      <w:rPr>
        <w:rFonts w:ascii="Times New Roman" w:eastAsia="Times New Roman" w:hAnsi="Times New Roman" w:cs="Times New Roman"/>
        <w:b w:val="0"/>
        <w:bCs w:val="0"/>
        <w:i w:val="0"/>
        <w:iCs w:val="0"/>
        <w:spacing w:val="0"/>
        <w:w w:val="100"/>
        <w:sz w:val="24"/>
        <w:szCs w:val="24"/>
        <w:lang w:val="ru-RU" w:eastAsia="en-US" w:bidi="ar-SA"/>
      </w:rPr>
    </w:lvl>
    <w:lvl w:ilvl="1">
      <w:start w:val="1"/>
      <w:numFmt w:val="bullet"/>
      <w:lvlText w:val="-"/>
      <w:lvlJc w:val="left"/>
      <w:pPr>
        <w:tabs>
          <w:tab w:val="num" w:pos="0"/>
        </w:tabs>
        <w:ind w:left="522" w:hanging="358"/>
      </w:pPr>
      <w:rPr>
        <w:rFonts w:ascii="Times New Roman" w:hAnsi="Times New Roman" w:cs="Times New Roman"/>
        <w:spacing w:val="0"/>
        <w:w w:val="100"/>
        <w:lang w:val="ru-RU" w:eastAsia="en-US" w:bidi="ar-SA"/>
      </w:rPr>
    </w:lvl>
    <w:lvl w:ilvl="2">
      <w:start w:val="1"/>
      <w:numFmt w:val="bullet"/>
      <w:lvlText w:val=""/>
      <w:lvlJc w:val="left"/>
      <w:pPr>
        <w:tabs>
          <w:tab w:val="num" w:pos="0"/>
        </w:tabs>
        <w:ind w:left="2365" w:hanging="358"/>
      </w:pPr>
      <w:rPr>
        <w:rFonts w:ascii="Symbol" w:hAnsi="Symbol"/>
        <w:lang w:val="ru-RU" w:eastAsia="en-US" w:bidi="ar-SA"/>
      </w:rPr>
    </w:lvl>
    <w:lvl w:ilvl="3">
      <w:start w:val="1"/>
      <w:numFmt w:val="bullet"/>
      <w:lvlText w:val=""/>
      <w:lvlJc w:val="left"/>
      <w:pPr>
        <w:tabs>
          <w:tab w:val="num" w:pos="0"/>
        </w:tabs>
        <w:ind w:left="3287" w:hanging="358"/>
      </w:pPr>
      <w:rPr>
        <w:rFonts w:ascii="Symbol" w:hAnsi="Symbol"/>
        <w:lang w:val="ru-RU" w:eastAsia="en-US" w:bidi="ar-SA"/>
      </w:rPr>
    </w:lvl>
    <w:lvl w:ilvl="4">
      <w:start w:val="1"/>
      <w:numFmt w:val="bullet"/>
      <w:lvlText w:val=""/>
      <w:lvlJc w:val="left"/>
      <w:pPr>
        <w:tabs>
          <w:tab w:val="num" w:pos="0"/>
        </w:tabs>
        <w:ind w:left="4210" w:hanging="358"/>
      </w:pPr>
      <w:rPr>
        <w:rFonts w:ascii="Symbol" w:hAnsi="Symbol"/>
        <w:lang w:val="ru-RU" w:eastAsia="en-US" w:bidi="ar-SA"/>
      </w:rPr>
    </w:lvl>
    <w:lvl w:ilvl="5">
      <w:start w:val="1"/>
      <w:numFmt w:val="bullet"/>
      <w:lvlText w:val=""/>
      <w:lvlJc w:val="left"/>
      <w:pPr>
        <w:tabs>
          <w:tab w:val="num" w:pos="0"/>
        </w:tabs>
        <w:ind w:left="5133" w:hanging="358"/>
      </w:pPr>
      <w:rPr>
        <w:rFonts w:ascii="Symbol" w:hAnsi="Symbol"/>
        <w:lang w:val="ru-RU" w:eastAsia="en-US" w:bidi="ar-SA"/>
      </w:rPr>
    </w:lvl>
    <w:lvl w:ilvl="6">
      <w:start w:val="1"/>
      <w:numFmt w:val="bullet"/>
      <w:lvlText w:val=""/>
      <w:lvlJc w:val="left"/>
      <w:pPr>
        <w:tabs>
          <w:tab w:val="num" w:pos="0"/>
        </w:tabs>
        <w:ind w:left="6055" w:hanging="358"/>
      </w:pPr>
      <w:rPr>
        <w:rFonts w:ascii="Symbol" w:hAnsi="Symbol"/>
        <w:lang w:val="ru-RU" w:eastAsia="en-US" w:bidi="ar-SA"/>
      </w:rPr>
    </w:lvl>
    <w:lvl w:ilvl="7">
      <w:start w:val="1"/>
      <w:numFmt w:val="bullet"/>
      <w:lvlText w:val=""/>
      <w:lvlJc w:val="left"/>
      <w:pPr>
        <w:tabs>
          <w:tab w:val="num" w:pos="0"/>
        </w:tabs>
        <w:ind w:left="6978" w:hanging="358"/>
      </w:pPr>
      <w:rPr>
        <w:rFonts w:ascii="Symbol" w:hAnsi="Symbol"/>
        <w:lang w:val="ru-RU" w:eastAsia="en-US" w:bidi="ar-SA"/>
      </w:rPr>
    </w:lvl>
    <w:lvl w:ilvl="8">
      <w:start w:val="1"/>
      <w:numFmt w:val="bullet"/>
      <w:lvlText w:val=""/>
      <w:lvlJc w:val="left"/>
      <w:pPr>
        <w:tabs>
          <w:tab w:val="num" w:pos="0"/>
        </w:tabs>
        <w:ind w:left="7901" w:hanging="358"/>
      </w:pPr>
      <w:rPr>
        <w:rFonts w:ascii="Symbol" w:hAnsi="Symbol"/>
        <w:lang w:val="ru-RU" w:eastAsia="en-US" w:bidi="ar-SA"/>
      </w:rPr>
    </w:lvl>
  </w:abstractNum>
  <w:abstractNum w:abstractNumId="9">
    <w:nsid w:val="017A530A"/>
    <w:multiLevelType w:val="hybridMultilevel"/>
    <w:tmpl w:val="C5B07A9A"/>
    <w:lvl w:ilvl="0" w:tplc="34B46CB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0519315E"/>
    <w:multiLevelType w:val="hybridMultilevel"/>
    <w:tmpl w:val="396081F4"/>
    <w:lvl w:ilvl="0" w:tplc="34B46CB6">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0C472DC1"/>
    <w:multiLevelType w:val="hybridMultilevel"/>
    <w:tmpl w:val="DBDC1918"/>
    <w:lvl w:ilvl="0" w:tplc="34B46CB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C512482"/>
    <w:multiLevelType w:val="hybridMultilevel"/>
    <w:tmpl w:val="A68E419C"/>
    <w:lvl w:ilvl="0" w:tplc="34B46CB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0CB07901"/>
    <w:multiLevelType w:val="hybridMultilevel"/>
    <w:tmpl w:val="1276C056"/>
    <w:lvl w:ilvl="0" w:tplc="34B46CB6">
      <w:start w:val="1"/>
      <w:numFmt w:val="bullet"/>
      <w:lvlText w:val="-"/>
      <w:lvlJc w:val="left"/>
      <w:pPr>
        <w:ind w:left="1287" w:hanging="360"/>
      </w:pPr>
      <w:rPr>
        <w:rFonts w:ascii="Times New Roman" w:hAnsi="Times New Roman" w:cs="Times New Roman" w:hint="default"/>
      </w:rPr>
    </w:lvl>
    <w:lvl w:ilvl="1" w:tplc="E0A811E2">
      <w:numFmt w:val="bullet"/>
      <w:lvlText w:val="•"/>
      <w:lvlJc w:val="left"/>
      <w:pPr>
        <w:ind w:left="2007" w:hanging="360"/>
      </w:pPr>
      <w:rPr>
        <w:rFonts w:ascii="Times New Roman" w:eastAsia="Times New Roman" w:hAnsi="Times New Roman" w:cs="Times New Roman" w:hint="default"/>
        <w:color w:val="000000"/>
      </w:rPr>
    </w:lvl>
    <w:lvl w:ilvl="2" w:tplc="22AA2480">
      <w:numFmt w:val="bullet"/>
      <w:lvlText w:val=""/>
      <w:lvlJc w:val="left"/>
      <w:pPr>
        <w:ind w:left="2727" w:hanging="360"/>
      </w:pPr>
      <w:rPr>
        <w:rFonts w:ascii="Times New Roman" w:eastAsiaTheme="minorEastAsia" w:hAnsi="Times New Roman" w:cs="Times New Roman"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0D3D0166"/>
    <w:multiLevelType w:val="hybridMultilevel"/>
    <w:tmpl w:val="AFDAB14A"/>
    <w:lvl w:ilvl="0" w:tplc="34B46CB6">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0E046BE1"/>
    <w:multiLevelType w:val="hybridMultilevel"/>
    <w:tmpl w:val="FDCC427C"/>
    <w:lvl w:ilvl="0" w:tplc="34B46CB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E1A3EBD"/>
    <w:multiLevelType w:val="hybridMultilevel"/>
    <w:tmpl w:val="407A03E8"/>
    <w:lvl w:ilvl="0" w:tplc="34B46CB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11040703"/>
    <w:multiLevelType w:val="hybridMultilevel"/>
    <w:tmpl w:val="5BFA1F1A"/>
    <w:lvl w:ilvl="0" w:tplc="34B46CB6">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nsid w:val="115355D9"/>
    <w:multiLevelType w:val="hybridMultilevel"/>
    <w:tmpl w:val="804C4E7E"/>
    <w:lvl w:ilvl="0" w:tplc="34B46CB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1C105656"/>
    <w:multiLevelType w:val="hybridMultilevel"/>
    <w:tmpl w:val="C04CCB6C"/>
    <w:lvl w:ilvl="0" w:tplc="34B46CB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1E622D6"/>
    <w:multiLevelType w:val="hybridMultilevel"/>
    <w:tmpl w:val="3F0E7926"/>
    <w:lvl w:ilvl="0" w:tplc="34B46CB6">
      <w:start w:val="1"/>
      <w:numFmt w:val="bullet"/>
      <w:lvlText w:val="-"/>
      <w:lvlJc w:val="left"/>
      <w:pPr>
        <w:ind w:left="1287" w:hanging="360"/>
      </w:pPr>
      <w:rPr>
        <w:rFonts w:ascii="Times New Roman" w:hAnsi="Times New Roman" w:cs="Times New Roman" w:hint="default"/>
      </w:rPr>
    </w:lvl>
    <w:lvl w:ilvl="1" w:tplc="34B46CB6">
      <w:start w:val="1"/>
      <w:numFmt w:val="bullet"/>
      <w:lvlText w:val="-"/>
      <w:lvlJc w:val="left"/>
      <w:pPr>
        <w:ind w:left="2007" w:hanging="360"/>
      </w:pPr>
      <w:rPr>
        <w:rFonts w:ascii="Times New Roman"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3645C75"/>
    <w:multiLevelType w:val="hybridMultilevel"/>
    <w:tmpl w:val="8104E9CA"/>
    <w:lvl w:ilvl="0" w:tplc="34B46CB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CED2C47"/>
    <w:multiLevelType w:val="hybridMultilevel"/>
    <w:tmpl w:val="CA36FA46"/>
    <w:lvl w:ilvl="0" w:tplc="34B46CB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2DE3210"/>
    <w:multiLevelType w:val="hybridMultilevel"/>
    <w:tmpl w:val="84869CCA"/>
    <w:lvl w:ilvl="0" w:tplc="34B46CB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3A6B61D5"/>
    <w:multiLevelType w:val="hybridMultilevel"/>
    <w:tmpl w:val="0820ECEA"/>
    <w:lvl w:ilvl="0" w:tplc="34B46CB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4FAA701B"/>
    <w:multiLevelType w:val="hybridMultilevel"/>
    <w:tmpl w:val="037E33E8"/>
    <w:lvl w:ilvl="0" w:tplc="34B46CB6">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nsid w:val="52FE1F22"/>
    <w:multiLevelType w:val="multilevel"/>
    <w:tmpl w:val="3BB85576"/>
    <w:lvl w:ilvl="0">
      <w:start w:val="1"/>
      <w:numFmt w:val="decimal"/>
      <w:lvlText w:val="%1."/>
      <w:lvlJc w:val="left"/>
      <w:pPr>
        <w:tabs>
          <w:tab w:val="num" w:pos="0"/>
        </w:tabs>
        <w:ind w:left="522" w:hanging="360"/>
      </w:pPr>
      <w:rPr>
        <w:rFonts w:ascii="Times New Roman" w:eastAsia="Times New Roman" w:hAnsi="Times New Roman" w:cs="Times New Roman"/>
        <w:b w:val="0"/>
        <w:bCs w:val="0"/>
        <w:i w:val="0"/>
        <w:iCs w:val="0"/>
        <w:spacing w:val="0"/>
        <w:w w:val="100"/>
        <w:sz w:val="24"/>
        <w:szCs w:val="24"/>
        <w:lang w:val="ru-RU" w:eastAsia="en-US" w:bidi="ar-SA"/>
      </w:rPr>
    </w:lvl>
    <w:lvl w:ilvl="1">
      <w:start w:val="1"/>
      <w:numFmt w:val="bullet"/>
      <w:lvlText w:val="-"/>
      <w:lvlJc w:val="left"/>
      <w:pPr>
        <w:tabs>
          <w:tab w:val="num" w:pos="0"/>
        </w:tabs>
        <w:ind w:left="522" w:hanging="358"/>
      </w:pPr>
      <w:rPr>
        <w:rFonts w:ascii="Times New Roman" w:hAnsi="Times New Roman" w:cs="Times New Roman"/>
        <w:spacing w:val="0"/>
        <w:w w:val="100"/>
        <w:lang w:val="ru-RU" w:eastAsia="en-US" w:bidi="ar-SA"/>
      </w:rPr>
    </w:lvl>
    <w:lvl w:ilvl="2">
      <w:start w:val="1"/>
      <w:numFmt w:val="bullet"/>
      <w:lvlText w:val="-"/>
      <w:lvlJc w:val="left"/>
      <w:pPr>
        <w:tabs>
          <w:tab w:val="num" w:pos="0"/>
        </w:tabs>
        <w:ind w:left="2365" w:hanging="358"/>
      </w:pPr>
      <w:rPr>
        <w:rFonts w:ascii="Times New Roman" w:hAnsi="Times New Roman" w:cs="Times New Roman" w:hint="default"/>
        <w:lang w:val="ru-RU" w:eastAsia="en-US" w:bidi="ar-SA"/>
      </w:rPr>
    </w:lvl>
    <w:lvl w:ilvl="3">
      <w:start w:val="1"/>
      <w:numFmt w:val="bullet"/>
      <w:lvlText w:val=""/>
      <w:lvlJc w:val="left"/>
      <w:pPr>
        <w:tabs>
          <w:tab w:val="num" w:pos="0"/>
        </w:tabs>
        <w:ind w:left="3287" w:hanging="358"/>
      </w:pPr>
      <w:rPr>
        <w:rFonts w:ascii="Symbol" w:hAnsi="Symbol"/>
        <w:lang w:val="ru-RU" w:eastAsia="en-US" w:bidi="ar-SA"/>
      </w:rPr>
    </w:lvl>
    <w:lvl w:ilvl="4">
      <w:start w:val="1"/>
      <w:numFmt w:val="bullet"/>
      <w:lvlText w:val=""/>
      <w:lvlJc w:val="left"/>
      <w:pPr>
        <w:tabs>
          <w:tab w:val="num" w:pos="0"/>
        </w:tabs>
        <w:ind w:left="4210" w:hanging="358"/>
      </w:pPr>
      <w:rPr>
        <w:rFonts w:ascii="Symbol" w:hAnsi="Symbol"/>
        <w:lang w:val="ru-RU" w:eastAsia="en-US" w:bidi="ar-SA"/>
      </w:rPr>
    </w:lvl>
    <w:lvl w:ilvl="5">
      <w:start w:val="1"/>
      <w:numFmt w:val="bullet"/>
      <w:lvlText w:val=""/>
      <w:lvlJc w:val="left"/>
      <w:pPr>
        <w:tabs>
          <w:tab w:val="num" w:pos="0"/>
        </w:tabs>
        <w:ind w:left="5133" w:hanging="358"/>
      </w:pPr>
      <w:rPr>
        <w:rFonts w:ascii="Symbol" w:hAnsi="Symbol"/>
        <w:lang w:val="ru-RU" w:eastAsia="en-US" w:bidi="ar-SA"/>
      </w:rPr>
    </w:lvl>
    <w:lvl w:ilvl="6">
      <w:start w:val="1"/>
      <w:numFmt w:val="bullet"/>
      <w:lvlText w:val=""/>
      <w:lvlJc w:val="left"/>
      <w:pPr>
        <w:tabs>
          <w:tab w:val="num" w:pos="0"/>
        </w:tabs>
        <w:ind w:left="6055" w:hanging="358"/>
      </w:pPr>
      <w:rPr>
        <w:rFonts w:ascii="Symbol" w:hAnsi="Symbol"/>
        <w:lang w:val="ru-RU" w:eastAsia="en-US" w:bidi="ar-SA"/>
      </w:rPr>
    </w:lvl>
    <w:lvl w:ilvl="7">
      <w:start w:val="1"/>
      <w:numFmt w:val="bullet"/>
      <w:lvlText w:val=""/>
      <w:lvlJc w:val="left"/>
      <w:pPr>
        <w:tabs>
          <w:tab w:val="num" w:pos="0"/>
        </w:tabs>
        <w:ind w:left="6978" w:hanging="358"/>
      </w:pPr>
      <w:rPr>
        <w:rFonts w:ascii="Symbol" w:hAnsi="Symbol"/>
        <w:lang w:val="ru-RU" w:eastAsia="en-US" w:bidi="ar-SA"/>
      </w:rPr>
    </w:lvl>
    <w:lvl w:ilvl="8">
      <w:start w:val="1"/>
      <w:numFmt w:val="bullet"/>
      <w:lvlText w:val=""/>
      <w:lvlJc w:val="left"/>
      <w:pPr>
        <w:tabs>
          <w:tab w:val="num" w:pos="0"/>
        </w:tabs>
        <w:ind w:left="7901" w:hanging="358"/>
      </w:pPr>
      <w:rPr>
        <w:rFonts w:ascii="Symbol" w:hAnsi="Symbol"/>
        <w:lang w:val="ru-RU" w:eastAsia="en-US" w:bidi="ar-SA"/>
      </w:rPr>
    </w:lvl>
  </w:abstractNum>
  <w:abstractNum w:abstractNumId="27">
    <w:nsid w:val="55197919"/>
    <w:multiLevelType w:val="hybridMultilevel"/>
    <w:tmpl w:val="8762358A"/>
    <w:lvl w:ilvl="0" w:tplc="34B46CB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6A836BD"/>
    <w:multiLevelType w:val="hybridMultilevel"/>
    <w:tmpl w:val="76284AF2"/>
    <w:lvl w:ilvl="0" w:tplc="34B46CB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ADD2324"/>
    <w:multiLevelType w:val="hybridMultilevel"/>
    <w:tmpl w:val="CA9E9932"/>
    <w:lvl w:ilvl="0" w:tplc="34B46CB6">
      <w:start w:val="1"/>
      <w:numFmt w:val="bullet"/>
      <w:lvlText w:val="-"/>
      <w:lvlJc w:val="left"/>
      <w:pPr>
        <w:ind w:left="2727" w:hanging="360"/>
      </w:pPr>
      <w:rPr>
        <w:rFonts w:ascii="Times New Roman" w:hAnsi="Times New Roman" w:cs="Times New Roman" w:hint="default"/>
      </w:rPr>
    </w:lvl>
    <w:lvl w:ilvl="1" w:tplc="04190003" w:tentative="1">
      <w:start w:val="1"/>
      <w:numFmt w:val="bullet"/>
      <w:lvlText w:val="o"/>
      <w:lvlJc w:val="left"/>
      <w:pPr>
        <w:ind w:left="3447" w:hanging="360"/>
      </w:pPr>
      <w:rPr>
        <w:rFonts w:ascii="Courier New" w:hAnsi="Courier New" w:cs="Courier New" w:hint="default"/>
      </w:rPr>
    </w:lvl>
    <w:lvl w:ilvl="2" w:tplc="04190005" w:tentative="1">
      <w:start w:val="1"/>
      <w:numFmt w:val="bullet"/>
      <w:lvlText w:val=""/>
      <w:lvlJc w:val="left"/>
      <w:pPr>
        <w:ind w:left="4167" w:hanging="360"/>
      </w:pPr>
      <w:rPr>
        <w:rFonts w:ascii="Wingdings" w:hAnsi="Wingdings" w:hint="default"/>
      </w:rPr>
    </w:lvl>
    <w:lvl w:ilvl="3" w:tplc="04190001" w:tentative="1">
      <w:start w:val="1"/>
      <w:numFmt w:val="bullet"/>
      <w:lvlText w:val=""/>
      <w:lvlJc w:val="left"/>
      <w:pPr>
        <w:ind w:left="4887" w:hanging="360"/>
      </w:pPr>
      <w:rPr>
        <w:rFonts w:ascii="Symbol" w:hAnsi="Symbol" w:hint="default"/>
      </w:rPr>
    </w:lvl>
    <w:lvl w:ilvl="4" w:tplc="04190003" w:tentative="1">
      <w:start w:val="1"/>
      <w:numFmt w:val="bullet"/>
      <w:lvlText w:val="o"/>
      <w:lvlJc w:val="left"/>
      <w:pPr>
        <w:ind w:left="5607" w:hanging="360"/>
      </w:pPr>
      <w:rPr>
        <w:rFonts w:ascii="Courier New" w:hAnsi="Courier New" w:cs="Courier New" w:hint="default"/>
      </w:rPr>
    </w:lvl>
    <w:lvl w:ilvl="5" w:tplc="04190005" w:tentative="1">
      <w:start w:val="1"/>
      <w:numFmt w:val="bullet"/>
      <w:lvlText w:val=""/>
      <w:lvlJc w:val="left"/>
      <w:pPr>
        <w:ind w:left="6327" w:hanging="360"/>
      </w:pPr>
      <w:rPr>
        <w:rFonts w:ascii="Wingdings" w:hAnsi="Wingdings" w:hint="default"/>
      </w:rPr>
    </w:lvl>
    <w:lvl w:ilvl="6" w:tplc="04190001" w:tentative="1">
      <w:start w:val="1"/>
      <w:numFmt w:val="bullet"/>
      <w:lvlText w:val=""/>
      <w:lvlJc w:val="left"/>
      <w:pPr>
        <w:ind w:left="7047" w:hanging="360"/>
      </w:pPr>
      <w:rPr>
        <w:rFonts w:ascii="Symbol" w:hAnsi="Symbol" w:hint="default"/>
      </w:rPr>
    </w:lvl>
    <w:lvl w:ilvl="7" w:tplc="04190003" w:tentative="1">
      <w:start w:val="1"/>
      <w:numFmt w:val="bullet"/>
      <w:lvlText w:val="o"/>
      <w:lvlJc w:val="left"/>
      <w:pPr>
        <w:ind w:left="7767" w:hanging="360"/>
      </w:pPr>
      <w:rPr>
        <w:rFonts w:ascii="Courier New" w:hAnsi="Courier New" w:cs="Courier New" w:hint="default"/>
      </w:rPr>
    </w:lvl>
    <w:lvl w:ilvl="8" w:tplc="04190005" w:tentative="1">
      <w:start w:val="1"/>
      <w:numFmt w:val="bullet"/>
      <w:lvlText w:val=""/>
      <w:lvlJc w:val="left"/>
      <w:pPr>
        <w:ind w:left="8487" w:hanging="360"/>
      </w:pPr>
      <w:rPr>
        <w:rFonts w:ascii="Wingdings" w:hAnsi="Wingdings" w:hint="default"/>
      </w:rPr>
    </w:lvl>
  </w:abstractNum>
  <w:abstractNum w:abstractNumId="30">
    <w:nsid w:val="5D757112"/>
    <w:multiLevelType w:val="hybridMultilevel"/>
    <w:tmpl w:val="ADD3814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670C0EE6"/>
    <w:multiLevelType w:val="hybridMultilevel"/>
    <w:tmpl w:val="86CA9296"/>
    <w:lvl w:ilvl="0" w:tplc="34B46CB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8BCBAA3"/>
    <w:multiLevelType w:val="hybridMultilevel"/>
    <w:tmpl w:val="D8C18C2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6A714A80"/>
    <w:multiLevelType w:val="hybridMultilevel"/>
    <w:tmpl w:val="8CD418B6"/>
    <w:lvl w:ilvl="0" w:tplc="34B46CB6">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nsid w:val="6B167457"/>
    <w:multiLevelType w:val="hybridMultilevel"/>
    <w:tmpl w:val="000E58D0"/>
    <w:lvl w:ilvl="0" w:tplc="34B46CB6">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nsid w:val="77B2350F"/>
    <w:multiLevelType w:val="hybridMultilevel"/>
    <w:tmpl w:val="64DCB028"/>
    <w:lvl w:ilvl="0" w:tplc="34B46CB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7B0F348C"/>
    <w:multiLevelType w:val="hybridMultilevel"/>
    <w:tmpl w:val="32B6F164"/>
    <w:lvl w:ilvl="0" w:tplc="34B46CB6">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6"/>
  </w:num>
  <w:num w:numId="2">
    <w:abstractNumId w:val="4"/>
  </w:num>
  <w:num w:numId="3">
    <w:abstractNumId w:val="3"/>
  </w:num>
  <w:num w:numId="4">
    <w:abstractNumId w:val="5"/>
  </w:num>
  <w:num w:numId="5">
    <w:abstractNumId w:val="2"/>
  </w:num>
  <w:num w:numId="6">
    <w:abstractNumId w:val="1"/>
  </w:num>
  <w:num w:numId="7">
    <w:abstractNumId w:val="28"/>
  </w:num>
  <w:num w:numId="8">
    <w:abstractNumId w:val="9"/>
  </w:num>
  <w:num w:numId="9">
    <w:abstractNumId w:val="23"/>
  </w:num>
  <w:num w:numId="10">
    <w:abstractNumId w:val="13"/>
  </w:num>
  <w:num w:numId="11">
    <w:abstractNumId w:val="20"/>
  </w:num>
  <w:num w:numId="12">
    <w:abstractNumId w:val="29"/>
  </w:num>
  <w:num w:numId="13">
    <w:abstractNumId w:val="18"/>
  </w:num>
  <w:num w:numId="14">
    <w:abstractNumId w:val="22"/>
  </w:num>
  <w:num w:numId="15">
    <w:abstractNumId w:val="24"/>
  </w:num>
  <w:num w:numId="16">
    <w:abstractNumId w:val="11"/>
  </w:num>
  <w:num w:numId="17">
    <w:abstractNumId w:val="14"/>
  </w:num>
  <w:num w:numId="18">
    <w:abstractNumId w:val="34"/>
  </w:num>
  <w:num w:numId="19">
    <w:abstractNumId w:val="17"/>
  </w:num>
  <w:num w:numId="20">
    <w:abstractNumId w:val="31"/>
  </w:num>
  <w:num w:numId="21">
    <w:abstractNumId w:val="36"/>
  </w:num>
  <w:num w:numId="22">
    <w:abstractNumId w:val="25"/>
  </w:num>
  <w:num w:numId="23">
    <w:abstractNumId w:val="33"/>
  </w:num>
  <w:num w:numId="24">
    <w:abstractNumId w:val="10"/>
  </w:num>
  <w:num w:numId="25">
    <w:abstractNumId w:val="7"/>
  </w:num>
  <w:num w:numId="26">
    <w:abstractNumId w:val="8"/>
  </w:num>
  <w:num w:numId="27">
    <w:abstractNumId w:val="21"/>
  </w:num>
  <w:num w:numId="28">
    <w:abstractNumId w:val="15"/>
  </w:num>
  <w:num w:numId="29">
    <w:abstractNumId w:val="35"/>
  </w:num>
  <w:num w:numId="30">
    <w:abstractNumId w:val="16"/>
  </w:num>
  <w:num w:numId="31">
    <w:abstractNumId w:val="12"/>
  </w:num>
  <w:num w:numId="32">
    <w:abstractNumId w:val="27"/>
  </w:num>
  <w:num w:numId="33">
    <w:abstractNumId w:val="26"/>
  </w:num>
  <w:num w:numId="34">
    <w:abstractNumId w:val="30"/>
  </w:num>
  <w:num w:numId="35">
    <w:abstractNumId w:val="32"/>
  </w:num>
  <w:num w:numId="36">
    <w:abstractNumId w:val="0"/>
  </w:num>
  <w:num w:numId="37">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drawingGridHorizontalSpacing w:val="110"/>
  <w:displayHorizontalDrawingGridEvery w:val="2"/>
  <w:displayVerticalDrawingGridEvery w:val="2"/>
  <w:characterSpacingControl w:val="doNotCompress"/>
  <w:compat/>
  <w:rsids>
    <w:rsidRoot w:val="005A5A02"/>
    <w:rsid w:val="00063CD9"/>
    <w:rsid w:val="004F0008"/>
    <w:rsid w:val="005A5A02"/>
    <w:rsid w:val="00647C1C"/>
    <w:rsid w:val="00772F29"/>
    <w:rsid w:val="00CF5EB5"/>
    <w:rsid w:val="00D124D4"/>
    <w:rsid w:val="00D53D9F"/>
    <w:rsid w:val="00DE6699"/>
    <w:rsid w:val="00F27BE5"/>
    <w:rsid w:val="00F57A3A"/>
    <w:rsid w:val="00FD7B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A5A02"/>
    <w:pPr>
      <w:spacing w:after="0" w:line="240" w:lineRule="auto"/>
    </w:pPr>
  </w:style>
  <w:style w:type="paragraph" w:styleId="1">
    <w:name w:val="heading 1"/>
    <w:basedOn w:val="a1"/>
    <w:next w:val="a1"/>
    <w:link w:val="10"/>
    <w:uiPriority w:val="9"/>
    <w:qFormat/>
    <w:rsid w:val="00063CD9"/>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21">
    <w:name w:val="heading 2"/>
    <w:basedOn w:val="a1"/>
    <w:next w:val="a1"/>
    <w:link w:val="22"/>
    <w:uiPriority w:val="9"/>
    <w:unhideWhenUsed/>
    <w:qFormat/>
    <w:rsid w:val="00063CD9"/>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rPr>
  </w:style>
  <w:style w:type="paragraph" w:styleId="31">
    <w:name w:val="heading 3"/>
    <w:basedOn w:val="a1"/>
    <w:next w:val="a1"/>
    <w:link w:val="32"/>
    <w:uiPriority w:val="9"/>
    <w:unhideWhenUsed/>
    <w:qFormat/>
    <w:rsid w:val="00063CD9"/>
    <w:pPr>
      <w:keepNext/>
      <w:keepLines/>
      <w:spacing w:before="200" w:line="276" w:lineRule="auto"/>
      <w:outlineLvl w:val="2"/>
    </w:pPr>
    <w:rPr>
      <w:rFonts w:asciiTheme="majorHAnsi" w:eastAsiaTheme="majorEastAsia" w:hAnsiTheme="majorHAnsi" w:cstheme="majorBidi"/>
      <w:b/>
      <w:bCs/>
      <w:color w:val="4F81BD" w:themeColor="accent1"/>
      <w:lang w:val="en-US"/>
    </w:rPr>
  </w:style>
  <w:style w:type="paragraph" w:styleId="4">
    <w:name w:val="heading 4"/>
    <w:basedOn w:val="a1"/>
    <w:next w:val="a1"/>
    <w:link w:val="40"/>
    <w:uiPriority w:val="9"/>
    <w:semiHidden/>
    <w:unhideWhenUsed/>
    <w:qFormat/>
    <w:rsid w:val="00063CD9"/>
    <w:pPr>
      <w:keepNext/>
      <w:keepLines/>
      <w:spacing w:before="200" w:line="276" w:lineRule="auto"/>
      <w:outlineLvl w:val="3"/>
    </w:pPr>
    <w:rPr>
      <w:rFonts w:asciiTheme="majorHAnsi" w:eastAsiaTheme="majorEastAsia" w:hAnsiTheme="majorHAnsi" w:cstheme="majorBidi"/>
      <w:b/>
      <w:bCs/>
      <w:i/>
      <w:iCs/>
      <w:color w:val="4F81BD" w:themeColor="accent1"/>
      <w:lang w:val="en-US"/>
    </w:rPr>
  </w:style>
  <w:style w:type="paragraph" w:styleId="5">
    <w:name w:val="heading 5"/>
    <w:basedOn w:val="a1"/>
    <w:next w:val="a1"/>
    <w:link w:val="50"/>
    <w:uiPriority w:val="9"/>
    <w:semiHidden/>
    <w:unhideWhenUsed/>
    <w:qFormat/>
    <w:rsid w:val="00063CD9"/>
    <w:pPr>
      <w:keepNext/>
      <w:keepLines/>
      <w:spacing w:before="200" w:line="276" w:lineRule="auto"/>
      <w:outlineLvl w:val="4"/>
    </w:pPr>
    <w:rPr>
      <w:rFonts w:asciiTheme="majorHAnsi" w:eastAsiaTheme="majorEastAsia" w:hAnsiTheme="majorHAnsi" w:cstheme="majorBidi"/>
      <w:color w:val="243F60" w:themeColor="accent1" w:themeShade="7F"/>
      <w:lang w:val="en-US"/>
    </w:rPr>
  </w:style>
  <w:style w:type="paragraph" w:styleId="6">
    <w:name w:val="heading 6"/>
    <w:basedOn w:val="a1"/>
    <w:next w:val="a1"/>
    <w:link w:val="60"/>
    <w:uiPriority w:val="9"/>
    <w:semiHidden/>
    <w:unhideWhenUsed/>
    <w:qFormat/>
    <w:rsid w:val="00063CD9"/>
    <w:pPr>
      <w:keepNext/>
      <w:keepLines/>
      <w:spacing w:before="200" w:line="276" w:lineRule="auto"/>
      <w:outlineLvl w:val="5"/>
    </w:pPr>
    <w:rPr>
      <w:rFonts w:asciiTheme="majorHAnsi" w:eastAsiaTheme="majorEastAsia" w:hAnsiTheme="majorHAnsi" w:cstheme="majorBidi"/>
      <w:i/>
      <w:iCs/>
      <w:color w:val="243F60" w:themeColor="accent1" w:themeShade="7F"/>
      <w:lang w:val="en-US"/>
    </w:rPr>
  </w:style>
  <w:style w:type="paragraph" w:styleId="7">
    <w:name w:val="heading 7"/>
    <w:basedOn w:val="a1"/>
    <w:next w:val="a1"/>
    <w:link w:val="70"/>
    <w:uiPriority w:val="9"/>
    <w:semiHidden/>
    <w:unhideWhenUsed/>
    <w:qFormat/>
    <w:rsid w:val="00063CD9"/>
    <w:pPr>
      <w:keepNext/>
      <w:keepLines/>
      <w:spacing w:before="200" w:line="276" w:lineRule="auto"/>
      <w:outlineLvl w:val="6"/>
    </w:pPr>
    <w:rPr>
      <w:rFonts w:asciiTheme="majorHAnsi" w:eastAsiaTheme="majorEastAsia" w:hAnsiTheme="majorHAnsi" w:cstheme="majorBidi"/>
      <w:i/>
      <w:iCs/>
      <w:color w:val="404040" w:themeColor="text1" w:themeTint="BF"/>
      <w:lang w:val="en-US"/>
    </w:rPr>
  </w:style>
  <w:style w:type="paragraph" w:styleId="8">
    <w:name w:val="heading 8"/>
    <w:basedOn w:val="a1"/>
    <w:next w:val="a1"/>
    <w:link w:val="80"/>
    <w:uiPriority w:val="9"/>
    <w:semiHidden/>
    <w:unhideWhenUsed/>
    <w:qFormat/>
    <w:rsid w:val="00063CD9"/>
    <w:pPr>
      <w:keepNext/>
      <w:keepLines/>
      <w:spacing w:before="200" w:line="276" w:lineRule="auto"/>
      <w:outlineLvl w:val="7"/>
    </w:pPr>
    <w:rPr>
      <w:rFonts w:asciiTheme="majorHAnsi" w:eastAsiaTheme="majorEastAsia" w:hAnsiTheme="majorHAnsi" w:cstheme="majorBidi"/>
      <w:color w:val="4F81BD" w:themeColor="accent1"/>
      <w:sz w:val="20"/>
      <w:szCs w:val="20"/>
      <w:lang w:val="en-US"/>
    </w:rPr>
  </w:style>
  <w:style w:type="paragraph" w:styleId="9">
    <w:name w:val="heading 9"/>
    <w:basedOn w:val="a1"/>
    <w:next w:val="a1"/>
    <w:link w:val="90"/>
    <w:uiPriority w:val="9"/>
    <w:semiHidden/>
    <w:unhideWhenUsed/>
    <w:qFormat/>
    <w:rsid w:val="00063CD9"/>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063CD9"/>
    <w:rPr>
      <w:rFonts w:asciiTheme="majorHAnsi" w:eastAsiaTheme="majorEastAsia" w:hAnsiTheme="majorHAnsi" w:cstheme="majorBidi"/>
      <w:b/>
      <w:bCs/>
      <w:color w:val="365F91" w:themeColor="accent1" w:themeShade="BF"/>
      <w:sz w:val="28"/>
      <w:szCs w:val="28"/>
      <w:lang w:val="en-US"/>
    </w:rPr>
  </w:style>
  <w:style w:type="character" w:customStyle="1" w:styleId="22">
    <w:name w:val="Заголовок 2 Знак"/>
    <w:basedOn w:val="a2"/>
    <w:link w:val="21"/>
    <w:uiPriority w:val="9"/>
    <w:rsid w:val="00063CD9"/>
    <w:rPr>
      <w:rFonts w:asciiTheme="majorHAnsi" w:eastAsiaTheme="majorEastAsia" w:hAnsiTheme="majorHAnsi" w:cstheme="majorBidi"/>
      <w:b/>
      <w:bCs/>
      <w:color w:val="4F81BD" w:themeColor="accent1"/>
      <w:sz w:val="26"/>
      <w:szCs w:val="26"/>
      <w:lang w:val="en-US"/>
    </w:rPr>
  </w:style>
  <w:style w:type="character" w:customStyle="1" w:styleId="32">
    <w:name w:val="Заголовок 3 Знак"/>
    <w:basedOn w:val="a2"/>
    <w:link w:val="31"/>
    <w:uiPriority w:val="9"/>
    <w:rsid w:val="00063CD9"/>
    <w:rPr>
      <w:rFonts w:asciiTheme="majorHAnsi" w:eastAsiaTheme="majorEastAsia" w:hAnsiTheme="majorHAnsi" w:cstheme="majorBidi"/>
      <w:b/>
      <w:bCs/>
      <w:color w:val="4F81BD" w:themeColor="accent1"/>
      <w:lang w:val="en-US"/>
    </w:rPr>
  </w:style>
  <w:style w:type="character" w:customStyle="1" w:styleId="40">
    <w:name w:val="Заголовок 4 Знак"/>
    <w:basedOn w:val="a2"/>
    <w:link w:val="4"/>
    <w:uiPriority w:val="9"/>
    <w:semiHidden/>
    <w:rsid w:val="00063CD9"/>
    <w:rPr>
      <w:rFonts w:asciiTheme="majorHAnsi" w:eastAsiaTheme="majorEastAsia" w:hAnsiTheme="majorHAnsi" w:cstheme="majorBidi"/>
      <w:b/>
      <w:bCs/>
      <w:i/>
      <w:iCs/>
      <w:color w:val="4F81BD" w:themeColor="accent1"/>
      <w:lang w:val="en-US"/>
    </w:rPr>
  </w:style>
  <w:style w:type="table" w:styleId="a5">
    <w:name w:val="Table Grid"/>
    <w:basedOn w:val="a3"/>
    <w:uiPriority w:val="59"/>
    <w:rsid w:val="00F27BE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ody Text"/>
    <w:basedOn w:val="a1"/>
    <w:link w:val="a7"/>
    <w:uiPriority w:val="99"/>
    <w:unhideWhenUsed/>
    <w:rsid w:val="00063CD9"/>
    <w:pPr>
      <w:spacing w:after="120" w:line="276" w:lineRule="auto"/>
    </w:pPr>
    <w:rPr>
      <w:rFonts w:eastAsiaTheme="minorEastAsia"/>
      <w:lang w:val="en-US"/>
    </w:rPr>
  </w:style>
  <w:style w:type="character" w:customStyle="1" w:styleId="a7">
    <w:name w:val="Основной текст Знак"/>
    <w:basedOn w:val="a2"/>
    <w:link w:val="a6"/>
    <w:uiPriority w:val="99"/>
    <w:rsid w:val="00063CD9"/>
    <w:rPr>
      <w:rFonts w:eastAsiaTheme="minorEastAsia"/>
      <w:lang w:val="en-US"/>
    </w:rPr>
  </w:style>
  <w:style w:type="table" w:customStyle="1" w:styleId="TableNormal">
    <w:name w:val="Table Normal"/>
    <w:uiPriority w:val="2"/>
    <w:semiHidden/>
    <w:unhideWhenUsed/>
    <w:qFormat/>
    <w:rsid w:val="00063CD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063CD9"/>
    <w:pPr>
      <w:widowControl w:val="0"/>
      <w:autoSpaceDE w:val="0"/>
      <w:autoSpaceDN w:val="0"/>
    </w:pPr>
    <w:rPr>
      <w:rFonts w:ascii="Times New Roman" w:eastAsia="Times New Roman" w:hAnsi="Times New Roman" w:cs="Times New Roman"/>
    </w:rPr>
  </w:style>
  <w:style w:type="character" w:customStyle="1" w:styleId="50">
    <w:name w:val="Заголовок 5 Знак"/>
    <w:basedOn w:val="a2"/>
    <w:link w:val="5"/>
    <w:uiPriority w:val="9"/>
    <w:semiHidden/>
    <w:rsid w:val="00063CD9"/>
    <w:rPr>
      <w:rFonts w:asciiTheme="majorHAnsi" w:eastAsiaTheme="majorEastAsia" w:hAnsiTheme="majorHAnsi" w:cstheme="majorBidi"/>
      <w:color w:val="243F60" w:themeColor="accent1" w:themeShade="7F"/>
      <w:lang w:val="en-US"/>
    </w:rPr>
  </w:style>
  <w:style w:type="character" w:customStyle="1" w:styleId="60">
    <w:name w:val="Заголовок 6 Знак"/>
    <w:basedOn w:val="a2"/>
    <w:link w:val="6"/>
    <w:uiPriority w:val="9"/>
    <w:semiHidden/>
    <w:rsid w:val="00063CD9"/>
    <w:rPr>
      <w:rFonts w:asciiTheme="majorHAnsi" w:eastAsiaTheme="majorEastAsia" w:hAnsiTheme="majorHAnsi" w:cstheme="majorBidi"/>
      <w:i/>
      <w:iCs/>
      <w:color w:val="243F60" w:themeColor="accent1" w:themeShade="7F"/>
      <w:lang w:val="en-US"/>
    </w:rPr>
  </w:style>
  <w:style w:type="character" w:customStyle="1" w:styleId="70">
    <w:name w:val="Заголовок 7 Знак"/>
    <w:basedOn w:val="a2"/>
    <w:link w:val="7"/>
    <w:uiPriority w:val="9"/>
    <w:semiHidden/>
    <w:rsid w:val="00063CD9"/>
    <w:rPr>
      <w:rFonts w:asciiTheme="majorHAnsi" w:eastAsiaTheme="majorEastAsia" w:hAnsiTheme="majorHAnsi" w:cstheme="majorBidi"/>
      <w:i/>
      <w:iCs/>
      <w:color w:val="404040" w:themeColor="text1" w:themeTint="BF"/>
      <w:lang w:val="en-US"/>
    </w:rPr>
  </w:style>
  <w:style w:type="character" w:customStyle="1" w:styleId="80">
    <w:name w:val="Заголовок 8 Знак"/>
    <w:basedOn w:val="a2"/>
    <w:link w:val="8"/>
    <w:uiPriority w:val="9"/>
    <w:semiHidden/>
    <w:rsid w:val="00063CD9"/>
    <w:rPr>
      <w:rFonts w:asciiTheme="majorHAnsi" w:eastAsiaTheme="majorEastAsia" w:hAnsiTheme="majorHAnsi" w:cstheme="majorBidi"/>
      <w:color w:val="4F81BD" w:themeColor="accent1"/>
      <w:sz w:val="20"/>
      <w:szCs w:val="20"/>
      <w:lang w:val="en-US"/>
    </w:rPr>
  </w:style>
  <w:style w:type="character" w:customStyle="1" w:styleId="90">
    <w:name w:val="Заголовок 9 Знак"/>
    <w:basedOn w:val="a2"/>
    <w:link w:val="9"/>
    <w:uiPriority w:val="9"/>
    <w:semiHidden/>
    <w:rsid w:val="00063CD9"/>
    <w:rPr>
      <w:rFonts w:asciiTheme="majorHAnsi" w:eastAsiaTheme="majorEastAsia" w:hAnsiTheme="majorHAnsi" w:cstheme="majorBidi"/>
      <w:i/>
      <w:iCs/>
      <w:color w:val="404040" w:themeColor="text1" w:themeTint="BF"/>
      <w:sz w:val="20"/>
      <w:szCs w:val="20"/>
      <w:lang w:val="en-US"/>
    </w:rPr>
  </w:style>
  <w:style w:type="paragraph" w:styleId="a8">
    <w:name w:val="header"/>
    <w:basedOn w:val="a1"/>
    <w:link w:val="a9"/>
    <w:uiPriority w:val="99"/>
    <w:unhideWhenUsed/>
    <w:rsid w:val="00063CD9"/>
    <w:pPr>
      <w:tabs>
        <w:tab w:val="center" w:pos="4680"/>
        <w:tab w:val="right" w:pos="9360"/>
      </w:tabs>
    </w:pPr>
    <w:rPr>
      <w:rFonts w:eastAsiaTheme="minorEastAsia"/>
      <w:lang w:val="en-US"/>
    </w:rPr>
  </w:style>
  <w:style w:type="character" w:customStyle="1" w:styleId="a9">
    <w:name w:val="Верхний колонтитул Знак"/>
    <w:basedOn w:val="a2"/>
    <w:link w:val="a8"/>
    <w:uiPriority w:val="99"/>
    <w:rsid w:val="00063CD9"/>
    <w:rPr>
      <w:rFonts w:eastAsiaTheme="minorEastAsia"/>
      <w:lang w:val="en-US"/>
    </w:rPr>
  </w:style>
  <w:style w:type="paragraph" w:styleId="aa">
    <w:name w:val="footer"/>
    <w:basedOn w:val="a1"/>
    <w:link w:val="ab"/>
    <w:uiPriority w:val="99"/>
    <w:unhideWhenUsed/>
    <w:rsid w:val="00063CD9"/>
    <w:pPr>
      <w:tabs>
        <w:tab w:val="center" w:pos="4680"/>
        <w:tab w:val="right" w:pos="9360"/>
      </w:tabs>
    </w:pPr>
    <w:rPr>
      <w:rFonts w:eastAsiaTheme="minorEastAsia"/>
      <w:lang w:val="en-US"/>
    </w:rPr>
  </w:style>
  <w:style w:type="character" w:customStyle="1" w:styleId="ab">
    <w:name w:val="Нижний колонтитул Знак"/>
    <w:basedOn w:val="a2"/>
    <w:link w:val="aa"/>
    <w:uiPriority w:val="99"/>
    <w:rsid w:val="00063CD9"/>
    <w:rPr>
      <w:rFonts w:eastAsiaTheme="minorEastAsia"/>
      <w:lang w:val="en-US"/>
    </w:rPr>
  </w:style>
  <w:style w:type="paragraph" w:styleId="ac">
    <w:name w:val="No Spacing"/>
    <w:uiPriority w:val="1"/>
    <w:qFormat/>
    <w:rsid w:val="00063CD9"/>
    <w:pPr>
      <w:spacing w:after="0" w:line="240" w:lineRule="auto"/>
    </w:pPr>
    <w:rPr>
      <w:rFonts w:eastAsiaTheme="minorEastAsia"/>
      <w:lang w:val="en-US"/>
    </w:rPr>
  </w:style>
  <w:style w:type="paragraph" w:styleId="ad">
    <w:name w:val="Title"/>
    <w:basedOn w:val="a1"/>
    <w:next w:val="a1"/>
    <w:link w:val="ae"/>
    <w:uiPriority w:val="10"/>
    <w:qFormat/>
    <w:rsid w:val="00063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ae">
    <w:name w:val="Название Знак"/>
    <w:basedOn w:val="a2"/>
    <w:link w:val="ad"/>
    <w:uiPriority w:val="10"/>
    <w:rsid w:val="00063CD9"/>
    <w:rPr>
      <w:rFonts w:asciiTheme="majorHAnsi" w:eastAsiaTheme="majorEastAsia" w:hAnsiTheme="majorHAnsi" w:cstheme="majorBidi"/>
      <w:color w:val="17365D" w:themeColor="text2" w:themeShade="BF"/>
      <w:spacing w:val="5"/>
      <w:kern w:val="28"/>
      <w:sz w:val="52"/>
      <w:szCs w:val="52"/>
      <w:lang w:val="en-US"/>
    </w:rPr>
  </w:style>
  <w:style w:type="paragraph" w:styleId="af">
    <w:name w:val="Subtitle"/>
    <w:basedOn w:val="a1"/>
    <w:next w:val="a1"/>
    <w:link w:val="af0"/>
    <w:uiPriority w:val="11"/>
    <w:qFormat/>
    <w:rsid w:val="00063CD9"/>
    <w:pPr>
      <w:numPr>
        <w:ilvl w:val="1"/>
      </w:numPr>
      <w:spacing w:after="200" w:line="276" w:lineRule="auto"/>
    </w:pPr>
    <w:rPr>
      <w:rFonts w:asciiTheme="majorHAnsi" w:eastAsiaTheme="majorEastAsia" w:hAnsiTheme="majorHAnsi" w:cstheme="majorBidi"/>
      <w:i/>
      <w:iCs/>
      <w:color w:val="4F81BD" w:themeColor="accent1"/>
      <w:spacing w:val="15"/>
      <w:sz w:val="24"/>
      <w:szCs w:val="24"/>
      <w:lang w:val="en-US"/>
    </w:rPr>
  </w:style>
  <w:style w:type="character" w:customStyle="1" w:styleId="af0">
    <w:name w:val="Подзаголовок Знак"/>
    <w:basedOn w:val="a2"/>
    <w:link w:val="af"/>
    <w:uiPriority w:val="11"/>
    <w:rsid w:val="00063CD9"/>
    <w:rPr>
      <w:rFonts w:asciiTheme="majorHAnsi" w:eastAsiaTheme="majorEastAsia" w:hAnsiTheme="majorHAnsi" w:cstheme="majorBidi"/>
      <w:i/>
      <w:iCs/>
      <w:color w:val="4F81BD" w:themeColor="accent1"/>
      <w:spacing w:val="15"/>
      <w:sz w:val="24"/>
      <w:szCs w:val="24"/>
      <w:lang w:val="en-US"/>
    </w:rPr>
  </w:style>
  <w:style w:type="paragraph" w:styleId="af1">
    <w:name w:val="List Paragraph"/>
    <w:basedOn w:val="a1"/>
    <w:uiPriority w:val="34"/>
    <w:qFormat/>
    <w:rsid w:val="00063CD9"/>
    <w:pPr>
      <w:spacing w:after="200" w:line="276" w:lineRule="auto"/>
      <w:ind w:left="720"/>
      <w:contextualSpacing/>
    </w:pPr>
    <w:rPr>
      <w:rFonts w:eastAsiaTheme="minorEastAsia"/>
      <w:lang w:val="en-US"/>
    </w:rPr>
  </w:style>
  <w:style w:type="paragraph" w:styleId="23">
    <w:name w:val="Body Text 2"/>
    <w:basedOn w:val="a1"/>
    <w:link w:val="24"/>
    <w:uiPriority w:val="99"/>
    <w:unhideWhenUsed/>
    <w:rsid w:val="00063CD9"/>
    <w:pPr>
      <w:spacing w:after="120" w:line="480" w:lineRule="auto"/>
    </w:pPr>
    <w:rPr>
      <w:rFonts w:eastAsiaTheme="minorEastAsia"/>
      <w:lang w:val="en-US"/>
    </w:rPr>
  </w:style>
  <w:style w:type="character" w:customStyle="1" w:styleId="24">
    <w:name w:val="Основной текст 2 Знак"/>
    <w:basedOn w:val="a2"/>
    <w:link w:val="23"/>
    <w:uiPriority w:val="99"/>
    <w:rsid w:val="00063CD9"/>
    <w:rPr>
      <w:rFonts w:eastAsiaTheme="minorEastAsia"/>
      <w:lang w:val="en-US"/>
    </w:rPr>
  </w:style>
  <w:style w:type="paragraph" w:styleId="33">
    <w:name w:val="Body Text 3"/>
    <w:basedOn w:val="a1"/>
    <w:link w:val="34"/>
    <w:uiPriority w:val="99"/>
    <w:unhideWhenUsed/>
    <w:rsid w:val="00063CD9"/>
    <w:pPr>
      <w:spacing w:after="120" w:line="276" w:lineRule="auto"/>
    </w:pPr>
    <w:rPr>
      <w:rFonts w:eastAsiaTheme="minorEastAsia"/>
      <w:sz w:val="16"/>
      <w:szCs w:val="16"/>
      <w:lang w:val="en-US"/>
    </w:rPr>
  </w:style>
  <w:style w:type="character" w:customStyle="1" w:styleId="34">
    <w:name w:val="Основной текст 3 Знак"/>
    <w:basedOn w:val="a2"/>
    <w:link w:val="33"/>
    <w:uiPriority w:val="99"/>
    <w:rsid w:val="00063CD9"/>
    <w:rPr>
      <w:rFonts w:eastAsiaTheme="minorEastAsia"/>
      <w:sz w:val="16"/>
      <w:szCs w:val="16"/>
      <w:lang w:val="en-US"/>
    </w:rPr>
  </w:style>
  <w:style w:type="paragraph" w:styleId="af2">
    <w:name w:val="List"/>
    <w:basedOn w:val="a1"/>
    <w:uiPriority w:val="99"/>
    <w:unhideWhenUsed/>
    <w:rsid w:val="00063CD9"/>
    <w:pPr>
      <w:spacing w:after="200" w:line="276" w:lineRule="auto"/>
      <w:ind w:left="360" w:hanging="360"/>
      <w:contextualSpacing/>
    </w:pPr>
    <w:rPr>
      <w:rFonts w:eastAsiaTheme="minorEastAsia"/>
      <w:lang w:val="en-US"/>
    </w:rPr>
  </w:style>
  <w:style w:type="paragraph" w:styleId="25">
    <w:name w:val="List 2"/>
    <w:basedOn w:val="a1"/>
    <w:uiPriority w:val="99"/>
    <w:unhideWhenUsed/>
    <w:rsid w:val="00063CD9"/>
    <w:pPr>
      <w:spacing w:after="200" w:line="276" w:lineRule="auto"/>
      <w:ind w:left="720" w:hanging="360"/>
      <w:contextualSpacing/>
    </w:pPr>
    <w:rPr>
      <w:rFonts w:eastAsiaTheme="minorEastAsia"/>
      <w:lang w:val="en-US"/>
    </w:rPr>
  </w:style>
  <w:style w:type="paragraph" w:styleId="35">
    <w:name w:val="List 3"/>
    <w:basedOn w:val="a1"/>
    <w:uiPriority w:val="99"/>
    <w:unhideWhenUsed/>
    <w:rsid w:val="00063CD9"/>
    <w:pPr>
      <w:spacing w:after="200" w:line="276" w:lineRule="auto"/>
      <w:ind w:left="1080" w:hanging="360"/>
      <w:contextualSpacing/>
    </w:pPr>
    <w:rPr>
      <w:rFonts w:eastAsiaTheme="minorEastAsia"/>
      <w:lang w:val="en-US"/>
    </w:rPr>
  </w:style>
  <w:style w:type="paragraph" w:styleId="a0">
    <w:name w:val="List Bullet"/>
    <w:basedOn w:val="a1"/>
    <w:uiPriority w:val="99"/>
    <w:unhideWhenUsed/>
    <w:rsid w:val="00063CD9"/>
    <w:pPr>
      <w:numPr>
        <w:numId w:val="1"/>
      </w:numPr>
      <w:spacing w:after="200" w:line="276" w:lineRule="auto"/>
      <w:contextualSpacing/>
    </w:pPr>
    <w:rPr>
      <w:rFonts w:eastAsiaTheme="minorEastAsia"/>
      <w:lang w:val="en-US"/>
    </w:rPr>
  </w:style>
  <w:style w:type="paragraph" w:styleId="20">
    <w:name w:val="List Bullet 2"/>
    <w:basedOn w:val="a1"/>
    <w:uiPriority w:val="99"/>
    <w:unhideWhenUsed/>
    <w:rsid w:val="00063CD9"/>
    <w:pPr>
      <w:numPr>
        <w:numId w:val="2"/>
      </w:numPr>
      <w:spacing w:after="200" w:line="276" w:lineRule="auto"/>
      <w:contextualSpacing/>
    </w:pPr>
    <w:rPr>
      <w:rFonts w:eastAsiaTheme="minorEastAsia"/>
      <w:lang w:val="en-US"/>
    </w:rPr>
  </w:style>
  <w:style w:type="paragraph" w:styleId="30">
    <w:name w:val="List Bullet 3"/>
    <w:basedOn w:val="a1"/>
    <w:uiPriority w:val="99"/>
    <w:unhideWhenUsed/>
    <w:rsid w:val="00063CD9"/>
    <w:pPr>
      <w:numPr>
        <w:numId w:val="3"/>
      </w:numPr>
      <w:spacing w:after="200" w:line="276" w:lineRule="auto"/>
      <w:contextualSpacing/>
    </w:pPr>
    <w:rPr>
      <w:rFonts w:eastAsiaTheme="minorEastAsia"/>
      <w:lang w:val="en-US"/>
    </w:rPr>
  </w:style>
  <w:style w:type="paragraph" w:styleId="a">
    <w:name w:val="List Number"/>
    <w:basedOn w:val="a1"/>
    <w:uiPriority w:val="99"/>
    <w:unhideWhenUsed/>
    <w:rsid w:val="00063CD9"/>
    <w:pPr>
      <w:numPr>
        <w:numId w:val="4"/>
      </w:numPr>
      <w:spacing w:after="200" w:line="276" w:lineRule="auto"/>
      <w:contextualSpacing/>
    </w:pPr>
    <w:rPr>
      <w:rFonts w:eastAsiaTheme="minorEastAsia"/>
      <w:lang w:val="en-US"/>
    </w:rPr>
  </w:style>
  <w:style w:type="paragraph" w:styleId="2">
    <w:name w:val="List Number 2"/>
    <w:basedOn w:val="a1"/>
    <w:uiPriority w:val="99"/>
    <w:unhideWhenUsed/>
    <w:rsid w:val="00063CD9"/>
    <w:pPr>
      <w:numPr>
        <w:numId w:val="5"/>
      </w:numPr>
      <w:spacing w:after="200" w:line="276" w:lineRule="auto"/>
      <w:contextualSpacing/>
    </w:pPr>
    <w:rPr>
      <w:rFonts w:eastAsiaTheme="minorEastAsia"/>
      <w:lang w:val="en-US"/>
    </w:rPr>
  </w:style>
  <w:style w:type="paragraph" w:styleId="3">
    <w:name w:val="List Number 3"/>
    <w:basedOn w:val="a1"/>
    <w:uiPriority w:val="99"/>
    <w:unhideWhenUsed/>
    <w:rsid w:val="00063CD9"/>
    <w:pPr>
      <w:numPr>
        <w:numId w:val="6"/>
      </w:numPr>
      <w:spacing w:after="200" w:line="276" w:lineRule="auto"/>
      <w:contextualSpacing/>
    </w:pPr>
    <w:rPr>
      <w:rFonts w:eastAsiaTheme="minorEastAsia"/>
      <w:lang w:val="en-US"/>
    </w:rPr>
  </w:style>
  <w:style w:type="paragraph" w:styleId="af3">
    <w:name w:val="List Continue"/>
    <w:basedOn w:val="a1"/>
    <w:uiPriority w:val="99"/>
    <w:unhideWhenUsed/>
    <w:rsid w:val="00063CD9"/>
    <w:pPr>
      <w:spacing w:after="120" w:line="276" w:lineRule="auto"/>
      <w:ind w:left="360"/>
      <w:contextualSpacing/>
    </w:pPr>
    <w:rPr>
      <w:rFonts w:eastAsiaTheme="minorEastAsia"/>
      <w:lang w:val="en-US"/>
    </w:rPr>
  </w:style>
  <w:style w:type="paragraph" w:styleId="26">
    <w:name w:val="List Continue 2"/>
    <w:basedOn w:val="a1"/>
    <w:uiPriority w:val="99"/>
    <w:unhideWhenUsed/>
    <w:rsid w:val="00063CD9"/>
    <w:pPr>
      <w:spacing w:after="120" w:line="276" w:lineRule="auto"/>
      <w:ind w:left="720"/>
      <w:contextualSpacing/>
    </w:pPr>
    <w:rPr>
      <w:rFonts w:eastAsiaTheme="minorEastAsia"/>
      <w:lang w:val="en-US"/>
    </w:rPr>
  </w:style>
  <w:style w:type="paragraph" w:styleId="36">
    <w:name w:val="List Continue 3"/>
    <w:basedOn w:val="a1"/>
    <w:uiPriority w:val="99"/>
    <w:unhideWhenUsed/>
    <w:rsid w:val="00063CD9"/>
    <w:pPr>
      <w:spacing w:after="120" w:line="276" w:lineRule="auto"/>
      <w:ind w:left="1080"/>
      <w:contextualSpacing/>
    </w:pPr>
    <w:rPr>
      <w:rFonts w:eastAsiaTheme="minorEastAsia"/>
      <w:lang w:val="en-US"/>
    </w:rPr>
  </w:style>
  <w:style w:type="paragraph" w:styleId="af4">
    <w:name w:val="macro"/>
    <w:link w:val="af5"/>
    <w:uiPriority w:val="99"/>
    <w:unhideWhenUsed/>
    <w:rsid w:val="00063CD9"/>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af5">
    <w:name w:val="Текст макроса Знак"/>
    <w:basedOn w:val="a2"/>
    <w:link w:val="af4"/>
    <w:uiPriority w:val="99"/>
    <w:rsid w:val="00063CD9"/>
    <w:rPr>
      <w:rFonts w:ascii="Courier" w:eastAsiaTheme="minorEastAsia" w:hAnsi="Courier"/>
      <w:sz w:val="20"/>
      <w:szCs w:val="20"/>
      <w:lang w:val="en-US"/>
    </w:rPr>
  </w:style>
  <w:style w:type="paragraph" w:styleId="27">
    <w:name w:val="Quote"/>
    <w:basedOn w:val="a1"/>
    <w:next w:val="a1"/>
    <w:link w:val="28"/>
    <w:uiPriority w:val="29"/>
    <w:qFormat/>
    <w:rsid w:val="00063CD9"/>
    <w:pPr>
      <w:spacing w:after="200" w:line="276" w:lineRule="auto"/>
    </w:pPr>
    <w:rPr>
      <w:rFonts w:eastAsiaTheme="minorEastAsia"/>
      <w:i/>
      <w:iCs/>
      <w:color w:val="000000" w:themeColor="text1"/>
      <w:lang w:val="en-US"/>
    </w:rPr>
  </w:style>
  <w:style w:type="character" w:customStyle="1" w:styleId="28">
    <w:name w:val="Цитата 2 Знак"/>
    <w:basedOn w:val="a2"/>
    <w:link w:val="27"/>
    <w:uiPriority w:val="29"/>
    <w:rsid w:val="00063CD9"/>
    <w:rPr>
      <w:rFonts w:eastAsiaTheme="minorEastAsia"/>
      <w:i/>
      <w:iCs/>
      <w:color w:val="000000" w:themeColor="text1"/>
      <w:lang w:val="en-US"/>
    </w:rPr>
  </w:style>
  <w:style w:type="character" w:styleId="af6">
    <w:name w:val="Strong"/>
    <w:basedOn w:val="a2"/>
    <w:uiPriority w:val="22"/>
    <w:qFormat/>
    <w:rsid w:val="00063CD9"/>
    <w:rPr>
      <w:b/>
      <w:bCs/>
    </w:rPr>
  </w:style>
  <w:style w:type="character" w:styleId="af7">
    <w:name w:val="Emphasis"/>
    <w:basedOn w:val="a2"/>
    <w:uiPriority w:val="20"/>
    <w:qFormat/>
    <w:rsid w:val="00063CD9"/>
    <w:rPr>
      <w:i/>
      <w:iCs/>
    </w:rPr>
  </w:style>
  <w:style w:type="paragraph" w:styleId="af8">
    <w:name w:val="Intense Quote"/>
    <w:basedOn w:val="a1"/>
    <w:next w:val="a1"/>
    <w:link w:val="af9"/>
    <w:uiPriority w:val="30"/>
    <w:qFormat/>
    <w:rsid w:val="00063CD9"/>
    <w:pPr>
      <w:pBdr>
        <w:bottom w:val="single" w:sz="4" w:space="4" w:color="4F81BD" w:themeColor="accent1"/>
      </w:pBdr>
      <w:spacing w:before="200" w:after="280" w:line="276" w:lineRule="auto"/>
      <w:ind w:left="936" w:right="936"/>
    </w:pPr>
    <w:rPr>
      <w:rFonts w:eastAsiaTheme="minorEastAsia"/>
      <w:b/>
      <w:bCs/>
      <w:i/>
      <w:iCs/>
      <w:color w:val="4F81BD" w:themeColor="accent1"/>
      <w:lang w:val="en-US"/>
    </w:rPr>
  </w:style>
  <w:style w:type="character" w:customStyle="1" w:styleId="af9">
    <w:name w:val="Выделенная цитата Знак"/>
    <w:basedOn w:val="a2"/>
    <w:link w:val="af8"/>
    <w:uiPriority w:val="30"/>
    <w:rsid w:val="00063CD9"/>
    <w:rPr>
      <w:rFonts w:eastAsiaTheme="minorEastAsia"/>
      <w:b/>
      <w:bCs/>
      <w:i/>
      <w:iCs/>
      <w:color w:val="4F81BD" w:themeColor="accent1"/>
      <w:lang w:val="en-US"/>
    </w:rPr>
  </w:style>
  <w:style w:type="character" w:styleId="afa">
    <w:name w:val="Subtle Emphasis"/>
    <w:basedOn w:val="a2"/>
    <w:uiPriority w:val="19"/>
    <w:qFormat/>
    <w:rsid w:val="00063CD9"/>
    <w:rPr>
      <w:i/>
      <w:iCs/>
      <w:color w:val="808080" w:themeColor="text1" w:themeTint="7F"/>
    </w:rPr>
  </w:style>
  <w:style w:type="character" w:styleId="afb">
    <w:name w:val="Intense Emphasis"/>
    <w:basedOn w:val="a2"/>
    <w:uiPriority w:val="21"/>
    <w:qFormat/>
    <w:rsid w:val="00063CD9"/>
    <w:rPr>
      <w:b/>
      <w:bCs/>
      <w:i/>
      <w:iCs/>
      <w:color w:val="4F81BD" w:themeColor="accent1"/>
    </w:rPr>
  </w:style>
  <w:style w:type="character" w:styleId="afc">
    <w:name w:val="Subtle Reference"/>
    <w:basedOn w:val="a2"/>
    <w:uiPriority w:val="31"/>
    <w:qFormat/>
    <w:rsid w:val="00063CD9"/>
    <w:rPr>
      <w:smallCaps/>
      <w:color w:val="C0504D" w:themeColor="accent2"/>
      <w:u w:val="single"/>
    </w:rPr>
  </w:style>
  <w:style w:type="character" w:styleId="afd">
    <w:name w:val="Intense Reference"/>
    <w:basedOn w:val="a2"/>
    <w:uiPriority w:val="32"/>
    <w:qFormat/>
    <w:rsid w:val="00063CD9"/>
    <w:rPr>
      <w:b/>
      <w:bCs/>
      <w:smallCaps/>
      <w:color w:val="C0504D" w:themeColor="accent2"/>
      <w:spacing w:val="5"/>
      <w:u w:val="single"/>
    </w:rPr>
  </w:style>
  <w:style w:type="character" w:styleId="afe">
    <w:name w:val="Book Title"/>
    <w:basedOn w:val="a2"/>
    <w:uiPriority w:val="33"/>
    <w:qFormat/>
    <w:rsid w:val="00063CD9"/>
    <w:rPr>
      <w:b/>
      <w:bCs/>
      <w:smallCaps/>
      <w:spacing w:val="5"/>
    </w:rPr>
  </w:style>
  <w:style w:type="paragraph" w:customStyle="1" w:styleId="Default">
    <w:name w:val="Default"/>
    <w:rsid w:val="00063CD9"/>
    <w:pPr>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23</Pages>
  <Words>9737</Words>
  <Characters>55505</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Эдуард</dc:creator>
  <cp:lastModifiedBy>Эдуард</cp:lastModifiedBy>
  <cp:revision>2</cp:revision>
  <dcterms:created xsi:type="dcterms:W3CDTF">2025-11-25T19:18:00Z</dcterms:created>
  <dcterms:modified xsi:type="dcterms:W3CDTF">2025-11-25T21:00:00Z</dcterms:modified>
</cp:coreProperties>
</file>